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169E" w:rsidRDefault="00C8591A">
      <w:pPr>
        <w:spacing w:after="0"/>
        <w:jc w:val="center"/>
      </w:pPr>
      <w:r>
        <w:rPr>
          <w:noProof/>
          <w:lang w:val="tr-TR" w:eastAsia="tr-TR"/>
        </w:rPr>
        <mc:AlternateContent>
          <mc:Choice Requires="wps">
            <w:drawing>
              <wp:anchor distT="0" distB="0" distL="114300" distR="114300" simplePos="0" relativeHeight="251659264" behindDoc="0" locked="0" layoutInCell="1" allowOverlap="1">
                <wp:simplePos x="0" y="0"/>
                <wp:positionH relativeFrom="column">
                  <wp:posOffset>2190750</wp:posOffset>
                </wp:positionH>
                <wp:positionV relativeFrom="paragraph">
                  <wp:posOffset>5362575</wp:posOffset>
                </wp:positionV>
                <wp:extent cx="3286125" cy="495300"/>
                <wp:effectExtent l="0" t="0" r="28575" b="19050"/>
                <wp:wrapNone/>
                <wp:docPr id="2" name="Metin Kutusu 2"/>
                <wp:cNvGraphicFramePr/>
                <a:graphic xmlns:a="http://schemas.openxmlformats.org/drawingml/2006/main">
                  <a:graphicData uri="http://schemas.microsoft.com/office/word/2010/wordprocessingShape">
                    <wps:wsp>
                      <wps:cNvSpPr txBox="1"/>
                      <wps:spPr>
                        <a:xfrm>
                          <a:off x="0" y="0"/>
                          <a:ext cx="3286125" cy="495300"/>
                        </a:xfrm>
                        <a:prstGeom prst="rect">
                          <a:avLst/>
                        </a:prstGeom>
                        <a:noFill/>
                        <a:ln w="6350">
                          <a:solidFill>
                            <a:prstClr val="black"/>
                          </a:solidFill>
                        </a:ln>
                      </wps:spPr>
                      <wps:txbx>
                        <w:txbxContent>
                          <w:p w:rsidR="00621353" w:rsidRPr="00214016" w:rsidRDefault="00621353">
                            <w:pPr>
                              <w:rPr>
                                <w:color w:val="B99C71"/>
                                <w:sz w:val="40"/>
                                <w:szCs w:val="40"/>
                                <w:lang w:val="tr-TR"/>
                              </w:rPr>
                            </w:pPr>
                            <w:proofErr w:type="gramStart"/>
                            <w:r w:rsidRPr="00214016">
                              <w:rPr>
                                <w:color w:val="B99C71"/>
                                <w:sz w:val="40"/>
                                <w:szCs w:val="40"/>
                                <w:lang w:val="tr-TR"/>
                              </w:rPr>
                              <w:t>…...</w:t>
                            </w:r>
                            <w:proofErr w:type="gramEnd"/>
                            <w:r w:rsidRPr="00214016">
                              <w:rPr>
                                <w:color w:val="B99C71"/>
                                <w:sz w:val="40"/>
                                <w:szCs w:val="40"/>
                                <w:lang w:val="tr-TR"/>
                              </w:rPr>
                              <w:t xml:space="preserve"> BİRİM ADI YAZILACAK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172.5pt;margin-top:422.25pt;width:258.75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" filled="f" strokeweight=".5pt">
                <v:textbox>
                  <w:txbxContent>
                    <w:p w:rsidR="00621353" w:rsidRPr="00214016" w:rsidRDefault="00621353">
                      <w:pPr>
                        <w:rPr>
                          <w:color w:val="B99C71"/>
                          <w:sz w:val="40"/>
                          <w:szCs w:val="40"/>
                          <w:lang w:val="tr-TR"/>
                        </w:rPr>
                      </w:pPr>
                      <w:proofErr w:type="gramStart"/>
                      <w:r w:rsidRPr="00214016">
                        <w:rPr>
                          <w:color w:val="B99C71"/>
                          <w:sz w:val="40"/>
                          <w:szCs w:val="40"/>
                          <w:lang w:val="tr-TR"/>
                        </w:rPr>
                        <w:t>…...</w:t>
                      </w:r>
                      <w:proofErr w:type="gramEnd"/>
                      <w:r w:rsidRPr="00214016">
                        <w:rPr>
                          <w:color w:val="B99C71"/>
                          <w:sz w:val="40"/>
                          <w:szCs w:val="40"/>
                          <w:lang w:val="tr-TR"/>
                        </w:rPr>
                        <w:t xml:space="preserve"> BİRİM ADI YAZILACAK</w:t>
                      </w:r>
                    </w:p>
                  </w:txbxContent>
                </v:textbox>
              </v:shape>
            </w:pict>
          </mc:Fallback>
        </mc:AlternateContent>
      </w:r>
      <w:r w:rsidR="009E23B3">
        <w:rPr>
          <w:noProof/>
          <w:lang w:val="tr-TR" w:eastAsia="tr-TR"/>
        </w:rPr>
        <w:drawing>
          <wp:inline distT="0" distB="0" distL="0" distR="0">
            <wp:extent cx="7560310" cy="106921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ATYA (1).png"/>
                    <pic:cNvPicPr/>
                  </pic:nvPicPr>
                  <pic:blipFill>
                    <a:blip r:embed="rId8"/>
                    <a:stretch>
                      <a:fillRect/>
                    </a:stretch>
                  </pic:blipFill>
                  <pic:spPr>
                    <a:xfrm>
                      <a:off x="0" y="0"/>
                      <a:ext cx="7560310" cy="10692130"/>
                    </a:xfrm>
                    <a:prstGeom prst="rect">
                      <a:avLst/>
                    </a:prstGeom>
                  </pic:spPr>
                </pic:pic>
              </a:graphicData>
            </a:graphic>
          </wp:inline>
        </w:drawing>
      </w:r>
    </w:p>
    <w:p w:rsidR="00CF169E" w:rsidRDefault="00CF169E">
      <w:pPr>
        <w:sectPr w:rsidR="00CF169E">
          <w:pgSz w:w="11906" w:h="16838"/>
          <w:pgMar w:top="0" w:right="0" w:bottom="0" w:left="0" w:header="0" w:footer="0" w:gutter="0"/>
          <w:cols w:space="720"/>
          <w:docGrid w:linePitch="360"/>
        </w:sectPr>
      </w:pPr>
    </w:p>
    <w:p w:rsidR="00CF169E" w:rsidRDefault="00CF169E">
      <w:pPr>
        <w:spacing w:after="0"/>
      </w:pPr>
    </w:p>
    <w:p w:rsidR="00E24BA4" w:rsidRPr="003277ED" w:rsidRDefault="00E24BA4" w:rsidP="00E24BA4">
      <w:pPr>
        <w:jc w:val="center"/>
        <w:rPr>
          <w:rFonts w:cs="Arial"/>
          <w:b/>
          <w:bCs/>
          <w:color w:val="262F59"/>
          <w:sz w:val="32"/>
          <w:szCs w:val="32"/>
        </w:rPr>
      </w:pPr>
      <w:r w:rsidRPr="003277ED">
        <w:rPr>
          <w:rFonts w:cs="Arial"/>
          <w:bCs/>
          <w:color w:val="262F59"/>
          <w:sz w:val="32"/>
          <w:szCs w:val="32"/>
        </w:rPr>
        <w:t>BİRİM FAALİYET RAPORU</w:t>
      </w:r>
    </w:p>
    <w:sdt>
      <w:sdtPr>
        <w:rPr>
          <w:rFonts w:asciiTheme="minorHAnsi" w:eastAsiaTheme="minorHAnsi" w:hAnsiTheme="minorHAnsi" w:cs="Arial"/>
          <w:b w:val="0"/>
          <w:bCs w:val="0"/>
          <w:color w:val="auto"/>
          <w:sz w:val="22"/>
          <w:szCs w:val="22"/>
        </w:rPr>
        <w:id w:val="1032620374"/>
        <w:docPartObj>
          <w:docPartGallery w:val="Table of Contents"/>
          <w:docPartUnique/>
        </w:docPartObj>
      </w:sdtPr>
      <w:sdtEndPr>
        <w:rPr>
          <w:rFonts w:eastAsiaTheme="minorEastAsia"/>
        </w:rPr>
      </w:sdtEndPr>
      <w:sdtContent>
        <w:p w:rsidR="00E24BA4" w:rsidRPr="003277ED" w:rsidRDefault="00E24BA4" w:rsidP="00E24BA4">
          <w:pPr>
            <w:pStyle w:val="TBal"/>
            <w:rPr>
              <w:rFonts w:asciiTheme="minorHAnsi" w:hAnsiTheme="minorHAnsi" w:cs="Arial"/>
            </w:rPr>
          </w:pPr>
          <w:proofErr w:type="spellStart"/>
          <w:r w:rsidRPr="003277ED">
            <w:rPr>
              <w:rFonts w:asciiTheme="minorHAnsi" w:hAnsiTheme="minorHAnsi" w:cs="Arial"/>
            </w:rPr>
            <w:t>İçindekiler</w:t>
          </w:r>
          <w:proofErr w:type="spellEnd"/>
        </w:p>
        <w:bookmarkStart w:id="0" w:name="_GoBack"/>
        <w:bookmarkEnd w:id="0"/>
        <w:p w:rsidR="007F72BE" w:rsidRDefault="00E24BA4">
          <w:pPr>
            <w:pStyle w:val="T2"/>
            <w:tabs>
              <w:tab w:val="right" w:leader="dot" w:pos="9062"/>
            </w:tabs>
            <w:rPr>
              <w:noProof/>
              <w:lang w:val="tr-TR" w:eastAsia="tr-TR"/>
            </w:rPr>
          </w:pPr>
          <w:r w:rsidRPr="00BE4871">
            <w:rPr>
              <w:rFonts w:cs="Arial"/>
              <w:sz w:val="16"/>
              <w:szCs w:val="16"/>
            </w:rPr>
            <w:fldChar w:fldCharType="begin"/>
          </w:r>
          <w:r w:rsidRPr="00BE4871">
            <w:rPr>
              <w:rFonts w:cs="Arial"/>
              <w:sz w:val="16"/>
              <w:szCs w:val="16"/>
            </w:rPr>
            <w:instrText xml:space="preserve"> TOC \o "1-4" \h \z \u </w:instrText>
          </w:r>
          <w:r w:rsidRPr="00BE4871">
            <w:rPr>
              <w:rFonts w:cs="Arial"/>
              <w:sz w:val="16"/>
              <w:szCs w:val="16"/>
            </w:rPr>
            <w:fldChar w:fldCharType="separate"/>
          </w:r>
          <w:hyperlink w:anchor="_Toc217311492" w:history="1">
            <w:r w:rsidR="007F72BE" w:rsidRPr="00861228">
              <w:rPr>
                <w:rStyle w:val="Kpr"/>
                <w:rFonts w:cs="Arial"/>
                <w:noProof/>
              </w:rPr>
              <w:t>SUNUŞ</w:t>
            </w:r>
            <w:r w:rsidR="007F72BE">
              <w:rPr>
                <w:noProof/>
                <w:webHidden/>
              </w:rPr>
              <w:tab/>
            </w:r>
            <w:r w:rsidR="007F72BE">
              <w:rPr>
                <w:noProof/>
                <w:webHidden/>
              </w:rPr>
              <w:fldChar w:fldCharType="begin"/>
            </w:r>
            <w:r w:rsidR="007F72BE">
              <w:rPr>
                <w:noProof/>
                <w:webHidden/>
              </w:rPr>
              <w:instrText xml:space="preserve"> PAGEREF _Toc217311492 \h </w:instrText>
            </w:r>
            <w:r w:rsidR="007F72BE">
              <w:rPr>
                <w:noProof/>
                <w:webHidden/>
              </w:rPr>
            </w:r>
            <w:r w:rsidR="007F72BE">
              <w:rPr>
                <w:noProof/>
                <w:webHidden/>
              </w:rPr>
              <w:fldChar w:fldCharType="separate"/>
            </w:r>
            <w:r w:rsidR="007F72BE">
              <w:rPr>
                <w:noProof/>
                <w:webHidden/>
              </w:rPr>
              <w:t>4</w:t>
            </w:r>
            <w:r w:rsidR="007F72BE">
              <w:rPr>
                <w:noProof/>
                <w:webHidden/>
              </w:rPr>
              <w:fldChar w:fldCharType="end"/>
            </w:r>
          </w:hyperlink>
        </w:p>
        <w:p w:rsidR="007F72BE" w:rsidRDefault="007F72BE">
          <w:pPr>
            <w:pStyle w:val="T1"/>
            <w:tabs>
              <w:tab w:val="left" w:pos="442"/>
              <w:tab w:val="right" w:leader="dot" w:pos="9062"/>
            </w:tabs>
            <w:rPr>
              <w:noProof/>
              <w:lang w:val="tr-TR" w:eastAsia="tr-TR"/>
            </w:rPr>
          </w:pPr>
          <w:hyperlink w:anchor="_Toc217311493" w:history="1">
            <w:r w:rsidRPr="00861228">
              <w:rPr>
                <w:rStyle w:val="Kpr"/>
                <w:noProof/>
                <w14:scene3d>
                  <w14:camera w14:prst="orthographicFront"/>
                  <w14:lightRig w14:rig="threePt" w14:dir="t">
                    <w14:rot w14:lat="0" w14:lon="0" w14:rev="0"/>
                  </w14:lightRig>
                </w14:scene3d>
              </w:rPr>
              <w:t>I.</w:t>
            </w:r>
            <w:r>
              <w:rPr>
                <w:noProof/>
                <w:lang w:val="tr-TR" w:eastAsia="tr-TR"/>
              </w:rPr>
              <w:tab/>
            </w:r>
            <w:r w:rsidRPr="00861228">
              <w:rPr>
                <w:rStyle w:val="Kpr"/>
                <w:noProof/>
              </w:rPr>
              <w:t>GENEL BİLGİLER</w:t>
            </w:r>
            <w:r>
              <w:rPr>
                <w:noProof/>
                <w:webHidden/>
              </w:rPr>
              <w:tab/>
            </w:r>
            <w:r>
              <w:rPr>
                <w:noProof/>
                <w:webHidden/>
              </w:rPr>
              <w:fldChar w:fldCharType="begin"/>
            </w:r>
            <w:r>
              <w:rPr>
                <w:noProof/>
                <w:webHidden/>
              </w:rPr>
              <w:instrText xml:space="preserve"> PAGEREF _Toc217311493 \h </w:instrText>
            </w:r>
            <w:r>
              <w:rPr>
                <w:noProof/>
                <w:webHidden/>
              </w:rPr>
            </w:r>
            <w:r>
              <w:rPr>
                <w:noProof/>
                <w:webHidden/>
              </w:rPr>
              <w:fldChar w:fldCharType="separate"/>
            </w:r>
            <w:r>
              <w:rPr>
                <w:noProof/>
                <w:webHidden/>
              </w:rPr>
              <w:t>5</w:t>
            </w:r>
            <w:r>
              <w:rPr>
                <w:noProof/>
                <w:webHidden/>
              </w:rPr>
              <w:fldChar w:fldCharType="end"/>
            </w:r>
          </w:hyperlink>
        </w:p>
        <w:p w:rsidR="007F72BE" w:rsidRDefault="007F72BE">
          <w:pPr>
            <w:pStyle w:val="T2"/>
            <w:tabs>
              <w:tab w:val="right" w:leader="dot" w:pos="9062"/>
            </w:tabs>
            <w:rPr>
              <w:noProof/>
              <w:lang w:val="tr-TR" w:eastAsia="tr-TR"/>
            </w:rPr>
          </w:pPr>
          <w:hyperlink w:anchor="_Toc217311494" w:history="1">
            <w:r w:rsidRPr="00861228">
              <w:rPr>
                <w:rStyle w:val="Kpr"/>
                <w:noProof/>
              </w:rPr>
              <w:t>A. Birimin Misyonu ve Vizyonu</w:t>
            </w:r>
            <w:r>
              <w:rPr>
                <w:noProof/>
                <w:webHidden/>
              </w:rPr>
              <w:tab/>
            </w:r>
            <w:r>
              <w:rPr>
                <w:noProof/>
                <w:webHidden/>
              </w:rPr>
              <w:fldChar w:fldCharType="begin"/>
            </w:r>
            <w:r>
              <w:rPr>
                <w:noProof/>
                <w:webHidden/>
              </w:rPr>
              <w:instrText xml:space="preserve"> PAGEREF _Toc217311494 \h </w:instrText>
            </w:r>
            <w:r>
              <w:rPr>
                <w:noProof/>
                <w:webHidden/>
              </w:rPr>
            </w:r>
            <w:r>
              <w:rPr>
                <w:noProof/>
                <w:webHidden/>
              </w:rPr>
              <w:fldChar w:fldCharType="separate"/>
            </w:r>
            <w:r>
              <w:rPr>
                <w:noProof/>
                <w:webHidden/>
              </w:rPr>
              <w:t>5</w:t>
            </w:r>
            <w:r>
              <w:rPr>
                <w:noProof/>
                <w:webHidden/>
              </w:rPr>
              <w:fldChar w:fldCharType="end"/>
            </w:r>
          </w:hyperlink>
        </w:p>
        <w:p w:rsidR="007F72BE" w:rsidRDefault="007F72BE">
          <w:pPr>
            <w:pStyle w:val="T2"/>
            <w:tabs>
              <w:tab w:val="right" w:leader="dot" w:pos="9062"/>
            </w:tabs>
            <w:rPr>
              <w:noProof/>
              <w:lang w:val="tr-TR" w:eastAsia="tr-TR"/>
            </w:rPr>
          </w:pPr>
          <w:hyperlink w:anchor="_Toc217311495" w:history="1">
            <w:r w:rsidRPr="00861228">
              <w:rPr>
                <w:rStyle w:val="Kpr"/>
                <w:noProof/>
              </w:rPr>
              <w:t>B.YETKİ, GÖREV VE SORUMLULUKLAR</w:t>
            </w:r>
            <w:r>
              <w:rPr>
                <w:noProof/>
                <w:webHidden/>
              </w:rPr>
              <w:tab/>
            </w:r>
            <w:r>
              <w:rPr>
                <w:noProof/>
                <w:webHidden/>
              </w:rPr>
              <w:fldChar w:fldCharType="begin"/>
            </w:r>
            <w:r>
              <w:rPr>
                <w:noProof/>
                <w:webHidden/>
              </w:rPr>
              <w:instrText xml:space="preserve"> PAGEREF _Toc217311495 \h </w:instrText>
            </w:r>
            <w:r>
              <w:rPr>
                <w:noProof/>
                <w:webHidden/>
              </w:rPr>
            </w:r>
            <w:r>
              <w:rPr>
                <w:noProof/>
                <w:webHidden/>
              </w:rPr>
              <w:fldChar w:fldCharType="separate"/>
            </w:r>
            <w:r>
              <w:rPr>
                <w:noProof/>
                <w:webHidden/>
              </w:rPr>
              <w:t>6</w:t>
            </w:r>
            <w:r>
              <w:rPr>
                <w:noProof/>
                <w:webHidden/>
              </w:rPr>
              <w:fldChar w:fldCharType="end"/>
            </w:r>
          </w:hyperlink>
        </w:p>
        <w:p w:rsidR="007F72BE" w:rsidRDefault="007F72BE">
          <w:pPr>
            <w:pStyle w:val="T2"/>
            <w:tabs>
              <w:tab w:val="right" w:leader="dot" w:pos="9062"/>
            </w:tabs>
            <w:rPr>
              <w:noProof/>
              <w:lang w:val="tr-TR" w:eastAsia="tr-TR"/>
            </w:rPr>
          </w:pPr>
          <w:hyperlink w:anchor="_Toc217311496" w:history="1">
            <w:r w:rsidRPr="00861228">
              <w:rPr>
                <w:rStyle w:val="Kpr"/>
                <w:noProof/>
              </w:rPr>
              <w:t>C.BİRİME İLİŞKİN BİLGİLER</w:t>
            </w:r>
            <w:r>
              <w:rPr>
                <w:noProof/>
                <w:webHidden/>
              </w:rPr>
              <w:tab/>
            </w:r>
            <w:r>
              <w:rPr>
                <w:noProof/>
                <w:webHidden/>
              </w:rPr>
              <w:fldChar w:fldCharType="begin"/>
            </w:r>
            <w:r>
              <w:rPr>
                <w:noProof/>
                <w:webHidden/>
              </w:rPr>
              <w:instrText xml:space="preserve"> PAGEREF _Toc217311496 \h </w:instrText>
            </w:r>
            <w:r>
              <w:rPr>
                <w:noProof/>
                <w:webHidden/>
              </w:rPr>
            </w:r>
            <w:r>
              <w:rPr>
                <w:noProof/>
                <w:webHidden/>
              </w:rPr>
              <w:fldChar w:fldCharType="separate"/>
            </w:r>
            <w:r>
              <w:rPr>
                <w:noProof/>
                <w:webHidden/>
              </w:rPr>
              <w:t>6</w:t>
            </w:r>
            <w:r>
              <w:rPr>
                <w:noProof/>
                <w:webHidden/>
              </w:rPr>
              <w:fldChar w:fldCharType="end"/>
            </w:r>
          </w:hyperlink>
        </w:p>
        <w:p w:rsidR="007F72BE" w:rsidRDefault="007F72BE">
          <w:pPr>
            <w:pStyle w:val="T2"/>
            <w:tabs>
              <w:tab w:val="right" w:leader="dot" w:pos="9062"/>
            </w:tabs>
            <w:rPr>
              <w:noProof/>
              <w:lang w:val="tr-TR" w:eastAsia="tr-TR"/>
            </w:rPr>
          </w:pPr>
          <w:hyperlink w:anchor="_Toc217311497" w:history="1">
            <w:r w:rsidRPr="00861228">
              <w:rPr>
                <w:rStyle w:val="Kpr"/>
                <w:noProof/>
              </w:rPr>
              <w:t>1. Fiziksel, Teknolojik Kaynaklar</w:t>
            </w:r>
            <w:r>
              <w:rPr>
                <w:noProof/>
                <w:webHidden/>
              </w:rPr>
              <w:tab/>
            </w:r>
            <w:r>
              <w:rPr>
                <w:noProof/>
                <w:webHidden/>
              </w:rPr>
              <w:fldChar w:fldCharType="begin"/>
            </w:r>
            <w:r>
              <w:rPr>
                <w:noProof/>
                <w:webHidden/>
              </w:rPr>
              <w:instrText xml:space="preserve"> PAGEREF _Toc217311497 \h </w:instrText>
            </w:r>
            <w:r>
              <w:rPr>
                <w:noProof/>
                <w:webHidden/>
              </w:rPr>
            </w:r>
            <w:r>
              <w:rPr>
                <w:noProof/>
                <w:webHidden/>
              </w:rPr>
              <w:fldChar w:fldCharType="separate"/>
            </w:r>
            <w:r>
              <w:rPr>
                <w:noProof/>
                <w:webHidden/>
              </w:rPr>
              <w:t>6</w:t>
            </w:r>
            <w:r>
              <w:rPr>
                <w:noProof/>
                <w:webHidden/>
              </w:rPr>
              <w:fldChar w:fldCharType="end"/>
            </w:r>
          </w:hyperlink>
        </w:p>
        <w:p w:rsidR="007F72BE" w:rsidRDefault="007F72BE">
          <w:pPr>
            <w:pStyle w:val="T2"/>
            <w:tabs>
              <w:tab w:val="right" w:leader="dot" w:pos="9062"/>
            </w:tabs>
            <w:rPr>
              <w:noProof/>
              <w:lang w:val="tr-TR" w:eastAsia="tr-TR"/>
            </w:rPr>
          </w:pPr>
          <w:hyperlink w:anchor="_Toc217311498" w:history="1">
            <w:r w:rsidRPr="00861228">
              <w:rPr>
                <w:rStyle w:val="Kpr"/>
                <w:noProof/>
              </w:rPr>
              <w:t>2. Teşkilat Şeması</w:t>
            </w:r>
            <w:r>
              <w:rPr>
                <w:noProof/>
                <w:webHidden/>
              </w:rPr>
              <w:tab/>
            </w:r>
            <w:r>
              <w:rPr>
                <w:noProof/>
                <w:webHidden/>
              </w:rPr>
              <w:fldChar w:fldCharType="begin"/>
            </w:r>
            <w:r>
              <w:rPr>
                <w:noProof/>
                <w:webHidden/>
              </w:rPr>
              <w:instrText xml:space="preserve"> PAGEREF _Toc217311498 \h </w:instrText>
            </w:r>
            <w:r>
              <w:rPr>
                <w:noProof/>
                <w:webHidden/>
              </w:rPr>
            </w:r>
            <w:r>
              <w:rPr>
                <w:noProof/>
                <w:webHidden/>
              </w:rPr>
              <w:fldChar w:fldCharType="separate"/>
            </w:r>
            <w:r>
              <w:rPr>
                <w:noProof/>
                <w:webHidden/>
              </w:rPr>
              <w:t>7</w:t>
            </w:r>
            <w:r>
              <w:rPr>
                <w:noProof/>
                <w:webHidden/>
              </w:rPr>
              <w:fldChar w:fldCharType="end"/>
            </w:r>
          </w:hyperlink>
        </w:p>
        <w:p w:rsidR="007F72BE" w:rsidRDefault="007F72BE">
          <w:pPr>
            <w:pStyle w:val="T2"/>
            <w:tabs>
              <w:tab w:val="right" w:leader="dot" w:pos="9062"/>
            </w:tabs>
            <w:rPr>
              <w:noProof/>
              <w:lang w:val="tr-TR" w:eastAsia="tr-TR"/>
            </w:rPr>
          </w:pPr>
          <w:hyperlink w:anchor="_Toc217311499" w:history="1">
            <w:r w:rsidRPr="00861228">
              <w:rPr>
                <w:rStyle w:val="Kpr"/>
                <w:noProof/>
              </w:rPr>
              <w:t>3. Teknoloji ve Bilişim Altyapısı</w:t>
            </w:r>
            <w:r>
              <w:rPr>
                <w:noProof/>
                <w:webHidden/>
              </w:rPr>
              <w:tab/>
            </w:r>
            <w:r>
              <w:rPr>
                <w:noProof/>
                <w:webHidden/>
              </w:rPr>
              <w:fldChar w:fldCharType="begin"/>
            </w:r>
            <w:r>
              <w:rPr>
                <w:noProof/>
                <w:webHidden/>
              </w:rPr>
              <w:instrText xml:space="preserve"> PAGEREF _Toc217311499 \h </w:instrText>
            </w:r>
            <w:r>
              <w:rPr>
                <w:noProof/>
                <w:webHidden/>
              </w:rPr>
            </w:r>
            <w:r>
              <w:rPr>
                <w:noProof/>
                <w:webHidden/>
              </w:rPr>
              <w:fldChar w:fldCharType="separate"/>
            </w:r>
            <w:r>
              <w:rPr>
                <w:noProof/>
                <w:webHidden/>
              </w:rPr>
              <w:t>8</w:t>
            </w:r>
            <w:r>
              <w:rPr>
                <w:noProof/>
                <w:webHidden/>
              </w:rPr>
              <w:fldChar w:fldCharType="end"/>
            </w:r>
          </w:hyperlink>
        </w:p>
        <w:p w:rsidR="007F72BE" w:rsidRDefault="007F72BE">
          <w:pPr>
            <w:pStyle w:val="T2"/>
            <w:tabs>
              <w:tab w:val="right" w:leader="dot" w:pos="9062"/>
            </w:tabs>
            <w:rPr>
              <w:noProof/>
              <w:lang w:val="tr-TR" w:eastAsia="tr-TR"/>
            </w:rPr>
          </w:pPr>
          <w:hyperlink w:anchor="_Toc217311500" w:history="1">
            <w:r w:rsidRPr="00861228">
              <w:rPr>
                <w:rStyle w:val="Kpr"/>
                <w:noProof/>
              </w:rPr>
              <w:t>4. İnsan Kaynakları</w:t>
            </w:r>
            <w:r>
              <w:rPr>
                <w:noProof/>
                <w:webHidden/>
              </w:rPr>
              <w:tab/>
            </w:r>
            <w:r>
              <w:rPr>
                <w:noProof/>
                <w:webHidden/>
              </w:rPr>
              <w:fldChar w:fldCharType="begin"/>
            </w:r>
            <w:r>
              <w:rPr>
                <w:noProof/>
                <w:webHidden/>
              </w:rPr>
              <w:instrText xml:space="preserve"> PAGEREF _Toc217311500 \h </w:instrText>
            </w:r>
            <w:r>
              <w:rPr>
                <w:noProof/>
                <w:webHidden/>
              </w:rPr>
            </w:r>
            <w:r>
              <w:rPr>
                <w:noProof/>
                <w:webHidden/>
              </w:rPr>
              <w:fldChar w:fldCharType="separate"/>
            </w:r>
            <w:r>
              <w:rPr>
                <w:noProof/>
                <w:webHidden/>
              </w:rPr>
              <w:t>9</w:t>
            </w:r>
            <w:r>
              <w:rPr>
                <w:noProof/>
                <w:webHidden/>
              </w:rPr>
              <w:fldChar w:fldCharType="end"/>
            </w:r>
          </w:hyperlink>
        </w:p>
        <w:p w:rsidR="007F72BE" w:rsidRDefault="007F72BE">
          <w:pPr>
            <w:pStyle w:val="T2"/>
            <w:tabs>
              <w:tab w:val="right" w:leader="dot" w:pos="9062"/>
            </w:tabs>
            <w:rPr>
              <w:noProof/>
              <w:lang w:val="tr-TR" w:eastAsia="tr-TR"/>
            </w:rPr>
          </w:pPr>
          <w:hyperlink w:anchor="_Toc217311501" w:history="1">
            <w:r w:rsidRPr="00861228">
              <w:rPr>
                <w:rStyle w:val="Kpr"/>
                <w:noProof/>
              </w:rPr>
              <w:t>4.1. Akademik Personel</w:t>
            </w:r>
            <w:r>
              <w:rPr>
                <w:noProof/>
                <w:webHidden/>
              </w:rPr>
              <w:tab/>
            </w:r>
            <w:r>
              <w:rPr>
                <w:noProof/>
                <w:webHidden/>
              </w:rPr>
              <w:fldChar w:fldCharType="begin"/>
            </w:r>
            <w:r>
              <w:rPr>
                <w:noProof/>
                <w:webHidden/>
              </w:rPr>
              <w:instrText xml:space="preserve"> PAGEREF _Toc217311501 \h </w:instrText>
            </w:r>
            <w:r>
              <w:rPr>
                <w:noProof/>
                <w:webHidden/>
              </w:rPr>
            </w:r>
            <w:r>
              <w:rPr>
                <w:noProof/>
                <w:webHidden/>
              </w:rPr>
              <w:fldChar w:fldCharType="separate"/>
            </w:r>
            <w:r>
              <w:rPr>
                <w:noProof/>
                <w:webHidden/>
              </w:rPr>
              <w:t>9</w:t>
            </w:r>
            <w:r>
              <w:rPr>
                <w:noProof/>
                <w:webHidden/>
              </w:rPr>
              <w:fldChar w:fldCharType="end"/>
            </w:r>
          </w:hyperlink>
        </w:p>
        <w:p w:rsidR="007F72BE" w:rsidRDefault="007F72BE">
          <w:pPr>
            <w:pStyle w:val="T2"/>
            <w:tabs>
              <w:tab w:val="right" w:leader="dot" w:pos="9062"/>
            </w:tabs>
            <w:rPr>
              <w:noProof/>
              <w:lang w:val="tr-TR" w:eastAsia="tr-TR"/>
            </w:rPr>
          </w:pPr>
          <w:hyperlink w:anchor="_Toc217311502" w:history="1">
            <w:r w:rsidRPr="00861228">
              <w:rPr>
                <w:rStyle w:val="Kpr"/>
                <w:noProof/>
              </w:rPr>
              <w:t>4.2. İdari Personel</w:t>
            </w:r>
            <w:r>
              <w:rPr>
                <w:noProof/>
                <w:webHidden/>
              </w:rPr>
              <w:tab/>
            </w:r>
            <w:r>
              <w:rPr>
                <w:noProof/>
                <w:webHidden/>
              </w:rPr>
              <w:fldChar w:fldCharType="begin"/>
            </w:r>
            <w:r>
              <w:rPr>
                <w:noProof/>
                <w:webHidden/>
              </w:rPr>
              <w:instrText xml:space="preserve"> PAGEREF _Toc217311502 \h </w:instrText>
            </w:r>
            <w:r>
              <w:rPr>
                <w:noProof/>
                <w:webHidden/>
              </w:rPr>
            </w:r>
            <w:r>
              <w:rPr>
                <w:noProof/>
                <w:webHidden/>
              </w:rPr>
              <w:fldChar w:fldCharType="separate"/>
            </w:r>
            <w:r>
              <w:rPr>
                <w:noProof/>
                <w:webHidden/>
              </w:rPr>
              <w:t>9</w:t>
            </w:r>
            <w:r>
              <w:rPr>
                <w:noProof/>
                <w:webHidden/>
              </w:rPr>
              <w:fldChar w:fldCharType="end"/>
            </w:r>
          </w:hyperlink>
        </w:p>
        <w:p w:rsidR="007F72BE" w:rsidRDefault="007F72BE">
          <w:pPr>
            <w:pStyle w:val="T2"/>
            <w:tabs>
              <w:tab w:val="right" w:leader="dot" w:pos="9062"/>
            </w:tabs>
            <w:rPr>
              <w:noProof/>
              <w:lang w:val="tr-TR" w:eastAsia="tr-TR"/>
            </w:rPr>
          </w:pPr>
          <w:hyperlink w:anchor="_Toc217311503" w:history="1">
            <w:r w:rsidRPr="00861228">
              <w:rPr>
                <w:rStyle w:val="Kpr"/>
                <w:noProof/>
              </w:rPr>
              <w:t>5.Sunulan Hizmetler</w:t>
            </w:r>
            <w:r>
              <w:rPr>
                <w:noProof/>
                <w:webHidden/>
              </w:rPr>
              <w:tab/>
            </w:r>
            <w:r>
              <w:rPr>
                <w:noProof/>
                <w:webHidden/>
              </w:rPr>
              <w:fldChar w:fldCharType="begin"/>
            </w:r>
            <w:r>
              <w:rPr>
                <w:noProof/>
                <w:webHidden/>
              </w:rPr>
              <w:instrText xml:space="preserve"> PAGEREF _Toc217311503 \h </w:instrText>
            </w:r>
            <w:r>
              <w:rPr>
                <w:noProof/>
                <w:webHidden/>
              </w:rPr>
            </w:r>
            <w:r>
              <w:rPr>
                <w:noProof/>
                <w:webHidden/>
              </w:rPr>
              <w:fldChar w:fldCharType="separate"/>
            </w:r>
            <w:r>
              <w:rPr>
                <w:noProof/>
                <w:webHidden/>
              </w:rPr>
              <w:t>10</w:t>
            </w:r>
            <w:r>
              <w:rPr>
                <w:noProof/>
                <w:webHidden/>
              </w:rPr>
              <w:fldChar w:fldCharType="end"/>
            </w:r>
          </w:hyperlink>
        </w:p>
        <w:p w:rsidR="007F72BE" w:rsidRDefault="007F72BE">
          <w:pPr>
            <w:pStyle w:val="T2"/>
            <w:tabs>
              <w:tab w:val="right" w:leader="dot" w:pos="9062"/>
            </w:tabs>
            <w:rPr>
              <w:noProof/>
              <w:lang w:val="tr-TR" w:eastAsia="tr-TR"/>
            </w:rPr>
          </w:pPr>
          <w:hyperlink w:anchor="_Toc217311504" w:history="1">
            <w:r w:rsidRPr="00861228">
              <w:rPr>
                <w:rStyle w:val="Kpr"/>
                <w:noProof/>
              </w:rPr>
              <w:t>5.1. Eğitim-Öğretim  Faaliyetleri</w:t>
            </w:r>
            <w:r>
              <w:rPr>
                <w:noProof/>
                <w:webHidden/>
              </w:rPr>
              <w:tab/>
            </w:r>
            <w:r>
              <w:rPr>
                <w:noProof/>
                <w:webHidden/>
              </w:rPr>
              <w:fldChar w:fldCharType="begin"/>
            </w:r>
            <w:r>
              <w:rPr>
                <w:noProof/>
                <w:webHidden/>
              </w:rPr>
              <w:instrText xml:space="preserve"> PAGEREF _Toc217311504 \h </w:instrText>
            </w:r>
            <w:r>
              <w:rPr>
                <w:noProof/>
                <w:webHidden/>
              </w:rPr>
            </w:r>
            <w:r>
              <w:rPr>
                <w:noProof/>
                <w:webHidden/>
              </w:rPr>
              <w:fldChar w:fldCharType="separate"/>
            </w:r>
            <w:r>
              <w:rPr>
                <w:noProof/>
                <w:webHidden/>
              </w:rPr>
              <w:t>10</w:t>
            </w:r>
            <w:r>
              <w:rPr>
                <w:noProof/>
                <w:webHidden/>
              </w:rPr>
              <w:fldChar w:fldCharType="end"/>
            </w:r>
          </w:hyperlink>
        </w:p>
        <w:p w:rsidR="007F72BE" w:rsidRDefault="007F72BE">
          <w:pPr>
            <w:pStyle w:val="T2"/>
            <w:tabs>
              <w:tab w:val="right" w:leader="dot" w:pos="9062"/>
            </w:tabs>
            <w:rPr>
              <w:noProof/>
              <w:lang w:val="tr-TR" w:eastAsia="tr-TR"/>
            </w:rPr>
          </w:pPr>
          <w:hyperlink w:anchor="_Toc217311505" w:history="1">
            <w:r w:rsidRPr="00861228">
              <w:rPr>
                <w:rStyle w:val="Kpr"/>
                <w:noProof/>
              </w:rPr>
              <w:t>5.1.1. Öğrenci Verileri</w:t>
            </w:r>
            <w:r>
              <w:rPr>
                <w:noProof/>
                <w:webHidden/>
              </w:rPr>
              <w:tab/>
            </w:r>
            <w:r>
              <w:rPr>
                <w:noProof/>
                <w:webHidden/>
              </w:rPr>
              <w:fldChar w:fldCharType="begin"/>
            </w:r>
            <w:r>
              <w:rPr>
                <w:noProof/>
                <w:webHidden/>
              </w:rPr>
              <w:instrText xml:space="preserve"> PAGEREF _Toc217311505 \h </w:instrText>
            </w:r>
            <w:r>
              <w:rPr>
                <w:noProof/>
                <w:webHidden/>
              </w:rPr>
            </w:r>
            <w:r>
              <w:rPr>
                <w:noProof/>
                <w:webHidden/>
              </w:rPr>
              <w:fldChar w:fldCharType="separate"/>
            </w:r>
            <w:r>
              <w:rPr>
                <w:noProof/>
                <w:webHidden/>
              </w:rPr>
              <w:t>11</w:t>
            </w:r>
            <w:r>
              <w:rPr>
                <w:noProof/>
                <w:webHidden/>
              </w:rPr>
              <w:fldChar w:fldCharType="end"/>
            </w:r>
          </w:hyperlink>
        </w:p>
        <w:p w:rsidR="007F72BE" w:rsidRDefault="007F72BE">
          <w:pPr>
            <w:pStyle w:val="T2"/>
            <w:tabs>
              <w:tab w:val="right" w:leader="dot" w:pos="9062"/>
            </w:tabs>
            <w:rPr>
              <w:noProof/>
              <w:lang w:val="tr-TR" w:eastAsia="tr-TR"/>
            </w:rPr>
          </w:pPr>
          <w:hyperlink w:anchor="_Toc217311506" w:history="1">
            <w:r w:rsidRPr="00861228">
              <w:rPr>
                <w:rStyle w:val="Kpr"/>
                <w:noProof/>
              </w:rPr>
              <w:t>5.2. Araştırma Geliştirme Faaliyetleri</w:t>
            </w:r>
            <w:r>
              <w:rPr>
                <w:noProof/>
                <w:webHidden/>
              </w:rPr>
              <w:tab/>
            </w:r>
            <w:r>
              <w:rPr>
                <w:noProof/>
                <w:webHidden/>
              </w:rPr>
              <w:fldChar w:fldCharType="begin"/>
            </w:r>
            <w:r>
              <w:rPr>
                <w:noProof/>
                <w:webHidden/>
              </w:rPr>
              <w:instrText xml:space="preserve"> PAGEREF _Toc217311506 \h </w:instrText>
            </w:r>
            <w:r>
              <w:rPr>
                <w:noProof/>
                <w:webHidden/>
              </w:rPr>
            </w:r>
            <w:r>
              <w:rPr>
                <w:noProof/>
                <w:webHidden/>
              </w:rPr>
              <w:fldChar w:fldCharType="separate"/>
            </w:r>
            <w:r>
              <w:rPr>
                <w:noProof/>
                <w:webHidden/>
              </w:rPr>
              <w:t>12</w:t>
            </w:r>
            <w:r>
              <w:rPr>
                <w:noProof/>
                <w:webHidden/>
              </w:rPr>
              <w:fldChar w:fldCharType="end"/>
            </w:r>
          </w:hyperlink>
        </w:p>
        <w:p w:rsidR="007F72BE" w:rsidRDefault="007F72BE">
          <w:pPr>
            <w:pStyle w:val="T2"/>
            <w:tabs>
              <w:tab w:val="right" w:leader="dot" w:pos="9062"/>
            </w:tabs>
            <w:rPr>
              <w:noProof/>
              <w:lang w:val="tr-TR" w:eastAsia="tr-TR"/>
            </w:rPr>
          </w:pPr>
          <w:hyperlink w:anchor="_Toc217311507" w:history="1">
            <w:r w:rsidRPr="00861228">
              <w:rPr>
                <w:rStyle w:val="Kpr"/>
                <w:rFonts w:cs="Times New Roman"/>
                <w:noProof/>
              </w:rPr>
              <w:t xml:space="preserve">5.3. </w:t>
            </w:r>
            <w:r w:rsidRPr="00861228">
              <w:rPr>
                <w:rStyle w:val="Kpr"/>
                <w:noProof/>
              </w:rPr>
              <w:t>Toplumsal Katkı Faaliyetleri</w:t>
            </w:r>
            <w:r>
              <w:rPr>
                <w:noProof/>
                <w:webHidden/>
              </w:rPr>
              <w:tab/>
            </w:r>
            <w:r>
              <w:rPr>
                <w:noProof/>
                <w:webHidden/>
              </w:rPr>
              <w:fldChar w:fldCharType="begin"/>
            </w:r>
            <w:r>
              <w:rPr>
                <w:noProof/>
                <w:webHidden/>
              </w:rPr>
              <w:instrText xml:space="preserve"> PAGEREF _Toc217311507 \h </w:instrText>
            </w:r>
            <w:r>
              <w:rPr>
                <w:noProof/>
                <w:webHidden/>
              </w:rPr>
            </w:r>
            <w:r>
              <w:rPr>
                <w:noProof/>
                <w:webHidden/>
              </w:rPr>
              <w:fldChar w:fldCharType="separate"/>
            </w:r>
            <w:r>
              <w:rPr>
                <w:noProof/>
                <w:webHidden/>
              </w:rPr>
              <w:t>13</w:t>
            </w:r>
            <w:r>
              <w:rPr>
                <w:noProof/>
                <w:webHidden/>
              </w:rPr>
              <w:fldChar w:fldCharType="end"/>
            </w:r>
          </w:hyperlink>
        </w:p>
        <w:p w:rsidR="007F72BE" w:rsidRDefault="007F72BE">
          <w:pPr>
            <w:pStyle w:val="T2"/>
            <w:tabs>
              <w:tab w:val="right" w:leader="dot" w:pos="9062"/>
            </w:tabs>
            <w:rPr>
              <w:noProof/>
              <w:lang w:val="tr-TR" w:eastAsia="tr-TR"/>
            </w:rPr>
          </w:pPr>
          <w:hyperlink w:anchor="_Toc217311508" w:history="1">
            <w:r w:rsidRPr="00861228">
              <w:rPr>
                <w:rStyle w:val="Kpr"/>
                <w:noProof/>
              </w:rPr>
              <w:t>5.3.1.Öğrenci Yaşamı, Sosyal- Kültürel Hizmetler</w:t>
            </w:r>
            <w:r>
              <w:rPr>
                <w:noProof/>
                <w:webHidden/>
              </w:rPr>
              <w:tab/>
            </w:r>
            <w:r>
              <w:rPr>
                <w:noProof/>
                <w:webHidden/>
              </w:rPr>
              <w:fldChar w:fldCharType="begin"/>
            </w:r>
            <w:r>
              <w:rPr>
                <w:noProof/>
                <w:webHidden/>
              </w:rPr>
              <w:instrText xml:space="preserve"> PAGEREF _Toc217311508 \h </w:instrText>
            </w:r>
            <w:r>
              <w:rPr>
                <w:noProof/>
                <w:webHidden/>
              </w:rPr>
            </w:r>
            <w:r>
              <w:rPr>
                <w:noProof/>
                <w:webHidden/>
              </w:rPr>
              <w:fldChar w:fldCharType="separate"/>
            </w:r>
            <w:r>
              <w:rPr>
                <w:noProof/>
                <w:webHidden/>
              </w:rPr>
              <w:t>15</w:t>
            </w:r>
            <w:r>
              <w:rPr>
                <w:noProof/>
                <w:webHidden/>
              </w:rPr>
              <w:fldChar w:fldCharType="end"/>
            </w:r>
          </w:hyperlink>
        </w:p>
        <w:p w:rsidR="007F72BE" w:rsidRDefault="007F72BE">
          <w:pPr>
            <w:pStyle w:val="T2"/>
            <w:tabs>
              <w:tab w:val="right" w:leader="dot" w:pos="9062"/>
            </w:tabs>
            <w:rPr>
              <w:noProof/>
              <w:lang w:val="tr-TR" w:eastAsia="tr-TR"/>
            </w:rPr>
          </w:pPr>
          <w:hyperlink w:anchor="_Toc217311509" w:history="1">
            <w:r w:rsidRPr="00861228">
              <w:rPr>
                <w:rStyle w:val="Kpr"/>
                <w:noProof/>
              </w:rPr>
              <w:t>5.4. İdari Hizmetler</w:t>
            </w:r>
            <w:r>
              <w:rPr>
                <w:noProof/>
                <w:webHidden/>
              </w:rPr>
              <w:tab/>
            </w:r>
            <w:r>
              <w:rPr>
                <w:noProof/>
                <w:webHidden/>
              </w:rPr>
              <w:fldChar w:fldCharType="begin"/>
            </w:r>
            <w:r>
              <w:rPr>
                <w:noProof/>
                <w:webHidden/>
              </w:rPr>
              <w:instrText xml:space="preserve"> PAGEREF _Toc217311509 \h </w:instrText>
            </w:r>
            <w:r>
              <w:rPr>
                <w:noProof/>
                <w:webHidden/>
              </w:rPr>
            </w:r>
            <w:r>
              <w:rPr>
                <w:noProof/>
                <w:webHidden/>
              </w:rPr>
              <w:fldChar w:fldCharType="separate"/>
            </w:r>
            <w:r>
              <w:rPr>
                <w:noProof/>
                <w:webHidden/>
              </w:rPr>
              <w:t>16</w:t>
            </w:r>
            <w:r>
              <w:rPr>
                <w:noProof/>
                <w:webHidden/>
              </w:rPr>
              <w:fldChar w:fldCharType="end"/>
            </w:r>
          </w:hyperlink>
        </w:p>
        <w:p w:rsidR="007F72BE" w:rsidRDefault="007F72BE">
          <w:pPr>
            <w:pStyle w:val="T2"/>
            <w:tabs>
              <w:tab w:val="right" w:leader="dot" w:pos="9062"/>
            </w:tabs>
            <w:rPr>
              <w:noProof/>
              <w:lang w:val="tr-TR" w:eastAsia="tr-TR"/>
            </w:rPr>
          </w:pPr>
          <w:hyperlink w:anchor="_Toc217311510" w:history="1">
            <w:r w:rsidRPr="00861228">
              <w:rPr>
                <w:rStyle w:val="Kpr"/>
                <w:noProof/>
              </w:rPr>
              <w:t>6. Yönetim ve İç Kontrol Sistemi</w:t>
            </w:r>
            <w:r>
              <w:rPr>
                <w:noProof/>
                <w:webHidden/>
              </w:rPr>
              <w:tab/>
            </w:r>
            <w:r>
              <w:rPr>
                <w:noProof/>
                <w:webHidden/>
              </w:rPr>
              <w:fldChar w:fldCharType="begin"/>
            </w:r>
            <w:r>
              <w:rPr>
                <w:noProof/>
                <w:webHidden/>
              </w:rPr>
              <w:instrText xml:space="preserve"> PAGEREF _Toc217311510 \h </w:instrText>
            </w:r>
            <w:r>
              <w:rPr>
                <w:noProof/>
                <w:webHidden/>
              </w:rPr>
            </w:r>
            <w:r>
              <w:rPr>
                <w:noProof/>
                <w:webHidden/>
              </w:rPr>
              <w:fldChar w:fldCharType="separate"/>
            </w:r>
            <w:r>
              <w:rPr>
                <w:noProof/>
                <w:webHidden/>
              </w:rPr>
              <w:t>16</w:t>
            </w:r>
            <w:r>
              <w:rPr>
                <w:noProof/>
                <w:webHidden/>
              </w:rPr>
              <w:fldChar w:fldCharType="end"/>
            </w:r>
          </w:hyperlink>
        </w:p>
        <w:p w:rsidR="007F72BE" w:rsidRDefault="007F72BE">
          <w:pPr>
            <w:pStyle w:val="T2"/>
            <w:tabs>
              <w:tab w:val="right" w:leader="dot" w:pos="9062"/>
            </w:tabs>
            <w:rPr>
              <w:noProof/>
              <w:lang w:val="tr-TR" w:eastAsia="tr-TR"/>
            </w:rPr>
          </w:pPr>
          <w:hyperlink w:anchor="_Toc217311511" w:history="1">
            <w:r w:rsidRPr="00861228">
              <w:rPr>
                <w:rStyle w:val="Kpr"/>
                <w:noProof/>
              </w:rPr>
              <w:t>6.2.Risk Faaliyetleri</w:t>
            </w:r>
            <w:r>
              <w:rPr>
                <w:noProof/>
                <w:webHidden/>
              </w:rPr>
              <w:tab/>
            </w:r>
            <w:r>
              <w:rPr>
                <w:noProof/>
                <w:webHidden/>
              </w:rPr>
              <w:fldChar w:fldCharType="begin"/>
            </w:r>
            <w:r>
              <w:rPr>
                <w:noProof/>
                <w:webHidden/>
              </w:rPr>
              <w:instrText xml:space="preserve"> PAGEREF _Toc217311511 \h </w:instrText>
            </w:r>
            <w:r>
              <w:rPr>
                <w:noProof/>
                <w:webHidden/>
              </w:rPr>
            </w:r>
            <w:r>
              <w:rPr>
                <w:noProof/>
                <w:webHidden/>
              </w:rPr>
              <w:fldChar w:fldCharType="separate"/>
            </w:r>
            <w:r>
              <w:rPr>
                <w:noProof/>
                <w:webHidden/>
              </w:rPr>
              <w:t>18</w:t>
            </w:r>
            <w:r>
              <w:rPr>
                <w:noProof/>
                <w:webHidden/>
              </w:rPr>
              <w:fldChar w:fldCharType="end"/>
            </w:r>
          </w:hyperlink>
        </w:p>
        <w:p w:rsidR="007F72BE" w:rsidRDefault="007F72BE">
          <w:pPr>
            <w:pStyle w:val="T2"/>
            <w:tabs>
              <w:tab w:val="right" w:leader="dot" w:pos="9062"/>
            </w:tabs>
            <w:rPr>
              <w:noProof/>
              <w:lang w:val="tr-TR" w:eastAsia="tr-TR"/>
            </w:rPr>
          </w:pPr>
          <w:hyperlink w:anchor="_Toc217311512" w:history="1">
            <w:r w:rsidRPr="00861228">
              <w:rPr>
                <w:rStyle w:val="Kpr"/>
                <w:noProof/>
              </w:rPr>
              <w:t>6.3.Kalite Yönetimi, İzleme ve Değerlendirme</w:t>
            </w:r>
            <w:r>
              <w:rPr>
                <w:noProof/>
                <w:webHidden/>
              </w:rPr>
              <w:tab/>
            </w:r>
            <w:r>
              <w:rPr>
                <w:noProof/>
                <w:webHidden/>
              </w:rPr>
              <w:fldChar w:fldCharType="begin"/>
            </w:r>
            <w:r>
              <w:rPr>
                <w:noProof/>
                <w:webHidden/>
              </w:rPr>
              <w:instrText xml:space="preserve"> PAGEREF _Toc217311512 \h </w:instrText>
            </w:r>
            <w:r>
              <w:rPr>
                <w:noProof/>
                <w:webHidden/>
              </w:rPr>
            </w:r>
            <w:r>
              <w:rPr>
                <w:noProof/>
                <w:webHidden/>
              </w:rPr>
              <w:fldChar w:fldCharType="separate"/>
            </w:r>
            <w:r>
              <w:rPr>
                <w:noProof/>
                <w:webHidden/>
              </w:rPr>
              <w:t>18</w:t>
            </w:r>
            <w:r>
              <w:rPr>
                <w:noProof/>
                <w:webHidden/>
              </w:rPr>
              <w:fldChar w:fldCharType="end"/>
            </w:r>
          </w:hyperlink>
        </w:p>
        <w:p w:rsidR="007F72BE" w:rsidRDefault="007F72BE">
          <w:pPr>
            <w:pStyle w:val="T1"/>
            <w:tabs>
              <w:tab w:val="left" w:pos="442"/>
              <w:tab w:val="right" w:leader="dot" w:pos="9062"/>
            </w:tabs>
            <w:rPr>
              <w:noProof/>
              <w:lang w:val="tr-TR" w:eastAsia="tr-TR"/>
            </w:rPr>
          </w:pPr>
          <w:hyperlink w:anchor="_Toc217311513" w:history="1">
            <w:r w:rsidRPr="00861228">
              <w:rPr>
                <w:rStyle w:val="Kpr"/>
                <w:noProof/>
                <w14:scene3d>
                  <w14:camera w14:prst="orthographicFront"/>
                  <w14:lightRig w14:rig="threePt" w14:dir="t">
                    <w14:rot w14:lat="0" w14:lon="0" w14:rev="0"/>
                  </w14:lightRig>
                </w14:scene3d>
              </w:rPr>
              <w:t>II.</w:t>
            </w:r>
            <w:r>
              <w:rPr>
                <w:noProof/>
                <w:lang w:val="tr-TR" w:eastAsia="tr-TR"/>
              </w:rPr>
              <w:tab/>
            </w:r>
            <w:r w:rsidRPr="00861228">
              <w:rPr>
                <w:rStyle w:val="Kpr"/>
                <w:noProof/>
              </w:rPr>
              <w:t>AMAÇ VE HEDEFLER</w:t>
            </w:r>
            <w:r>
              <w:rPr>
                <w:noProof/>
                <w:webHidden/>
              </w:rPr>
              <w:tab/>
            </w:r>
            <w:r>
              <w:rPr>
                <w:noProof/>
                <w:webHidden/>
              </w:rPr>
              <w:fldChar w:fldCharType="begin"/>
            </w:r>
            <w:r>
              <w:rPr>
                <w:noProof/>
                <w:webHidden/>
              </w:rPr>
              <w:instrText xml:space="preserve"> PAGEREF _Toc217311513 \h </w:instrText>
            </w:r>
            <w:r>
              <w:rPr>
                <w:noProof/>
                <w:webHidden/>
              </w:rPr>
            </w:r>
            <w:r>
              <w:rPr>
                <w:noProof/>
                <w:webHidden/>
              </w:rPr>
              <w:fldChar w:fldCharType="separate"/>
            </w:r>
            <w:r>
              <w:rPr>
                <w:noProof/>
                <w:webHidden/>
              </w:rPr>
              <w:t>19</w:t>
            </w:r>
            <w:r>
              <w:rPr>
                <w:noProof/>
                <w:webHidden/>
              </w:rPr>
              <w:fldChar w:fldCharType="end"/>
            </w:r>
          </w:hyperlink>
        </w:p>
        <w:p w:rsidR="007F72BE" w:rsidRDefault="007F72BE">
          <w:pPr>
            <w:pStyle w:val="T2"/>
            <w:tabs>
              <w:tab w:val="right" w:leader="dot" w:pos="9062"/>
            </w:tabs>
            <w:rPr>
              <w:noProof/>
              <w:lang w:val="tr-TR" w:eastAsia="tr-TR"/>
            </w:rPr>
          </w:pPr>
          <w:hyperlink w:anchor="_Toc217311514" w:history="1">
            <w:r w:rsidRPr="00861228">
              <w:rPr>
                <w:rStyle w:val="Kpr"/>
                <w:noProof/>
              </w:rPr>
              <w:t>A.Temel Politika ve Öncelikler</w:t>
            </w:r>
            <w:r>
              <w:rPr>
                <w:noProof/>
                <w:webHidden/>
              </w:rPr>
              <w:tab/>
            </w:r>
            <w:r>
              <w:rPr>
                <w:noProof/>
                <w:webHidden/>
              </w:rPr>
              <w:fldChar w:fldCharType="begin"/>
            </w:r>
            <w:r>
              <w:rPr>
                <w:noProof/>
                <w:webHidden/>
              </w:rPr>
              <w:instrText xml:space="preserve"> PAGEREF _Toc217311514 \h </w:instrText>
            </w:r>
            <w:r>
              <w:rPr>
                <w:noProof/>
                <w:webHidden/>
              </w:rPr>
            </w:r>
            <w:r>
              <w:rPr>
                <w:noProof/>
                <w:webHidden/>
              </w:rPr>
              <w:fldChar w:fldCharType="separate"/>
            </w:r>
            <w:r>
              <w:rPr>
                <w:noProof/>
                <w:webHidden/>
              </w:rPr>
              <w:t>19</w:t>
            </w:r>
            <w:r>
              <w:rPr>
                <w:noProof/>
                <w:webHidden/>
              </w:rPr>
              <w:fldChar w:fldCharType="end"/>
            </w:r>
          </w:hyperlink>
        </w:p>
        <w:p w:rsidR="007F72BE" w:rsidRDefault="007F72BE">
          <w:pPr>
            <w:pStyle w:val="T2"/>
            <w:tabs>
              <w:tab w:val="right" w:leader="dot" w:pos="9062"/>
            </w:tabs>
            <w:rPr>
              <w:noProof/>
              <w:lang w:val="tr-TR" w:eastAsia="tr-TR"/>
            </w:rPr>
          </w:pPr>
          <w:hyperlink w:anchor="_Toc217311515" w:history="1">
            <w:r w:rsidRPr="00861228">
              <w:rPr>
                <w:rStyle w:val="Kpr"/>
                <w:noProof/>
              </w:rPr>
              <w:t>B.İdarenin Stratejik Planında Yer Alan Amaç ve Hedefler</w:t>
            </w:r>
            <w:r>
              <w:rPr>
                <w:noProof/>
                <w:webHidden/>
              </w:rPr>
              <w:tab/>
            </w:r>
            <w:r>
              <w:rPr>
                <w:noProof/>
                <w:webHidden/>
              </w:rPr>
              <w:fldChar w:fldCharType="begin"/>
            </w:r>
            <w:r>
              <w:rPr>
                <w:noProof/>
                <w:webHidden/>
              </w:rPr>
              <w:instrText xml:space="preserve"> PAGEREF _Toc217311515 \h </w:instrText>
            </w:r>
            <w:r>
              <w:rPr>
                <w:noProof/>
                <w:webHidden/>
              </w:rPr>
            </w:r>
            <w:r>
              <w:rPr>
                <w:noProof/>
                <w:webHidden/>
              </w:rPr>
              <w:fldChar w:fldCharType="separate"/>
            </w:r>
            <w:r>
              <w:rPr>
                <w:noProof/>
                <w:webHidden/>
              </w:rPr>
              <w:t>19</w:t>
            </w:r>
            <w:r>
              <w:rPr>
                <w:noProof/>
                <w:webHidden/>
              </w:rPr>
              <w:fldChar w:fldCharType="end"/>
            </w:r>
          </w:hyperlink>
        </w:p>
        <w:p w:rsidR="007F72BE" w:rsidRDefault="007F72BE">
          <w:pPr>
            <w:pStyle w:val="T2"/>
            <w:tabs>
              <w:tab w:val="right" w:leader="dot" w:pos="9062"/>
            </w:tabs>
            <w:rPr>
              <w:noProof/>
              <w:lang w:val="tr-TR" w:eastAsia="tr-TR"/>
            </w:rPr>
          </w:pPr>
          <w:hyperlink w:anchor="_Toc217311516" w:history="1">
            <w:r w:rsidRPr="00861228">
              <w:rPr>
                <w:rStyle w:val="Kpr"/>
                <w:noProof/>
              </w:rPr>
              <w:t>3.Performans Sonuçlarının Değerlendirilmesi</w:t>
            </w:r>
            <w:r>
              <w:rPr>
                <w:noProof/>
                <w:webHidden/>
              </w:rPr>
              <w:tab/>
            </w:r>
            <w:r>
              <w:rPr>
                <w:noProof/>
                <w:webHidden/>
              </w:rPr>
              <w:fldChar w:fldCharType="begin"/>
            </w:r>
            <w:r>
              <w:rPr>
                <w:noProof/>
                <w:webHidden/>
              </w:rPr>
              <w:instrText xml:space="preserve"> PAGEREF _Toc217311516 \h </w:instrText>
            </w:r>
            <w:r>
              <w:rPr>
                <w:noProof/>
                <w:webHidden/>
              </w:rPr>
            </w:r>
            <w:r>
              <w:rPr>
                <w:noProof/>
                <w:webHidden/>
              </w:rPr>
              <w:fldChar w:fldCharType="separate"/>
            </w:r>
            <w:r>
              <w:rPr>
                <w:noProof/>
                <w:webHidden/>
              </w:rPr>
              <w:t>20</w:t>
            </w:r>
            <w:r>
              <w:rPr>
                <w:noProof/>
                <w:webHidden/>
              </w:rPr>
              <w:fldChar w:fldCharType="end"/>
            </w:r>
          </w:hyperlink>
        </w:p>
        <w:p w:rsidR="007F72BE" w:rsidRDefault="007F72BE">
          <w:pPr>
            <w:pStyle w:val="T1"/>
            <w:tabs>
              <w:tab w:val="right" w:leader="dot" w:pos="9062"/>
            </w:tabs>
            <w:rPr>
              <w:noProof/>
              <w:lang w:val="tr-TR" w:eastAsia="tr-TR"/>
            </w:rPr>
          </w:pPr>
          <w:hyperlink w:anchor="_Toc217311517" w:history="1">
            <w:r w:rsidRPr="00861228">
              <w:rPr>
                <w:rStyle w:val="Kpr"/>
                <w:noProof/>
              </w:rPr>
              <w:t>III.FAALİYETLERE İLİŞKİN BİLGİ VE DEĞERLENDİRMELER</w:t>
            </w:r>
            <w:r>
              <w:rPr>
                <w:noProof/>
                <w:webHidden/>
              </w:rPr>
              <w:tab/>
            </w:r>
            <w:r>
              <w:rPr>
                <w:noProof/>
                <w:webHidden/>
              </w:rPr>
              <w:fldChar w:fldCharType="begin"/>
            </w:r>
            <w:r>
              <w:rPr>
                <w:noProof/>
                <w:webHidden/>
              </w:rPr>
              <w:instrText xml:space="preserve"> PAGEREF _Toc217311517 \h </w:instrText>
            </w:r>
            <w:r>
              <w:rPr>
                <w:noProof/>
                <w:webHidden/>
              </w:rPr>
            </w:r>
            <w:r>
              <w:rPr>
                <w:noProof/>
                <w:webHidden/>
              </w:rPr>
              <w:fldChar w:fldCharType="separate"/>
            </w:r>
            <w:r>
              <w:rPr>
                <w:noProof/>
                <w:webHidden/>
              </w:rPr>
              <w:t>20</w:t>
            </w:r>
            <w:r>
              <w:rPr>
                <w:noProof/>
                <w:webHidden/>
              </w:rPr>
              <w:fldChar w:fldCharType="end"/>
            </w:r>
          </w:hyperlink>
        </w:p>
        <w:p w:rsidR="007F72BE" w:rsidRDefault="007F72BE">
          <w:pPr>
            <w:pStyle w:val="T2"/>
            <w:tabs>
              <w:tab w:val="right" w:leader="dot" w:pos="9062"/>
            </w:tabs>
            <w:rPr>
              <w:noProof/>
              <w:lang w:val="tr-TR" w:eastAsia="tr-TR"/>
            </w:rPr>
          </w:pPr>
          <w:hyperlink w:anchor="_Toc217311518" w:history="1">
            <w:r w:rsidRPr="00861228">
              <w:rPr>
                <w:rStyle w:val="Kpr"/>
                <w:noProof/>
              </w:rPr>
              <w:t>A.Mali Bilgiler</w:t>
            </w:r>
            <w:r>
              <w:rPr>
                <w:noProof/>
                <w:webHidden/>
              </w:rPr>
              <w:tab/>
            </w:r>
            <w:r>
              <w:rPr>
                <w:noProof/>
                <w:webHidden/>
              </w:rPr>
              <w:fldChar w:fldCharType="begin"/>
            </w:r>
            <w:r>
              <w:rPr>
                <w:noProof/>
                <w:webHidden/>
              </w:rPr>
              <w:instrText xml:space="preserve"> PAGEREF _Toc217311518 \h </w:instrText>
            </w:r>
            <w:r>
              <w:rPr>
                <w:noProof/>
                <w:webHidden/>
              </w:rPr>
            </w:r>
            <w:r>
              <w:rPr>
                <w:noProof/>
                <w:webHidden/>
              </w:rPr>
              <w:fldChar w:fldCharType="separate"/>
            </w:r>
            <w:r>
              <w:rPr>
                <w:noProof/>
                <w:webHidden/>
              </w:rPr>
              <w:t>20</w:t>
            </w:r>
            <w:r>
              <w:rPr>
                <w:noProof/>
                <w:webHidden/>
              </w:rPr>
              <w:fldChar w:fldCharType="end"/>
            </w:r>
          </w:hyperlink>
        </w:p>
        <w:p w:rsidR="007F72BE" w:rsidRDefault="007F72BE">
          <w:pPr>
            <w:pStyle w:val="T2"/>
            <w:tabs>
              <w:tab w:val="right" w:leader="dot" w:pos="9062"/>
            </w:tabs>
            <w:rPr>
              <w:noProof/>
              <w:lang w:val="tr-TR" w:eastAsia="tr-TR"/>
            </w:rPr>
          </w:pPr>
          <w:hyperlink w:anchor="_Toc217311519" w:history="1">
            <w:r w:rsidRPr="00861228">
              <w:rPr>
                <w:rStyle w:val="Kpr"/>
                <w:noProof/>
              </w:rPr>
              <w:t>1. Bütçe Uygulama Sonuçları</w:t>
            </w:r>
            <w:r>
              <w:rPr>
                <w:noProof/>
                <w:webHidden/>
              </w:rPr>
              <w:tab/>
            </w:r>
            <w:r>
              <w:rPr>
                <w:noProof/>
                <w:webHidden/>
              </w:rPr>
              <w:fldChar w:fldCharType="begin"/>
            </w:r>
            <w:r>
              <w:rPr>
                <w:noProof/>
                <w:webHidden/>
              </w:rPr>
              <w:instrText xml:space="preserve"> PAGEREF _Toc217311519 \h </w:instrText>
            </w:r>
            <w:r>
              <w:rPr>
                <w:noProof/>
                <w:webHidden/>
              </w:rPr>
            </w:r>
            <w:r>
              <w:rPr>
                <w:noProof/>
                <w:webHidden/>
              </w:rPr>
              <w:fldChar w:fldCharType="separate"/>
            </w:r>
            <w:r>
              <w:rPr>
                <w:noProof/>
                <w:webHidden/>
              </w:rPr>
              <w:t>20</w:t>
            </w:r>
            <w:r>
              <w:rPr>
                <w:noProof/>
                <w:webHidden/>
              </w:rPr>
              <w:fldChar w:fldCharType="end"/>
            </w:r>
          </w:hyperlink>
        </w:p>
        <w:p w:rsidR="007F72BE" w:rsidRDefault="007F72BE">
          <w:pPr>
            <w:pStyle w:val="T2"/>
            <w:tabs>
              <w:tab w:val="right" w:leader="dot" w:pos="9062"/>
            </w:tabs>
            <w:rPr>
              <w:noProof/>
              <w:lang w:val="tr-TR" w:eastAsia="tr-TR"/>
            </w:rPr>
          </w:pPr>
          <w:hyperlink w:anchor="_Toc217311520" w:history="1">
            <w:r w:rsidRPr="00861228">
              <w:rPr>
                <w:rStyle w:val="Kpr"/>
                <w:noProof/>
              </w:rPr>
              <w:t>1.1.Temel Mali Tablolara İlişkin Açıklamalar</w:t>
            </w:r>
            <w:r>
              <w:rPr>
                <w:noProof/>
                <w:webHidden/>
              </w:rPr>
              <w:tab/>
            </w:r>
            <w:r>
              <w:rPr>
                <w:noProof/>
                <w:webHidden/>
              </w:rPr>
              <w:fldChar w:fldCharType="begin"/>
            </w:r>
            <w:r>
              <w:rPr>
                <w:noProof/>
                <w:webHidden/>
              </w:rPr>
              <w:instrText xml:space="preserve"> PAGEREF _Toc217311520 \h </w:instrText>
            </w:r>
            <w:r>
              <w:rPr>
                <w:noProof/>
                <w:webHidden/>
              </w:rPr>
            </w:r>
            <w:r>
              <w:rPr>
                <w:noProof/>
                <w:webHidden/>
              </w:rPr>
              <w:fldChar w:fldCharType="separate"/>
            </w:r>
            <w:r>
              <w:rPr>
                <w:noProof/>
                <w:webHidden/>
              </w:rPr>
              <w:t>21</w:t>
            </w:r>
            <w:r>
              <w:rPr>
                <w:noProof/>
                <w:webHidden/>
              </w:rPr>
              <w:fldChar w:fldCharType="end"/>
            </w:r>
          </w:hyperlink>
        </w:p>
        <w:p w:rsidR="007F72BE" w:rsidRDefault="007F72BE">
          <w:pPr>
            <w:pStyle w:val="T1"/>
            <w:tabs>
              <w:tab w:val="left" w:pos="660"/>
              <w:tab w:val="right" w:leader="dot" w:pos="9062"/>
            </w:tabs>
            <w:rPr>
              <w:noProof/>
              <w:lang w:val="tr-TR" w:eastAsia="tr-TR"/>
            </w:rPr>
          </w:pPr>
          <w:hyperlink w:anchor="_Toc217311521" w:history="1">
            <w:r w:rsidRPr="00861228">
              <w:rPr>
                <w:rStyle w:val="Kpr"/>
                <w:rFonts w:cs="Times New Roman"/>
                <w:noProof/>
                <w14:scene3d>
                  <w14:camera w14:prst="orthographicFront"/>
                  <w14:lightRig w14:rig="threePt" w14:dir="t">
                    <w14:rot w14:lat="0" w14:lon="0" w14:rev="0"/>
                  </w14:lightRig>
                </w14:scene3d>
              </w:rPr>
              <w:t>III.</w:t>
            </w:r>
            <w:r>
              <w:rPr>
                <w:noProof/>
                <w:lang w:val="tr-TR" w:eastAsia="tr-TR"/>
              </w:rPr>
              <w:tab/>
            </w:r>
            <w:r w:rsidRPr="00861228">
              <w:rPr>
                <w:rStyle w:val="Kpr"/>
                <w:rFonts w:cs="Times New Roman"/>
                <w:noProof/>
              </w:rPr>
              <w:t>KURUMSAL KABİLİYET VE KAPASİTENİN DEĞERLENDİRİLMESİ</w:t>
            </w:r>
            <w:r>
              <w:rPr>
                <w:noProof/>
                <w:webHidden/>
              </w:rPr>
              <w:tab/>
            </w:r>
            <w:r>
              <w:rPr>
                <w:noProof/>
                <w:webHidden/>
              </w:rPr>
              <w:fldChar w:fldCharType="begin"/>
            </w:r>
            <w:r>
              <w:rPr>
                <w:noProof/>
                <w:webHidden/>
              </w:rPr>
              <w:instrText xml:space="preserve"> PAGEREF _Toc217311521 \h </w:instrText>
            </w:r>
            <w:r>
              <w:rPr>
                <w:noProof/>
                <w:webHidden/>
              </w:rPr>
            </w:r>
            <w:r>
              <w:rPr>
                <w:noProof/>
                <w:webHidden/>
              </w:rPr>
              <w:fldChar w:fldCharType="separate"/>
            </w:r>
            <w:r>
              <w:rPr>
                <w:noProof/>
                <w:webHidden/>
              </w:rPr>
              <w:t>22</w:t>
            </w:r>
            <w:r>
              <w:rPr>
                <w:noProof/>
                <w:webHidden/>
              </w:rPr>
              <w:fldChar w:fldCharType="end"/>
            </w:r>
          </w:hyperlink>
        </w:p>
        <w:p w:rsidR="007F72BE" w:rsidRDefault="007F72BE">
          <w:pPr>
            <w:pStyle w:val="T2"/>
            <w:tabs>
              <w:tab w:val="right" w:leader="dot" w:pos="9062"/>
            </w:tabs>
            <w:rPr>
              <w:noProof/>
              <w:lang w:val="tr-TR" w:eastAsia="tr-TR"/>
            </w:rPr>
          </w:pPr>
          <w:hyperlink w:anchor="_Toc217311522" w:history="1">
            <w:r w:rsidRPr="00861228">
              <w:rPr>
                <w:rStyle w:val="Kpr"/>
                <w:noProof/>
              </w:rPr>
              <w:t>A.ÜSTÜNLÜKLER</w:t>
            </w:r>
            <w:r>
              <w:rPr>
                <w:noProof/>
                <w:webHidden/>
              </w:rPr>
              <w:tab/>
            </w:r>
            <w:r>
              <w:rPr>
                <w:noProof/>
                <w:webHidden/>
              </w:rPr>
              <w:fldChar w:fldCharType="begin"/>
            </w:r>
            <w:r>
              <w:rPr>
                <w:noProof/>
                <w:webHidden/>
              </w:rPr>
              <w:instrText xml:space="preserve"> PAGEREF _Toc217311522 \h </w:instrText>
            </w:r>
            <w:r>
              <w:rPr>
                <w:noProof/>
                <w:webHidden/>
              </w:rPr>
            </w:r>
            <w:r>
              <w:rPr>
                <w:noProof/>
                <w:webHidden/>
              </w:rPr>
              <w:fldChar w:fldCharType="separate"/>
            </w:r>
            <w:r>
              <w:rPr>
                <w:noProof/>
                <w:webHidden/>
              </w:rPr>
              <w:t>22</w:t>
            </w:r>
            <w:r>
              <w:rPr>
                <w:noProof/>
                <w:webHidden/>
              </w:rPr>
              <w:fldChar w:fldCharType="end"/>
            </w:r>
          </w:hyperlink>
        </w:p>
        <w:p w:rsidR="007F72BE" w:rsidRDefault="007F72BE">
          <w:pPr>
            <w:pStyle w:val="T2"/>
            <w:tabs>
              <w:tab w:val="right" w:leader="dot" w:pos="9062"/>
            </w:tabs>
            <w:rPr>
              <w:noProof/>
              <w:lang w:val="tr-TR" w:eastAsia="tr-TR"/>
            </w:rPr>
          </w:pPr>
          <w:hyperlink w:anchor="_Toc217311523" w:history="1">
            <w:r w:rsidRPr="00861228">
              <w:rPr>
                <w:rStyle w:val="Kpr"/>
                <w:noProof/>
              </w:rPr>
              <w:t>B.ZAYIFLIKLAR</w:t>
            </w:r>
            <w:r>
              <w:rPr>
                <w:noProof/>
                <w:webHidden/>
              </w:rPr>
              <w:tab/>
            </w:r>
            <w:r>
              <w:rPr>
                <w:noProof/>
                <w:webHidden/>
              </w:rPr>
              <w:fldChar w:fldCharType="begin"/>
            </w:r>
            <w:r>
              <w:rPr>
                <w:noProof/>
                <w:webHidden/>
              </w:rPr>
              <w:instrText xml:space="preserve"> PAGEREF _Toc217311523 \h </w:instrText>
            </w:r>
            <w:r>
              <w:rPr>
                <w:noProof/>
                <w:webHidden/>
              </w:rPr>
            </w:r>
            <w:r>
              <w:rPr>
                <w:noProof/>
                <w:webHidden/>
              </w:rPr>
              <w:fldChar w:fldCharType="separate"/>
            </w:r>
            <w:r>
              <w:rPr>
                <w:noProof/>
                <w:webHidden/>
              </w:rPr>
              <w:t>22</w:t>
            </w:r>
            <w:r>
              <w:rPr>
                <w:noProof/>
                <w:webHidden/>
              </w:rPr>
              <w:fldChar w:fldCharType="end"/>
            </w:r>
          </w:hyperlink>
        </w:p>
        <w:p w:rsidR="007F72BE" w:rsidRDefault="007F72BE">
          <w:pPr>
            <w:pStyle w:val="T2"/>
            <w:tabs>
              <w:tab w:val="right" w:leader="dot" w:pos="9062"/>
            </w:tabs>
            <w:rPr>
              <w:noProof/>
              <w:lang w:val="tr-TR" w:eastAsia="tr-TR"/>
            </w:rPr>
          </w:pPr>
          <w:hyperlink w:anchor="_Toc217311524" w:history="1">
            <w:r w:rsidRPr="00861228">
              <w:rPr>
                <w:rStyle w:val="Kpr"/>
                <w:noProof/>
              </w:rPr>
              <w:t>C.DEĞERLENDİRME</w:t>
            </w:r>
            <w:r>
              <w:rPr>
                <w:noProof/>
                <w:webHidden/>
              </w:rPr>
              <w:tab/>
            </w:r>
            <w:r>
              <w:rPr>
                <w:noProof/>
                <w:webHidden/>
              </w:rPr>
              <w:fldChar w:fldCharType="begin"/>
            </w:r>
            <w:r>
              <w:rPr>
                <w:noProof/>
                <w:webHidden/>
              </w:rPr>
              <w:instrText xml:space="preserve"> PAGEREF _Toc217311524 \h </w:instrText>
            </w:r>
            <w:r>
              <w:rPr>
                <w:noProof/>
                <w:webHidden/>
              </w:rPr>
            </w:r>
            <w:r>
              <w:rPr>
                <w:noProof/>
                <w:webHidden/>
              </w:rPr>
              <w:fldChar w:fldCharType="separate"/>
            </w:r>
            <w:r>
              <w:rPr>
                <w:noProof/>
                <w:webHidden/>
              </w:rPr>
              <w:t>22</w:t>
            </w:r>
            <w:r>
              <w:rPr>
                <w:noProof/>
                <w:webHidden/>
              </w:rPr>
              <w:fldChar w:fldCharType="end"/>
            </w:r>
          </w:hyperlink>
        </w:p>
        <w:p w:rsidR="007F72BE" w:rsidRDefault="007F72BE">
          <w:pPr>
            <w:pStyle w:val="T1"/>
            <w:tabs>
              <w:tab w:val="left" w:pos="660"/>
              <w:tab w:val="right" w:leader="dot" w:pos="9062"/>
            </w:tabs>
            <w:rPr>
              <w:noProof/>
              <w:lang w:val="tr-TR" w:eastAsia="tr-TR"/>
            </w:rPr>
          </w:pPr>
          <w:hyperlink w:anchor="_Toc217311525" w:history="1">
            <w:r w:rsidRPr="00861228">
              <w:rPr>
                <w:rStyle w:val="Kpr"/>
                <w:rFonts w:cs="Times New Roman"/>
                <w:noProof/>
                <w14:scene3d>
                  <w14:camera w14:prst="orthographicFront"/>
                  <w14:lightRig w14:rig="threePt" w14:dir="t">
                    <w14:rot w14:lat="0" w14:lon="0" w14:rev="0"/>
                  </w14:lightRig>
                </w14:scene3d>
              </w:rPr>
              <w:t>IV.</w:t>
            </w:r>
            <w:r>
              <w:rPr>
                <w:noProof/>
                <w:lang w:val="tr-TR" w:eastAsia="tr-TR"/>
              </w:rPr>
              <w:tab/>
            </w:r>
            <w:r w:rsidRPr="00861228">
              <w:rPr>
                <w:rStyle w:val="Kpr"/>
                <w:rFonts w:cs="Times New Roman"/>
                <w:noProof/>
              </w:rPr>
              <w:t>ÖNERİ VE TEDBİRLER</w:t>
            </w:r>
            <w:r>
              <w:rPr>
                <w:noProof/>
                <w:webHidden/>
              </w:rPr>
              <w:tab/>
            </w:r>
            <w:r>
              <w:rPr>
                <w:noProof/>
                <w:webHidden/>
              </w:rPr>
              <w:fldChar w:fldCharType="begin"/>
            </w:r>
            <w:r>
              <w:rPr>
                <w:noProof/>
                <w:webHidden/>
              </w:rPr>
              <w:instrText xml:space="preserve"> PAGEREF _Toc217311525 \h </w:instrText>
            </w:r>
            <w:r>
              <w:rPr>
                <w:noProof/>
                <w:webHidden/>
              </w:rPr>
            </w:r>
            <w:r>
              <w:rPr>
                <w:noProof/>
                <w:webHidden/>
              </w:rPr>
              <w:fldChar w:fldCharType="separate"/>
            </w:r>
            <w:r>
              <w:rPr>
                <w:noProof/>
                <w:webHidden/>
              </w:rPr>
              <w:t>23</w:t>
            </w:r>
            <w:r>
              <w:rPr>
                <w:noProof/>
                <w:webHidden/>
              </w:rPr>
              <w:fldChar w:fldCharType="end"/>
            </w:r>
          </w:hyperlink>
        </w:p>
        <w:p w:rsidR="007F72BE" w:rsidRDefault="007F72BE">
          <w:pPr>
            <w:pStyle w:val="T1"/>
            <w:tabs>
              <w:tab w:val="left" w:pos="442"/>
              <w:tab w:val="right" w:leader="dot" w:pos="9062"/>
            </w:tabs>
            <w:rPr>
              <w:noProof/>
              <w:lang w:val="tr-TR" w:eastAsia="tr-TR"/>
            </w:rPr>
          </w:pPr>
          <w:hyperlink w:anchor="_Toc217311526" w:history="1">
            <w:r w:rsidRPr="00861228">
              <w:rPr>
                <w:rStyle w:val="Kpr"/>
                <w:noProof/>
                <w14:scene3d>
                  <w14:camera w14:prst="orthographicFront"/>
                  <w14:lightRig w14:rig="threePt" w14:dir="t">
                    <w14:rot w14:lat="0" w14:lon="0" w14:rev="0"/>
                  </w14:lightRig>
                </w14:scene3d>
              </w:rPr>
              <w:t>V.</w:t>
            </w:r>
            <w:r>
              <w:rPr>
                <w:noProof/>
                <w:lang w:val="tr-TR" w:eastAsia="tr-TR"/>
              </w:rPr>
              <w:tab/>
            </w:r>
            <w:r w:rsidRPr="00861228">
              <w:rPr>
                <w:rStyle w:val="Kpr"/>
                <w:noProof/>
              </w:rPr>
              <w:t>İÇ KONTROL GÜVENCE BEYANI</w:t>
            </w:r>
            <w:r>
              <w:rPr>
                <w:noProof/>
                <w:webHidden/>
              </w:rPr>
              <w:tab/>
            </w:r>
            <w:r>
              <w:rPr>
                <w:noProof/>
                <w:webHidden/>
              </w:rPr>
              <w:fldChar w:fldCharType="begin"/>
            </w:r>
            <w:r>
              <w:rPr>
                <w:noProof/>
                <w:webHidden/>
              </w:rPr>
              <w:instrText xml:space="preserve"> PAGEREF _Toc217311526 \h </w:instrText>
            </w:r>
            <w:r>
              <w:rPr>
                <w:noProof/>
                <w:webHidden/>
              </w:rPr>
            </w:r>
            <w:r>
              <w:rPr>
                <w:noProof/>
                <w:webHidden/>
              </w:rPr>
              <w:fldChar w:fldCharType="separate"/>
            </w:r>
            <w:r>
              <w:rPr>
                <w:noProof/>
                <w:webHidden/>
              </w:rPr>
              <w:t>24</w:t>
            </w:r>
            <w:r>
              <w:rPr>
                <w:noProof/>
                <w:webHidden/>
              </w:rPr>
              <w:fldChar w:fldCharType="end"/>
            </w:r>
          </w:hyperlink>
        </w:p>
        <w:p w:rsidR="00E24BA4" w:rsidRPr="000C0E61" w:rsidRDefault="00E24BA4" w:rsidP="00E24BA4">
          <w:pPr>
            <w:rPr>
              <w:rFonts w:cs="Arial"/>
            </w:rPr>
          </w:pPr>
          <w:r w:rsidRPr="00BE4871">
            <w:rPr>
              <w:rFonts w:cs="Arial"/>
              <w:sz w:val="16"/>
              <w:szCs w:val="16"/>
              <w:lang w:eastAsia="tr-TR"/>
            </w:rPr>
            <w:fldChar w:fldCharType="end"/>
          </w:r>
        </w:p>
      </w:sdtContent>
    </w:sdt>
    <w:p w:rsidR="00E24BA4" w:rsidRPr="000C0E61" w:rsidRDefault="00E24BA4" w:rsidP="00E24BA4">
      <w:pPr>
        <w:rPr>
          <w:rFonts w:cs="Arial"/>
        </w:rPr>
      </w:pPr>
    </w:p>
    <w:p w:rsidR="00E24BA4" w:rsidRPr="000C0E61" w:rsidRDefault="00E24BA4" w:rsidP="00E24BA4">
      <w:pPr>
        <w:rPr>
          <w:rFonts w:cs="Arial"/>
        </w:rPr>
      </w:pPr>
      <w:r>
        <w:rPr>
          <w:noProof/>
          <w:color w:val="000000"/>
          <w:szCs w:val="24"/>
          <w:lang w:val="tr-TR" w:eastAsia="tr-TR"/>
        </w:rPr>
        <mc:AlternateContent>
          <mc:Choice Requires="wps">
            <w:drawing>
              <wp:anchor distT="0" distB="0" distL="114300" distR="114300" simplePos="0" relativeHeight="251661312" behindDoc="0" locked="0" layoutInCell="1" allowOverlap="1" wp14:anchorId="6026F1E5" wp14:editId="511ABD5A">
                <wp:simplePos x="0" y="0"/>
                <wp:positionH relativeFrom="margin">
                  <wp:align>left</wp:align>
                </wp:positionH>
                <wp:positionV relativeFrom="paragraph">
                  <wp:posOffset>380365</wp:posOffset>
                </wp:positionV>
                <wp:extent cx="5984240" cy="981075"/>
                <wp:effectExtent l="76200" t="247650" r="73660" b="104775"/>
                <wp:wrapThrough wrapText="bothSides">
                  <wp:wrapPolygon edited="0">
                    <wp:start x="5226" y="-5452"/>
                    <wp:lineTo x="-206" y="-5033"/>
                    <wp:lineTo x="-275" y="16357"/>
                    <wp:lineTo x="-69" y="21810"/>
                    <wp:lineTo x="344" y="23487"/>
                    <wp:lineTo x="21178" y="23487"/>
                    <wp:lineTo x="21591" y="21810"/>
                    <wp:lineTo x="21797" y="15518"/>
                    <wp:lineTo x="21797" y="-4614"/>
                    <wp:lineTo x="5845" y="-5452"/>
                    <wp:lineTo x="5226" y="-5452"/>
                  </wp:wrapPolygon>
                </wp:wrapThrough>
                <wp:docPr id="13" name="Köşeleri Yuvarlanmış Dikdörtgen Belirtme Çizgisi 13"/>
                <wp:cNvGraphicFramePr/>
                <a:graphic xmlns:a="http://schemas.openxmlformats.org/drawingml/2006/main">
                  <a:graphicData uri="http://schemas.microsoft.com/office/word/2010/wordprocessingShape">
                    <wps:wsp>
                      <wps:cNvSpPr/>
                      <wps:spPr>
                        <a:xfrm>
                          <a:off x="0" y="0"/>
                          <a:ext cx="5984240" cy="981075"/>
                        </a:xfrm>
                        <a:prstGeom prst="wedgeRoundRectCallout">
                          <a:avLst>
                            <a:gd name="adj1" fmla="val -24349"/>
                            <a:gd name="adj2" fmla="val -70839"/>
                            <a:gd name="adj3" fmla="val 16667"/>
                          </a:avLst>
                        </a:prstGeom>
                        <a:solidFill>
                          <a:srgbClr val="EBCC15"/>
                        </a:solidFill>
                      </wps:spPr>
                      <wps:style>
                        <a:lnRef idx="3">
                          <a:schemeClr val="lt1"/>
                        </a:lnRef>
                        <a:fillRef idx="1">
                          <a:schemeClr val="accent2"/>
                        </a:fillRef>
                        <a:effectRef idx="1">
                          <a:schemeClr val="accent2"/>
                        </a:effectRef>
                        <a:fontRef idx="minor">
                          <a:schemeClr val="lt1"/>
                        </a:fontRef>
                      </wps:style>
                      <wps:txbx>
                        <w:txbxContent>
                          <w:p w:rsidR="00621353" w:rsidRDefault="00621353" w:rsidP="00E24BA4">
                            <w:pPr>
                              <w:jc w:val="center"/>
                              <w:rPr>
                                <w:b/>
                                <w:color w:val="0D0D0D" w:themeColor="text1" w:themeTint="F2"/>
                                <w:szCs w:val="20"/>
                              </w:rPr>
                            </w:pPr>
                            <w:r w:rsidRPr="00F13ADF">
                              <w:rPr>
                                <w:color w:val="0D0D0D" w:themeColor="text1" w:themeTint="F2"/>
                                <w:szCs w:val="20"/>
                              </w:rPr>
                              <w:t xml:space="preserve">!!! HER BİRİM FAALİYET RAPORLARINI TAMAMLADIKTAN SONRA </w:t>
                            </w:r>
                          </w:p>
                          <w:p w:rsidR="00621353" w:rsidRPr="00F13ADF" w:rsidRDefault="00621353" w:rsidP="00E24BA4">
                            <w:pPr>
                              <w:jc w:val="center"/>
                              <w:rPr>
                                <w:b/>
                                <w:color w:val="0D0D0D" w:themeColor="text1" w:themeTint="F2"/>
                                <w:szCs w:val="20"/>
                              </w:rPr>
                            </w:pPr>
                            <w:r w:rsidRPr="00F13ADF">
                              <w:rPr>
                                <w:color w:val="0D0D0D" w:themeColor="text1" w:themeTint="F2"/>
                                <w:szCs w:val="20"/>
                              </w:rPr>
                              <w:t>İÇİNDEKİLER KISMI VE NUMARALARINI GÜNCELLEMELİDİR.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26F1E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Köşeleri Yuvarlanmış Dikdörtgen Belirtme Çizgisi 13" o:spid="_x0000_s1027" type="#_x0000_t62" style="position:absolute;margin-left:0;margin-top:29.95pt;width:471.2pt;height:77.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" adj="5541,-4501" fillcolor="#ebcc15" strokecolor="white [3201]" strokeweight="3pt">
                <v:shadow on="t" color="black" opacity="24903f" origin=",.5" offset="0,.55556mm"/>
                <v:textbox>
                  <w:txbxContent>
                    <w:p w:rsidR="00621353" w:rsidRDefault="00621353" w:rsidP="00E24BA4">
                      <w:pPr>
                        <w:jc w:val="center"/>
                        <w:rPr>
                          <w:b/>
                          <w:color w:val="0D0D0D" w:themeColor="text1" w:themeTint="F2"/>
                          <w:szCs w:val="20"/>
                        </w:rPr>
                      </w:pPr>
                      <w:r w:rsidRPr="00F13ADF">
                        <w:rPr>
                          <w:color w:val="0D0D0D" w:themeColor="text1" w:themeTint="F2"/>
                          <w:szCs w:val="20"/>
                        </w:rPr>
                        <w:t xml:space="preserve">!!! HER BİRİM FAALİYET RAPORLARINI TAMAMLADIKTAN SONRA </w:t>
                      </w:r>
                    </w:p>
                    <w:p w:rsidR="00621353" w:rsidRPr="00F13ADF" w:rsidRDefault="00621353" w:rsidP="00E24BA4">
                      <w:pPr>
                        <w:jc w:val="center"/>
                        <w:rPr>
                          <w:b/>
                          <w:color w:val="0D0D0D" w:themeColor="text1" w:themeTint="F2"/>
                          <w:szCs w:val="20"/>
                        </w:rPr>
                      </w:pPr>
                      <w:r w:rsidRPr="00F13ADF">
                        <w:rPr>
                          <w:color w:val="0D0D0D" w:themeColor="text1" w:themeTint="F2"/>
                          <w:szCs w:val="20"/>
                        </w:rPr>
                        <w:t>İÇİNDEKİLER KISMI VE NUMARALARINI GÜNCELLEMELİDİR.</w:t>
                      </w:r>
                    </w:p>
                  </w:txbxContent>
                </v:textbox>
                <w10:wrap type="through" anchorx="margin"/>
              </v:shape>
            </w:pict>
          </mc:Fallback>
        </mc:AlternateContent>
      </w:r>
    </w:p>
    <w:p w:rsidR="00E24BA4" w:rsidRPr="000C0E61" w:rsidRDefault="00E24BA4" w:rsidP="00E24BA4">
      <w:pPr>
        <w:rPr>
          <w:rFonts w:cs="Arial"/>
        </w:rPr>
      </w:pPr>
    </w:p>
    <w:p w:rsidR="00E24BA4" w:rsidRDefault="00E24BA4" w:rsidP="00E24BA4">
      <w:pPr>
        <w:rPr>
          <w:rFonts w:cs="Arial"/>
        </w:rPr>
      </w:pPr>
    </w:p>
    <w:p w:rsidR="00E24BA4" w:rsidRDefault="00E24BA4" w:rsidP="00E24BA4">
      <w:pPr>
        <w:rPr>
          <w:rFonts w:cs="Arial"/>
        </w:rPr>
      </w:pPr>
    </w:p>
    <w:p w:rsidR="00E24BA4" w:rsidRDefault="00E24BA4" w:rsidP="00E24BA4">
      <w:pPr>
        <w:rPr>
          <w:rFonts w:cs="Arial"/>
        </w:rPr>
      </w:pPr>
    </w:p>
    <w:p w:rsidR="00E24BA4" w:rsidRDefault="00E24BA4" w:rsidP="00E24BA4">
      <w:pPr>
        <w:rPr>
          <w:rFonts w:cs="Arial"/>
        </w:rPr>
      </w:pPr>
    </w:p>
    <w:p w:rsidR="00E24BA4" w:rsidRDefault="00E24BA4" w:rsidP="00E24BA4">
      <w:pPr>
        <w:rPr>
          <w:rFonts w:cs="Arial"/>
        </w:rPr>
      </w:pPr>
    </w:p>
    <w:p w:rsidR="00E24BA4" w:rsidRDefault="00E24BA4" w:rsidP="00E24BA4">
      <w:pPr>
        <w:rPr>
          <w:rFonts w:cs="Arial"/>
        </w:rPr>
      </w:pPr>
    </w:p>
    <w:p w:rsidR="00E24BA4" w:rsidRDefault="00E24BA4" w:rsidP="00E24BA4">
      <w:pPr>
        <w:rPr>
          <w:rFonts w:cs="Arial"/>
        </w:rPr>
      </w:pPr>
    </w:p>
    <w:p w:rsidR="00E24BA4" w:rsidRDefault="00E24BA4" w:rsidP="00E24BA4">
      <w:pPr>
        <w:rPr>
          <w:rFonts w:cs="Arial"/>
        </w:rPr>
      </w:pPr>
    </w:p>
    <w:p w:rsidR="00E24BA4" w:rsidRDefault="00E24BA4" w:rsidP="00E24BA4">
      <w:pPr>
        <w:rPr>
          <w:rFonts w:cs="Arial"/>
        </w:rPr>
      </w:pPr>
    </w:p>
    <w:p w:rsidR="00E24BA4" w:rsidRDefault="00E24BA4" w:rsidP="00E24BA4">
      <w:pPr>
        <w:rPr>
          <w:rFonts w:cs="Arial"/>
        </w:rPr>
      </w:pPr>
    </w:p>
    <w:p w:rsidR="00E24BA4" w:rsidRDefault="00E24BA4" w:rsidP="00E24BA4">
      <w:pPr>
        <w:rPr>
          <w:rFonts w:cs="Arial"/>
        </w:rPr>
      </w:pPr>
    </w:p>
    <w:p w:rsidR="00E24BA4" w:rsidRDefault="00E24BA4" w:rsidP="00E24BA4">
      <w:pPr>
        <w:rPr>
          <w:rFonts w:cs="Arial"/>
        </w:rPr>
      </w:pPr>
    </w:p>
    <w:p w:rsidR="00E24BA4" w:rsidRDefault="00E24BA4" w:rsidP="00E24BA4">
      <w:pPr>
        <w:rPr>
          <w:rFonts w:cs="Arial"/>
        </w:rPr>
      </w:pPr>
    </w:p>
    <w:p w:rsidR="00E24BA4" w:rsidRDefault="00E24BA4" w:rsidP="00E24BA4">
      <w:pPr>
        <w:rPr>
          <w:rFonts w:cs="Arial"/>
        </w:rPr>
      </w:pPr>
    </w:p>
    <w:p w:rsidR="00E24BA4" w:rsidRDefault="00E24BA4" w:rsidP="00E24BA4">
      <w:pPr>
        <w:rPr>
          <w:rFonts w:cs="Arial"/>
        </w:rPr>
      </w:pPr>
    </w:p>
    <w:p w:rsidR="00E24BA4" w:rsidRDefault="00E24BA4" w:rsidP="00E24BA4">
      <w:pPr>
        <w:rPr>
          <w:rFonts w:cs="Arial"/>
        </w:rPr>
      </w:pPr>
    </w:p>
    <w:p w:rsidR="00E24BA4" w:rsidRDefault="00E24BA4" w:rsidP="00E24BA4">
      <w:pPr>
        <w:rPr>
          <w:rFonts w:cs="Arial"/>
        </w:rPr>
      </w:pPr>
    </w:p>
    <w:p w:rsidR="00E24BA4" w:rsidRDefault="00E24BA4" w:rsidP="00E24BA4">
      <w:pPr>
        <w:rPr>
          <w:rFonts w:cs="Arial"/>
        </w:rPr>
      </w:pPr>
    </w:p>
    <w:p w:rsidR="00E24BA4" w:rsidRPr="000C0E61" w:rsidRDefault="00E24BA4" w:rsidP="00E24BA4">
      <w:pPr>
        <w:rPr>
          <w:rFonts w:cs="Arial"/>
        </w:rPr>
      </w:pPr>
    </w:p>
    <w:p w:rsidR="00E24BA4" w:rsidRPr="000C0E61" w:rsidRDefault="00E24BA4" w:rsidP="00E24BA4">
      <w:pPr>
        <w:rPr>
          <w:rFonts w:cs="Arial"/>
        </w:rPr>
      </w:pPr>
    </w:p>
    <w:p w:rsidR="00E24BA4" w:rsidRPr="000C0E61" w:rsidRDefault="00E24BA4" w:rsidP="00E24BA4">
      <w:pPr>
        <w:pStyle w:val="Stil2"/>
        <w:rPr>
          <w:rFonts w:asciiTheme="minorHAnsi" w:hAnsiTheme="minorHAnsi" w:cs="Arial"/>
        </w:rPr>
      </w:pPr>
      <w:bookmarkStart w:id="1" w:name="_Toc153118710"/>
      <w:bookmarkStart w:id="2" w:name="_Toc217311492"/>
      <w:r w:rsidRPr="000C0E61">
        <w:rPr>
          <w:rFonts w:asciiTheme="minorHAnsi" w:hAnsiTheme="minorHAnsi" w:cs="Arial"/>
        </w:rPr>
        <w:t>SUNUŞ</w:t>
      </w:r>
      <w:bookmarkEnd w:id="1"/>
      <w:bookmarkEnd w:id="2"/>
    </w:p>
    <w:p w:rsidR="00E24BA4" w:rsidRPr="000C0E61" w:rsidRDefault="00E24BA4" w:rsidP="00E24BA4">
      <w:pPr>
        <w:rPr>
          <w:rFonts w:cs="Arial"/>
          <w:i/>
          <w:color w:val="808080" w:themeColor="background1" w:themeShade="80"/>
        </w:rPr>
      </w:pPr>
      <w:r w:rsidRPr="000C0E61">
        <w:rPr>
          <w:rFonts w:cs="Arial"/>
          <w:i/>
          <w:color w:val="808080" w:themeColor="background1" w:themeShade="80"/>
        </w:rPr>
        <w:t>(</w:t>
      </w:r>
      <w:proofErr w:type="spellStart"/>
      <w:r w:rsidRPr="000C0E61">
        <w:rPr>
          <w:rFonts w:cs="Arial"/>
          <w:i/>
          <w:color w:val="808080" w:themeColor="background1" w:themeShade="80"/>
        </w:rPr>
        <w:t>Birim</w:t>
      </w:r>
      <w:proofErr w:type="spellEnd"/>
      <w:r w:rsidRPr="000C0E61">
        <w:rPr>
          <w:rFonts w:cs="Arial"/>
          <w:i/>
          <w:color w:val="808080" w:themeColor="background1" w:themeShade="80"/>
        </w:rPr>
        <w:t xml:space="preserve"> </w:t>
      </w:r>
      <w:proofErr w:type="spellStart"/>
      <w:r w:rsidRPr="000C0E61">
        <w:rPr>
          <w:rFonts w:cs="Arial"/>
          <w:i/>
          <w:color w:val="808080" w:themeColor="background1" w:themeShade="80"/>
        </w:rPr>
        <w:t>faaliyet</w:t>
      </w:r>
      <w:proofErr w:type="spellEnd"/>
      <w:r w:rsidRPr="000C0E61">
        <w:rPr>
          <w:rFonts w:cs="Arial"/>
          <w:i/>
          <w:color w:val="808080" w:themeColor="background1" w:themeShade="80"/>
        </w:rPr>
        <w:t xml:space="preserve"> </w:t>
      </w:r>
      <w:proofErr w:type="spellStart"/>
      <w:r w:rsidRPr="000C0E61">
        <w:rPr>
          <w:rFonts w:cs="Arial"/>
          <w:i/>
          <w:color w:val="808080" w:themeColor="background1" w:themeShade="80"/>
        </w:rPr>
        <w:t>raporlarında</w:t>
      </w:r>
      <w:proofErr w:type="spellEnd"/>
      <w:r w:rsidRPr="000C0E61">
        <w:rPr>
          <w:rFonts w:cs="Arial"/>
          <w:i/>
          <w:color w:val="808080" w:themeColor="background1" w:themeShade="80"/>
        </w:rPr>
        <w:t xml:space="preserve"> </w:t>
      </w:r>
      <w:proofErr w:type="spellStart"/>
      <w:r w:rsidRPr="000C0E61">
        <w:rPr>
          <w:rFonts w:cs="Arial"/>
          <w:i/>
          <w:color w:val="808080" w:themeColor="background1" w:themeShade="80"/>
        </w:rPr>
        <w:t>birim</w:t>
      </w:r>
      <w:proofErr w:type="spellEnd"/>
      <w:r w:rsidRPr="000C0E61">
        <w:rPr>
          <w:rFonts w:cs="Arial"/>
          <w:i/>
          <w:color w:val="808080" w:themeColor="background1" w:themeShade="80"/>
        </w:rPr>
        <w:t xml:space="preserve"> </w:t>
      </w:r>
      <w:proofErr w:type="spellStart"/>
      <w:r w:rsidRPr="000C0E61">
        <w:rPr>
          <w:rFonts w:cs="Arial"/>
          <w:i/>
          <w:color w:val="808080" w:themeColor="background1" w:themeShade="80"/>
        </w:rPr>
        <w:t>yöneticisinin</w:t>
      </w:r>
      <w:proofErr w:type="spellEnd"/>
      <w:r w:rsidRPr="000C0E61">
        <w:rPr>
          <w:rFonts w:cs="Arial"/>
          <w:i/>
          <w:color w:val="808080" w:themeColor="background1" w:themeShade="80"/>
        </w:rPr>
        <w:t xml:space="preserve"> </w:t>
      </w:r>
      <w:proofErr w:type="spellStart"/>
      <w:r w:rsidRPr="000C0E61">
        <w:rPr>
          <w:rFonts w:cs="Arial"/>
          <w:i/>
          <w:color w:val="808080" w:themeColor="background1" w:themeShade="80"/>
        </w:rPr>
        <w:t>sunuş</w:t>
      </w:r>
      <w:proofErr w:type="spellEnd"/>
      <w:r w:rsidRPr="000C0E61">
        <w:rPr>
          <w:rFonts w:cs="Arial"/>
          <w:i/>
          <w:color w:val="808080" w:themeColor="background1" w:themeShade="80"/>
        </w:rPr>
        <w:t xml:space="preserve"> </w:t>
      </w:r>
      <w:proofErr w:type="spellStart"/>
      <w:r w:rsidRPr="000C0E61">
        <w:rPr>
          <w:rFonts w:cs="Arial"/>
          <w:i/>
          <w:color w:val="808080" w:themeColor="background1" w:themeShade="80"/>
        </w:rPr>
        <w:t>metni</w:t>
      </w:r>
      <w:proofErr w:type="spellEnd"/>
      <w:r w:rsidRPr="000C0E61">
        <w:rPr>
          <w:rFonts w:cs="Arial"/>
          <w:i/>
          <w:color w:val="808080" w:themeColor="background1" w:themeShade="80"/>
        </w:rPr>
        <w:t xml:space="preserve"> </w:t>
      </w:r>
      <w:proofErr w:type="spellStart"/>
      <w:r w:rsidRPr="000C0E61">
        <w:rPr>
          <w:rFonts w:cs="Arial"/>
          <w:i/>
          <w:color w:val="808080" w:themeColor="background1" w:themeShade="80"/>
        </w:rPr>
        <w:t>yer</w:t>
      </w:r>
      <w:proofErr w:type="spellEnd"/>
      <w:r w:rsidRPr="000C0E61">
        <w:rPr>
          <w:rFonts w:cs="Arial"/>
          <w:i/>
          <w:color w:val="808080" w:themeColor="background1" w:themeShade="80"/>
        </w:rPr>
        <w:t xml:space="preserve"> </w:t>
      </w:r>
      <w:proofErr w:type="spellStart"/>
      <w:r w:rsidRPr="000C0E61">
        <w:rPr>
          <w:rFonts w:cs="Arial"/>
          <w:i/>
          <w:color w:val="808080" w:themeColor="background1" w:themeShade="80"/>
        </w:rPr>
        <w:t>alır</w:t>
      </w:r>
      <w:proofErr w:type="spellEnd"/>
      <w:r w:rsidRPr="000C0E61">
        <w:rPr>
          <w:rFonts w:cs="Arial"/>
          <w:i/>
          <w:color w:val="808080" w:themeColor="background1" w:themeShade="80"/>
        </w:rPr>
        <w:t>.)</w:t>
      </w:r>
    </w:p>
    <w:p w:rsidR="00E24BA4" w:rsidRPr="000C0E61" w:rsidRDefault="00E24BA4" w:rsidP="00E24BA4">
      <w:pPr>
        <w:rPr>
          <w:rFonts w:cs="Arial"/>
        </w:rPr>
      </w:pPr>
    </w:p>
    <w:p w:rsidR="00E24BA4" w:rsidRPr="000C0E61" w:rsidRDefault="00E24BA4" w:rsidP="00E24BA4">
      <w:pPr>
        <w:rPr>
          <w:rFonts w:cs="Arial"/>
        </w:rPr>
      </w:pPr>
    </w:p>
    <w:p w:rsidR="00E24BA4" w:rsidRPr="000C0E61" w:rsidRDefault="00E24BA4" w:rsidP="00E24BA4">
      <w:pPr>
        <w:rPr>
          <w:rFonts w:cs="Arial"/>
        </w:rPr>
      </w:pPr>
    </w:p>
    <w:p w:rsidR="00E24BA4" w:rsidRPr="000C0E61" w:rsidRDefault="00E24BA4" w:rsidP="00E24BA4">
      <w:pPr>
        <w:rPr>
          <w:rFonts w:cs="Arial"/>
        </w:rPr>
      </w:pPr>
    </w:p>
    <w:p w:rsidR="00E24BA4" w:rsidRPr="000C0E61" w:rsidRDefault="00E24BA4" w:rsidP="00E24BA4">
      <w:pPr>
        <w:rPr>
          <w:rFonts w:cs="Arial"/>
        </w:rPr>
      </w:pPr>
    </w:p>
    <w:p w:rsidR="00E24BA4" w:rsidRPr="000C0E61" w:rsidRDefault="00E24BA4" w:rsidP="00E24BA4">
      <w:pPr>
        <w:rPr>
          <w:rFonts w:cs="Arial"/>
        </w:rPr>
      </w:pPr>
    </w:p>
    <w:p w:rsidR="00E24BA4" w:rsidRPr="000C0E61" w:rsidRDefault="00E24BA4" w:rsidP="00E24BA4">
      <w:pPr>
        <w:rPr>
          <w:rFonts w:cs="Arial"/>
        </w:rPr>
      </w:pPr>
    </w:p>
    <w:p w:rsidR="00E24BA4" w:rsidRPr="000C0E61" w:rsidRDefault="00E24BA4" w:rsidP="00E24BA4">
      <w:pPr>
        <w:rPr>
          <w:rFonts w:cs="Arial"/>
        </w:rPr>
      </w:pPr>
    </w:p>
    <w:p w:rsidR="00E24BA4" w:rsidRPr="000C0E61" w:rsidRDefault="00E24BA4" w:rsidP="00E24BA4">
      <w:pPr>
        <w:rPr>
          <w:rFonts w:cs="Arial"/>
        </w:rPr>
      </w:pPr>
    </w:p>
    <w:p w:rsidR="00E24BA4" w:rsidRPr="000C0E61" w:rsidRDefault="00E24BA4" w:rsidP="00E24BA4">
      <w:pPr>
        <w:rPr>
          <w:rFonts w:cs="Arial"/>
        </w:rPr>
      </w:pPr>
    </w:p>
    <w:p w:rsidR="00E24BA4" w:rsidRPr="000C0E61" w:rsidRDefault="00E24BA4" w:rsidP="00E24BA4">
      <w:pPr>
        <w:rPr>
          <w:rFonts w:cs="Arial"/>
        </w:rPr>
      </w:pPr>
    </w:p>
    <w:p w:rsidR="00E24BA4" w:rsidRPr="000C0E61" w:rsidRDefault="00E24BA4" w:rsidP="00E24BA4">
      <w:pPr>
        <w:rPr>
          <w:rFonts w:cs="Arial"/>
        </w:rPr>
      </w:pPr>
    </w:p>
    <w:p w:rsidR="00E24BA4" w:rsidRPr="000C0E61" w:rsidRDefault="00E24BA4" w:rsidP="00E24BA4">
      <w:pPr>
        <w:rPr>
          <w:rFonts w:cs="Arial"/>
        </w:rPr>
      </w:pPr>
    </w:p>
    <w:p w:rsidR="00E24BA4" w:rsidRPr="000C0E61" w:rsidRDefault="00E24BA4" w:rsidP="00E24BA4">
      <w:pPr>
        <w:ind w:left="5664" w:firstLine="708"/>
        <w:rPr>
          <w:rFonts w:cs="Arial"/>
          <w:b/>
        </w:rPr>
      </w:pPr>
      <w:proofErr w:type="spellStart"/>
      <w:r w:rsidRPr="000C0E61">
        <w:rPr>
          <w:rFonts w:cs="Arial"/>
        </w:rPr>
        <w:t>Birim</w:t>
      </w:r>
      <w:proofErr w:type="spellEnd"/>
      <w:r w:rsidRPr="000C0E61">
        <w:rPr>
          <w:rFonts w:cs="Arial"/>
        </w:rPr>
        <w:t xml:space="preserve"> </w:t>
      </w:r>
      <w:proofErr w:type="spellStart"/>
      <w:r w:rsidRPr="000C0E61">
        <w:rPr>
          <w:rFonts w:cs="Arial"/>
        </w:rPr>
        <w:t>Yöneticinin</w:t>
      </w:r>
      <w:proofErr w:type="spellEnd"/>
    </w:p>
    <w:p w:rsidR="00E24BA4" w:rsidRPr="000C0E61" w:rsidRDefault="00E24BA4" w:rsidP="00E24BA4">
      <w:pPr>
        <w:ind w:left="6372"/>
        <w:rPr>
          <w:rFonts w:cs="Arial"/>
          <w:b/>
        </w:rPr>
      </w:pPr>
      <w:proofErr w:type="spellStart"/>
      <w:r w:rsidRPr="000C0E61">
        <w:rPr>
          <w:rFonts w:cs="Arial"/>
        </w:rPr>
        <w:t>Adı</w:t>
      </w:r>
      <w:proofErr w:type="spellEnd"/>
      <w:r w:rsidRPr="000C0E61">
        <w:rPr>
          <w:rFonts w:cs="Arial"/>
        </w:rPr>
        <w:t xml:space="preserve"> </w:t>
      </w:r>
      <w:proofErr w:type="spellStart"/>
      <w:r w:rsidRPr="000C0E61">
        <w:rPr>
          <w:rFonts w:cs="Arial"/>
        </w:rPr>
        <w:t>Soyadı</w:t>
      </w:r>
      <w:proofErr w:type="spellEnd"/>
    </w:p>
    <w:p w:rsidR="00E24BA4" w:rsidRPr="000C0E61" w:rsidRDefault="00E24BA4" w:rsidP="00E24BA4">
      <w:pPr>
        <w:ind w:left="6372"/>
        <w:rPr>
          <w:rFonts w:cs="Arial"/>
          <w:b/>
        </w:rPr>
      </w:pPr>
      <w:proofErr w:type="spellStart"/>
      <w:r w:rsidRPr="000C0E61">
        <w:rPr>
          <w:rFonts w:cs="Arial"/>
        </w:rPr>
        <w:t>Unvanı</w:t>
      </w:r>
      <w:proofErr w:type="spellEnd"/>
    </w:p>
    <w:p w:rsidR="00E24BA4" w:rsidRPr="000C0E61" w:rsidRDefault="00E24BA4" w:rsidP="00E24BA4">
      <w:pPr>
        <w:rPr>
          <w:rFonts w:cs="Arial"/>
        </w:rPr>
      </w:pPr>
    </w:p>
    <w:p w:rsidR="00E24BA4" w:rsidRPr="000C0E61" w:rsidRDefault="00E24BA4" w:rsidP="00E24BA4">
      <w:pPr>
        <w:rPr>
          <w:rFonts w:cs="Arial"/>
        </w:rPr>
      </w:pPr>
    </w:p>
    <w:p w:rsidR="00E24BA4" w:rsidRPr="000C0E61" w:rsidRDefault="00E24BA4" w:rsidP="00E24BA4">
      <w:pPr>
        <w:rPr>
          <w:rFonts w:cs="Arial"/>
        </w:rPr>
      </w:pPr>
    </w:p>
    <w:p w:rsidR="00E24BA4" w:rsidRPr="000C0E61" w:rsidRDefault="00E24BA4" w:rsidP="00E24BA4">
      <w:pPr>
        <w:rPr>
          <w:rFonts w:cs="Arial"/>
        </w:rPr>
      </w:pPr>
    </w:p>
    <w:p w:rsidR="00E24BA4" w:rsidRPr="000C0E61" w:rsidRDefault="00E24BA4" w:rsidP="00E24BA4">
      <w:pPr>
        <w:rPr>
          <w:rFonts w:eastAsia="Times New Roman" w:cs="Arial"/>
          <w:b/>
          <w:color w:val="1F497D"/>
          <w:sz w:val="36"/>
          <w:szCs w:val="20"/>
          <w:lang w:eastAsia="ko-KR"/>
        </w:rPr>
      </w:pPr>
      <w:bookmarkStart w:id="3" w:name="_Toc153118711"/>
      <w:r w:rsidRPr="000C0E61">
        <w:rPr>
          <w:rFonts w:cs="Arial"/>
        </w:rPr>
        <w:br w:type="page"/>
      </w:r>
    </w:p>
    <w:p w:rsidR="00E24BA4" w:rsidRPr="000C0E61" w:rsidRDefault="00E24BA4" w:rsidP="00E24BA4">
      <w:pPr>
        <w:pStyle w:val="Stil1"/>
        <w:rPr>
          <w:rFonts w:asciiTheme="minorHAnsi" w:hAnsiTheme="minorHAnsi"/>
        </w:rPr>
      </w:pPr>
      <w:bookmarkStart w:id="4" w:name="_Toc217311493"/>
      <w:r w:rsidRPr="000C0E61">
        <w:rPr>
          <w:rFonts w:asciiTheme="minorHAnsi" w:hAnsiTheme="minorHAnsi"/>
        </w:rPr>
        <w:lastRenderedPageBreak/>
        <w:t>GENEL BİLGİLER</w:t>
      </w:r>
      <w:bookmarkEnd w:id="3"/>
      <w:bookmarkEnd w:id="4"/>
    </w:p>
    <w:p w:rsidR="00E24BA4" w:rsidRDefault="00E24BA4" w:rsidP="00E24BA4">
      <w:pPr>
        <w:pStyle w:val="Stil2"/>
      </w:pPr>
      <w:bookmarkStart w:id="5" w:name="_Toc217311494"/>
      <w:r>
        <w:t>A.</w:t>
      </w:r>
      <w:r w:rsidRPr="00E03019">
        <w:t xml:space="preserve"> Birimin Misyonu ve Vizyonu</w:t>
      </w:r>
      <w:bookmarkEnd w:id="5"/>
    </w:p>
    <w:p w:rsidR="00E24BA4" w:rsidRDefault="00E24BA4" w:rsidP="00E24BA4">
      <w:pPr>
        <w:rPr>
          <w:i/>
          <w:iCs/>
          <w:sz w:val="24"/>
          <w:szCs w:val="24"/>
          <w:highlight w:val="yellow"/>
        </w:rPr>
      </w:pPr>
    </w:p>
    <w:p w:rsidR="00E24BA4" w:rsidRDefault="00E24BA4" w:rsidP="00E24BA4">
      <w:pPr>
        <w:rPr>
          <w:i/>
          <w:iCs/>
          <w:sz w:val="24"/>
          <w:szCs w:val="24"/>
          <w:highlight w:val="yellow"/>
        </w:rPr>
      </w:pPr>
    </w:p>
    <w:p w:rsidR="00E24BA4" w:rsidRPr="00881D3E" w:rsidRDefault="00E24BA4" w:rsidP="00E24BA4">
      <w:pPr>
        <w:rPr>
          <w:i/>
        </w:rPr>
      </w:pPr>
      <w:proofErr w:type="spellStart"/>
      <w:r w:rsidRPr="00881D3E">
        <w:rPr>
          <w:i/>
          <w:iCs/>
          <w:sz w:val="24"/>
          <w:szCs w:val="24"/>
          <w:highlight w:val="yellow"/>
        </w:rPr>
        <w:t>Açıklama</w:t>
      </w:r>
      <w:proofErr w:type="spellEnd"/>
      <w:r w:rsidRPr="00881D3E">
        <w:rPr>
          <w:i/>
          <w:iCs/>
          <w:sz w:val="24"/>
          <w:szCs w:val="24"/>
          <w:highlight w:val="yellow"/>
        </w:rPr>
        <w:t xml:space="preserve">: </w:t>
      </w:r>
      <w:proofErr w:type="spellStart"/>
      <w:r w:rsidRPr="00881D3E">
        <w:rPr>
          <w:i/>
          <w:highlight w:val="yellow"/>
        </w:rPr>
        <w:t>Birim</w:t>
      </w:r>
      <w:proofErr w:type="spellEnd"/>
      <w:r w:rsidRPr="00881D3E">
        <w:rPr>
          <w:i/>
          <w:highlight w:val="yellow"/>
        </w:rPr>
        <w:t xml:space="preserve"> </w:t>
      </w:r>
      <w:proofErr w:type="spellStart"/>
      <w:r w:rsidRPr="00881D3E">
        <w:rPr>
          <w:i/>
          <w:highlight w:val="yellow"/>
        </w:rPr>
        <w:t>misyonu</w:t>
      </w:r>
      <w:proofErr w:type="spellEnd"/>
      <w:r w:rsidRPr="00881D3E">
        <w:rPr>
          <w:i/>
          <w:highlight w:val="yellow"/>
        </w:rPr>
        <w:t xml:space="preserve"> </w:t>
      </w:r>
      <w:proofErr w:type="spellStart"/>
      <w:r w:rsidRPr="00881D3E">
        <w:rPr>
          <w:i/>
          <w:highlight w:val="yellow"/>
        </w:rPr>
        <w:t>ve</w:t>
      </w:r>
      <w:proofErr w:type="spellEnd"/>
      <w:r w:rsidRPr="00881D3E">
        <w:rPr>
          <w:i/>
          <w:highlight w:val="yellow"/>
        </w:rPr>
        <w:t xml:space="preserve"> </w:t>
      </w:r>
      <w:proofErr w:type="spellStart"/>
      <w:r w:rsidRPr="00881D3E">
        <w:rPr>
          <w:i/>
          <w:highlight w:val="yellow"/>
        </w:rPr>
        <w:t>vizyonu</w:t>
      </w:r>
      <w:proofErr w:type="spellEnd"/>
      <w:r w:rsidRPr="00881D3E">
        <w:rPr>
          <w:i/>
          <w:highlight w:val="yellow"/>
        </w:rPr>
        <w:t xml:space="preserve"> </w:t>
      </w:r>
      <w:proofErr w:type="spellStart"/>
      <w:r w:rsidRPr="00881D3E">
        <w:rPr>
          <w:i/>
          <w:highlight w:val="yellow"/>
        </w:rPr>
        <w:t>güncel</w:t>
      </w:r>
      <w:proofErr w:type="spellEnd"/>
      <w:r w:rsidRPr="00881D3E">
        <w:rPr>
          <w:i/>
          <w:highlight w:val="yellow"/>
        </w:rPr>
        <w:t xml:space="preserve"> </w:t>
      </w:r>
      <w:proofErr w:type="spellStart"/>
      <w:r w:rsidRPr="00881D3E">
        <w:rPr>
          <w:i/>
          <w:highlight w:val="yellow"/>
        </w:rPr>
        <w:t>hâliyle</w:t>
      </w:r>
      <w:proofErr w:type="spellEnd"/>
      <w:r w:rsidRPr="00881D3E">
        <w:rPr>
          <w:i/>
          <w:highlight w:val="yellow"/>
        </w:rPr>
        <w:t xml:space="preserve"> </w:t>
      </w:r>
      <w:proofErr w:type="spellStart"/>
      <w:r w:rsidRPr="00881D3E">
        <w:rPr>
          <w:i/>
          <w:highlight w:val="yellow"/>
        </w:rPr>
        <w:t>bu</w:t>
      </w:r>
      <w:proofErr w:type="spellEnd"/>
      <w:r w:rsidRPr="00881D3E">
        <w:rPr>
          <w:i/>
          <w:highlight w:val="yellow"/>
        </w:rPr>
        <w:t xml:space="preserve"> </w:t>
      </w:r>
      <w:proofErr w:type="spellStart"/>
      <w:r w:rsidRPr="00881D3E">
        <w:rPr>
          <w:i/>
          <w:highlight w:val="yellow"/>
        </w:rPr>
        <w:t>kısımda</w:t>
      </w:r>
      <w:proofErr w:type="spellEnd"/>
      <w:r w:rsidRPr="00881D3E">
        <w:rPr>
          <w:i/>
          <w:highlight w:val="yellow"/>
        </w:rPr>
        <w:t xml:space="preserve"> </w:t>
      </w:r>
      <w:proofErr w:type="spellStart"/>
      <w:r w:rsidRPr="00881D3E">
        <w:rPr>
          <w:i/>
          <w:highlight w:val="yellow"/>
        </w:rPr>
        <w:t>yer</w:t>
      </w:r>
      <w:proofErr w:type="spellEnd"/>
      <w:r w:rsidRPr="00881D3E">
        <w:rPr>
          <w:i/>
          <w:highlight w:val="yellow"/>
        </w:rPr>
        <w:t xml:space="preserve"> </w:t>
      </w:r>
      <w:proofErr w:type="spellStart"/>
      <w:r w:rsidRPr="00881D3E">
        <w:rPr>
          <w:i/>
          <w:highlight w:val="yellow"/>
        </w:rPr>
        <w:t>alacaktır</w:t>
      </w:r>
      <w:proofErr w:type="spellEnd"/>
      <w:r w:rsidRPr="00881D3E">
        <w:rPr>
          <w:i/>
          <w:highlight w:val="yellow"/>
        </w:rPr>
        <w:t>.</w:t>
      </w:r>
    </w:p>
    <w:p w:rsidR="00E24BA4" w:rsidRPr="00881D3E" w:rsidRDefault="00E24BA4" w:rsidP="00E24BA4">
      <w:pPr>
        <w:spacing w:before="100" w:beforeAutospacing="1" w:after="100" w:afterAutospacing="1"/>
        <w:rPr>
          <w:rFonts w:cs="Times New Roman"/>
          <w:i/>
        </w:rPr>
      </w:pPr>
    </w:p>
    <w:p w:rsidR="00E24BA4" w:rsidRPr="00E03019" w:rsidRDefault="00E24BA4" w:rsidP="00E24BA4">
      <w:pPr>
        <w:pStyle w:val="Stil2"/>
      </w:pPr>
    </w:p>
    <w:p w:rsidR="00E24BA4" w:rsidRPr="000C0E61" w:rsidRDefault="00E24BA4" w:rsidP="00E24BA4">
      <w:pPr>
        <w:pStyle w:val="msointensequote"/>
        <w:rPr>
          <w:rFonts w:asciiTheme="minorHAnsi" w:hAnsiTheme="minorHAnsi" w:cs="Arial"/>
        </w:rPr>
      </w:pPr>
      <w:r w:rsidRPr="000C0E61">
        <w:rPr>
          <w:rFonts w:asciiTheme="minorHAnsi" w:hAnsiTheme="minorHAnsi" w:cs="Arial"/>
        </w:rPr>
        <w:t>Misyon</w:t>
      </w:r>
    </w:p>
    <w:p w:rsidR="00E24BA4" w:rsidRPr="000C0E61" w:rsidRDefault="00E24BA4" w:rsidP="00E24BA4">
      <w:pPr>
        <w:rPr>
          <w:rFonts w:cs="Times New Roman"/>
        </w:rPr>
      </w:pPr>
      <w:bookmarkStart w:id="6" w:name="_Toc153118742"/>
      <w:r w:rsidRPr="000C0E61">
        <w:rPr>
          <w:rFonts w:cs="Times New Roman"/>
        </w:rPr>
        <w:t>…………………………………………………………………………………………………………………………………………………………………………………………………………………………………………………………………………………………………………………………………………………………………………………………………………………………………………………………………………………………………………………………………………………………………</w:t>
      </w:r>
    </w:p>
    <w:p w:rsidR="00E24BA4" w:rsidRPr="000C0E61" w:rsidRDefault="00E24BA4" w:rsidP="00E24BA4">
      <w:pPr>
        <w:pBdr>
          <w:top w:val="single" w:sz="4" w:space="10" w:color="4F81BD" w:themeColor="accent1"/>
          <w:bottom w:val="single" w:sz="4" w:space="10" w:color="4F81BD" w:themeColor="accent1"/>
        </w:pBdr>
        <w:spacing w:before="360" w:after="360" w:line="256" w:lineRule="auto"/>
        <w:ind w:left="864" w:right="864"/>
        <w:jc w:val="center"/>
        <w:rPr>
          <w:rFonts w:cs="Times New Roman"/>
          <w:i/>
          <w:iCs/>
          <w:color w:val="4F81BD" w:themeColor="accent1"/>
          <w:sz w:val="24"/>
        </w:rPr>
      </w:pPr>
      <w:proofErr w:type="spellStart"/>
      <w:r w:rsidRPr="000C0E61">
        <w:rPr>
          <w:rFonts w:cs="Times New Roman"/>
          <w:i/>
          <w:iCs/>
          <w:color w:val="4F81BD" w:themeColor="accent1"/>
          <w:sz w:val="24"/>
        </w:rPr>
        <w:t>Vizyon</w:t>
      </w:r>
      <w:proofErr w:type="spellEnd"/>
    </w:p>
    <w:p w:rsidR="00E24BA4" w:rsidRPr="000C0E61" w:rsidRDefault="00E24BA4" w:rsidP="00E24BA4">
      <w:pPr>
        <w:rPr>
          <w:rFonts w:cs="Times New Roman"/>
        </w:rPr>
      </w:pPr>
      <w:r w:rsidRPr="000C0E61">
        <w:rPr>
          <w:rFonts w:cs="Times New Roman"/>
        </w:rPr>
        <w:t>…………………………………………………………………………………………………………………………………………………………………………………………………………………………………………………………………………………………………………………………………………………………………………………………………………………………………………………………………………………………………………………………………………………………………</w:t>
      </w:r>
    </w:p>
    <w:p w:rsidR="00E24BA4" w:rsidRDefault="00E24BA4" w:rsidP="00E24BA4">
      <w:pPr>
        <w:rPr>
          <w:rFonts w:cs="Times New Roman"/>
        </w:rPr>
      </w:pPr>
    </w:p>
    <w:p w:rsidR="00E24BA4" w:rsidRDefault="00E24BA4" w:rsidP="00E24BA4">
      <w:pPr>
        <w:rPr>
          <w:rFonts w:cs="Times New Roman"/>
        </w:rPr>
      </w:pPr>
    </w:p>
    <w:p w:rsidR="00E24BA4" w:rsidRDefault="00E24BA4" w:rsidP="00E24BA4">
      <w:pPr>
        <w:rPr>
          <w:rFonts w:cs="Times New Roman"/>
        </w:rPr>
      </w:pPr>
    </w:p>
    <w:p w:rsidR="00E24BA4" w:rsidRDefault="00E24BA4" w:rsidP="00E24BA4">
      <w:pPr>
        <w:rPr>
          <w:rFonts w:cs="Times New Roman"/>
        </w:rPr>
      </w:pPr>
    </w:p>
    <w:p w:rsidR="00E24BA4" w:rsidRDefault="00E24BA4" w:rsidP="00E24BA4">
      <w:pPr>
        <w:rPr>
          <w:rFonts w:cs="Times New Roman"/>
        </w:rPr>
      </w:pPr>
    </w:p>
    <w:p w:rsidR="00E24BA4" w:rsidRDefault="00E24BA4" w:rsidP="00E24BA4">
      <w:pPr>
        <w:rPr>
          <w:rFonts w:cs="Times New Roman"/>
        </w:rPr>
      </w:pPr>
    </w:p>
    <w:p w:rsidR="00E24BA4" w:rsidRDefault="00E24BA4" w:rsidP="00E24BA4">
      <w:pPr>
        <w:rPr>
          <w:rFonts w:cs="Times New Roman"/>
        </w:rPr>
      </w:pPr>
    </w:p>
    <w:p w:rsidR="00E24BA4" w:rsidRDefault="00E24BA4" w:rsidP="00E24BA4">
      <w:pPr>
        <w:rPr>
          <w:rFonts w:cs="Times New Roman"/>
        </w:rPr>
      </w:pPr>
    </w:p>
    <w:p w:rsidR="00E24BA4" w:rsidRDefault="00E24BA4" w:rsidP="00E24BA4">
      <w:pPr>
        <w:rPr>
          <w:rFonts w:cs="Times New Roman"/>
        </w:rPr>
      </w:pPr>
    </w:p>
    <w:p w:rsidR="00E24BA4" w:rsidRDefault="00E24BA4" w:rsidP="00E24BA4">
      <w:pPr>
        <w:rPr>
          <w:rFonts w:cs="Times New Roman"/>
        </w:rPr>
      </w:pPr>
    </w:p>
    <w:p w:rsidR="00E24BA4" w:rsidRPr="00E03019" w:rsidRDefault="00E24BA4" w:rsidP="00E24BA4">
      <w:pPr>
        <w:pStyle w:val="Stil2"/>
      </w:pPr>
      <w:bookmarkStart w:id="7" w:name="_Toc217311495"/>
      <w:r>
        <w:lastRenderedPageBreak/>
        <w:t>B.</w:t>
      </w:r>
      <w:r w:rsidRPr="00E03019">
        <w:t>YETKİ, GÖREV VE SORUMLULUKLAR</w:t>
      </w:r>
      <w:bookmarkEnd w:id="7"/>
    </w:p>
    <w:p w:rsidR="00E24BA4" w:rsidRDefault="00E24BA4" w:rsidP="00E24BA4">
      <w:pPr>
        <w:jc w:val="both"/>
        <w:rPr>
          <w:i/>
          <w:highlight w:val="yellow"/>
        </w:rPr>
      </w:pPr>
    </w:p>
    <w:p w:rsidR="00E24BA4" w:rsidRPr="00B71809" w:rsidRDefault="00E24BA4" w:rsidP="00E24BA4">
      <w:pPr>
        <w:jc w:val="both"/>
        <w:rPr>
          <w:i/>
        </w:rPr>
      </w:pPr>
      <w:proofErr w:type="spellStart"/>
      <w:r w:rsidRPr="00B71809">
        <w:rPr>
          <w:i/>
          <w:highlight w:val="yellow"/>
        </w:rPr>
        <w:t>Açıklama</w:t>
      </w:r>
      <w:proofErr w:type="spellEnd"/>
      <w:r w:rsidRPr="00B71809">
        <w:rPr>
          <w:i/>
          <w:highlight w:val="yellow"/>
        </w:rPr>
        <w:t xml:space="preserve">: </w:t>
      </w:r>
      <w:proofErr w:type="spellStart"/>
      <w:r w:rsidRPr="00B71809">
        <w:rPr>
          <w:i/>
          <w:highlight w:val="yellow"/>
        </w:rPr>
        <w:t>İlgili</w:t>
      </w:r>
      <w:proofErr w:type="spellEnd"/>
      <w:r w:rsidRPr="00B71809">
        <w:rPr>
          <w:i/>
          <w:highlight w:val="yellow"/>
        </w:rPr>
        <w:t xml:space="preserve"> </w:t>
      </w:r>
      <w:proofErr w:type="spellStart"/>
      <w:r w:rsidRPr="00B71809">
        <w:rPr>
          <w:i/>
          <w:highlight w:val="yellow"/>
        </w:rPr>
        <w:t>mevzuat</w:t>
      </w:r>
      <w:proofErr w:type="spellEnd"/>
      <w:r w:rsidRPr="00B71809">
        <w:rPr>
          <w:i/>
          <w:highlight w:val="yellow"/>
        </w:rPr>
        <w:t xml:space="preserve">, </w:t>
      </w:r>
      <w:proofErr w:type="spellStart"/>
      <w:r w:rsidRPr="00B71809">
        <w:rPr>
          <w:i/>
          <w:highlight w:val="yellow"/>
        </w:rPr>
        <w:t>yönetmelik</w:t>
      </w:r>
      <w:proofErr w:type="spellEnd"/>
      <w:r w:rsidRPr="00B71809">
        <w:rPr>
          <w:i/>
          <w:highlight w:val="yellow"/>
        </w:rPr>
        <w:t xml:space="preserve"> </w:t>
      </w:r>
      <w:proofErr w:type="spellStart"/>
      <w:r w:rsidRPr="00B71809">
        <w:rPr>
          <w:i/>
          <w:highlight w:val="yellow"/>
        </w:rPr>
        <w:t>ve</w:t>
      </w:r>
      <w:proofErr w:type="spellEnd"/>
      <w:r w:rsidRPr="00B71809">
        <w:rPr>
          <w:i/>
          <w:highlight w:val="yellow"/>
        </w:rPr>
        <w:t xml:space="preserve"> </w:t>
      </w:r>
      <w:proofErr w:type="spellStart"/>
      <w:r w:rsidRPr="00B71809">
        <w:rPr>
          <w:i/>
          <w:highlight w:val="yellow"/>
        </w:rPr>
        <w:t>yönergeler</w:t>
      </w:r>
      <w:proofErr w:type="spellEnd"/>
      <w:r w:rsidRPr="00B71809">
        <w:rPr>
          <w:i/>
          <w:highlight w:val="yellow"/>
        </w:rPr>
        <w:t xml:space="preserve"> </w:t>
      </w:r>
      <w:proofErr w:type="spellStart"/>
      <w:r w:rsidRPr="00B71809">
        <w:rPr>
          <w:i/>
          <w:highlight w:val="yellow"/>
        </w:rPr>
        <w:t>referans</w:t>
      </w:r>
      <w:proofErr w:type="spellEnd"/>
      <w:r w:rsidRPr="00B71809">
        <w:rPr>
          <w:i/>
          <w:highlight w:val="yellow"/>
        </w:rPr>
        <w:t xml:space="preserve"> </w:t>
      </w:r>
      <w:proofErr w:type="spellStart"/>
      <w:r w:rsidRPr="00B71809">
        <w:rPr>
          <w:i/>
          <w:highlight w:val="yellow"/>
        </w:rPr>
        <w:t>verilerek</w:t>
      </w:r>
      <w:proofErr w:type="spellEnd"/>
      <w:r w:rsidRPr="00B71809">
        <w:rPr>
          <w:i/>
          <w:highlight w:val="yellow"/>
        </w:rPr>
        <w:t xml:space="preserve"> </w:t>
      </w:r>
      <w:proofErr w:type="spellStart"/>
      <w:r w:rsidRPr="00B71809">
        <w:rPr>
          <w:i/>
          <w:highlight w:val="yellow"/>
        </w:rPr>
        <w:t>birimin</w:t>
      </w:r>
      <w:proofErr w:type="spellEnd"/>
      <w:r w:rsidRPr="00B71809">
        <w:rPr>
          <w:i/>
          <w:highlight w:val="yellow"/>
        </w:rPr>
        <w:t xml:space="preserve"> </w:t>
      </w:r>
      <w:proofErr w:type="spellStart"/>
      <w:r w:rsidRPr="00B71809">
        <w:rPr>
          <w:i/>
          <w:highlight w:val="yellow"/>
        </w:rPr>
        <w:t>temel</w:t>
      </w:r>
      <w:proofErr w:type="spellEnd"/>
      <w:r w:rsidRPr="00B71809">
        <w:rPr>
          <w:i/>
          <w:highlight w:val="yellow"/>
        </w:rPr>
        <w:t xml:space="preserve"> </w:t>
      </w:r>
      <w:proofErr w:type="spellStart"/>
      <w:r w:rsidRPr="00B71809">
        <w:rPr>
          <w:i/>
          <w:highlight w:val="yellow"/>
        </w:rPr>
        <w:t>görev</w:t>
      </w:r>
      <w:proofErr w:type="spellEnd"/>
      <w:r w:rsidRPr="00B71809">
        <w:rPr>
          <w:i/>
          <w:highlight w:val="yellow"/>
        </w:rPr>
        <w:t xml:space="preserve"> </w:t>
      </w:r>
      <w:proofErr w:type="spellStart"/>
      <w:r w:rsidRPr="00B71809">
        <w:rPr>
          <w:i/>
          <w:highlight w:val="yellow"/>
        </w:rPr>
        <w:t>ve</w:t>
      </w:r>
      <w:proofErr w:type="spellEnd"/>
      <w:r w:rsidRPr="00B71809">
        <w:rPr>
          <w:i/>
          <w:highlight w:val="yellow"/>
        </w:rPr>
        <w:t xml:space="preserve"> </w:t>
      </w:r>
      <w:proofErr w:type="spellStart"/>
      <w:r w:rsidRPr="00B71809">
        <w:rPr>
          <w:i/>
          <w:highlight w:val="yellow"/>
        </w:rPr>
        <w:t>sorumlulukları</w:t>
      </w:r>
      <w:proofErr w:type="spellEnd"/>
      <w:r w:rsidRPr="00B71809">
        <w:rPr>
          <w:i/>
          <w:highlight w:val="yellow"/>
        </w:rPr>
        <w:t xml:space="preserve"> </w:t>
      </w:r>
      <w:proofErr w:type="spellStart"/>
      <w:r w:rsidRPr="00B71809">
        <w:rPr>
          <w:i/>
          <w:highlight w:val="yellow"/>
        </w:rPr>
        <w:t>özetlenir</w:t>
      </w:r>
      <w:proofErr w:type="spellEnd"/>
      <w:r w:rsidRPr="00B71809">
        <w:rPr>
          <w:i/>
          <w:highlight w:val="yellow"/>
        </w:rPr>
        <w:t>.</w:t>
      </w:r>
    </w:p>
    <w:p w:rsidR="00E24BA4" w:rsidRPr="00B71809" w:rsidRDefault="00E24BA4" w:rsidP="00E24BA4">
      <w:pPr>
        <w:jc w:val="both"/>
        <w:rPr>
          <w:rFonts w:cs="Times New Roman"/>
          <w:i/>
        </w:rPr>
      </w:pPr>
    </w:p>
    <w:p w:rsidR="00E24BA4" w:rsidRPr="00FD3E27" w:rsidRDefault="00E24BA4" w:rsidP="00E24BA4">
      <w:pPr>
        <w:pStyle w:val="Stil2"/>
      </w:pPr>
      <w:bookmarkStart w:id="8" w:name="_Toc153118714"/>
      <w:bookmarkStart w:id="9" w:name="_Toc153376756"/>
      <w:bookmarkStart w:id="10" w:name="_Toc217311496"/>
      <w:r>
        <w:t>C.</w:t>
      </w:r>
      <w:r w:rsidRPr="00E601B5">
        <w:t>BİRİME</w:t>
      </w:r>
      <w:r w:rsidRPr="000C0E61">
        <w:t xml:space="preserve"> İLİŞKİN BİLGİLER</w:t>
      </w:r>
      <w:bookmarkEnd w:id="10"/>
    </w:p>
    <w:p w:rsidR="00E24BA4" w:rsidRPr="00E03019" w:rsidRDefault="00E24BA4" w:rsidP="00E24BA4">
      <w:pPr>
        <w:pStyle w:val="Stil2"/>
      </w:pPr>
      <w:bookmarkStart w:id="11" w:name="_Toc217311497"/>
      <w:r>
        <w:t>1</w:t>
      </w:r>
      <w:r w:rsidRPr="00E03019">
        <w:t>. Fiziksel, Teknolojik Kaynaklar</w:t>
      </w:r>
      <w:bookmarkEnd w:id="11"/>
      <w:r w:rsidRPr="00E03019">
        <w:t xml:space="preserve"> </w:t>
      </w:r>
    </w:p>
    <w:p w:rsidR="00E24BA4" w:rsidRPr="001A498A" w:rsidRDefault="00E24BA4" w:rsidP="00E24BA4">
      <w:pPr>
        <w:spacing w:before="100" w:beforeAutospacing="1" w:after="100" w:afterAutospacing="1"/>
        <w:rPr>
          <w:rStyle w:val="Gl"/>
        </w:rPr>
      </w:pPr>
      <w:proofErr w:type="spellStart"/>
      <w:r w:rsidRPr="00881D3E">
        <w:rPr>
          <w:i/>
          <w:iCs/>
          <w:sz w:val="24"/>
          <w:szCs w:val="24"/>
          <w:highlight w:val="yellow"/>
        </w:rPr>
        <w:t>Açıklama</w:t>
      </w:r>
      <w:proofErr w:type="spellEnd"/>
      <w:r w:rsidRPr="00881D3E">
        <w:rPr>
          <w:i/>
          <w:iCs/>
          <w:sz w:val="24"/>
          <w:szCs w:val="24"/>
          <w:highlight w:val="yellow"/>
        </w:rPr>
        <w:t xml:space="preserve">: Bina, </w:t>
      </w:r>
      <w:proofErr w:type="spellStart"/>
      <w:r w:rsidRPr="00881D3E">
        <w:rPr>
          <w:i/>
          <w:iCs/>
          <w:sz w:val="24"/>
          <w:szCs w:val="24"/>
          <w:highlight w:val="yellow"/>
        </w:rPr>
        <w:t>derslik</w:t>
      </w:r>
      <w:proofErr w:type="spellEnd"/>
      <w:r w:rsidRPr="00881D3E">
        <w:rPr>
          <w:i/>
          <w:iCs/>
          <w:sz w:val="24"/>
          <w:szCs w:val="24"/>
          <w:highlight w:val="yellow"/>
        </w:rPr>
        <w:t xml:space="preserve">, </w:t>
      </w:r>
      <w:proofErr w:type="spellStart"/>
      <w:r w:rsidRPr="00881D3E">
        <w:rPr>
          <w:i/>
          <w:iCs/>
          <w:sz w:val="24"/>
          <w:szCs w:val="24"/>
          <w:highlight w:val="yellow"/>
        </w:rPr>
        <w:t>laboratuvar</w:t>
      </w:r>
      <w:proofErr w:type="spellEnd"/>
      <w:r w:rsidRPr="00881D3E">
        <w:rPr>
          <w:i/>
          <w:iCs/>
          <w:sz w:val="24"/>
          <w:szCs w:val="24"/>
          <w:highlight w:val="yellow"/>
        </w:rPr>
        <w:t xml:space="preserve">, </w:t>
      </w:r>
      <w:proofErr w:type="spellStart"/>
      <w:r w:rsidRPr="00881D3E">
        <w:rPr>
          <w:i/>
          <w:iCs/>
          <w:sz w:val="24"/>
          <w:szCs w:val="24"/>
          <w:highlight w:val="yellow"/>
        </w:rPr>
        <w:t>ofis</w:t>
      </w:r>
      <w:proofErr w:type="spellEnd"/>
      <w:r w:rsidRPr="00881D3E">
        <w:rPr>
          <w:i/>
          <w:iCs/>
          <w:sz w:val="24"/>
          <w:szCs w:val="24"/>
          <w:highlight w:val="yellow"/>
        </w:rPr>
        <w:t xml:space="preserve">, </w:t>
      </w:r>
      <w:proofErr w:type="spellStart"/>
      <w:r w:rsidRPr="00881D3E">
        <w:rPr>
          <w:i/>
          <w:iCs/>
          <w:sz w:val="24"/>
          <w:szCs w:val="24"/>
          <w:highlight w:val="yellow"/>
        </w:rPr>
        <w:t>sosyal</w:t>
      </w:r>
      <w:proofErr w:type="spellEnd"/>
      <w:r w:rsidRPr="00881D3E">
        <w:rPr>
          <w:i/>
          <w:iCs/>
          <w:sz w:val="24"/>
          <w:szCs w:val="24"/>
          <w:highlight w:val="yellow"/>
        </w:rPr>
        <w:t xml:space="preserve"> </w:t>
      </w:r>
      <w:proofErr w:type="spellStart"/>
      <w:r w:rsidRPr="00881D3E">
        <w:rPr>
          <w:i/>
          <w:iCs/>
          <w:sz w:val="24"/>
          <w:szCs w:val="24"/>
          <w:highlight w:val="yellow"/>
        </w:rPr>
        <w:t>alan</w:t>
      </w:r>
      <w:proofErr w:type="spellEnd"/>
      <w:r w:rsidRPr="00881D3E">
        <w:rPr>
          <w:i/>
          <w:iCs/>
          <w:sz w:val="24"/>
          <w:szCs w:val="24"/>
          <w:highlight w:val="yellow"/>
        </w:rPr>
        <w:t xml:space="preserve">, </w:t>
      </w:r>
      <w:proofErr w:type="spellStart"/>
      <w:r w:rsidRPr="00881D3E">
        <w:rPr>
          <w:i/>
          <w:iCs/>
          <w:sz w:val="24"/>
          <w:szCs w:val="24"/>
          <w:highlight w:val="yellow"/>
        </w:rPr>
        <w:t>donanım</w:t>
      </w:r>
      <w:proofErr w:type="spellEnd"/>
      <w:r w:rsidRPr="00881D3E">
        <w:rPr>
          <w:i/>
          <w:iCs/>
          <w:sz w:val="24"/>
          <w:szCs w:val="24"/>
          <w:highlight w:val="yellow"/>
        </w:rPr>
        <w:t xml:space="preserve">, </w:t>
      </w:r>
      <w:proofErr w:type="spellStart"/>
      <w:r w:rsidRPr="00881D3E">
        <w:rPr>
          <w:i/>
          <w:iCs/>
          <w:sz w:val="24"/>
          <w:szCs w:val="24"/>
          <w:highlight w:val="yellow"/>
        </w:rPr>
        <w:t>yazılım</w:t>
      </w:r>
      <w:proofErr w:type="spellEnd"/>
      <w:r w:rsidRPr="00881D3E">
        <w:rPr>
          <w:i/>
          <w:iCs/>
          <w:sz w:val="24"/>
          <w:szCs w:val="24"/>
          <w:highlight w:val="yellow"/>
        </w:rPr>
        <w:t xml:space="preserve"> </w:t>
      </w:r>
      <w:proofErr w:type="spellStart"/>
      <w:r w:rsidRPr="00881D3E">
        <w:rPr>
          <w:i/>
          <w:iCs/>
          <w:sz w:val="24"/>
          <w:szCs w:val="24"/>
          <w:highlight w:val="yellow"/>
        </w:rPr>
        <w:t>gibi</w:t>
      </w:r>
      <w:proofErr w:type="spellEnd"/>
      <w:r w:rsidRPr="00881D3E">
        <w:rPr>
          <w:i/>
          <w:iCs/>
          <w:sz w:val="24"/>
          <w:szCs w:val="24"/>
          <w:highlight w:val="yellow"/>
        </w:rPr>
        <w:t xml:space="preserve"> </w:t>
      </w:r>
      <w:proofErr w:type="spellStart"/>
      <w:r w:rsidRPr="00881D3E">
        <w:rPr>
          <w:i/>
          <w:iCs/>
          <w:sz w:val="24"/>
          <w:szCs w:val="24"/>
          <w:highlight w:val="yellow"/>
        </w:rPr>
        <w:t>temel</w:t>
      </w:r>
      <w:proofErr w:type="spellEnd"/>
      <w:r w:rsidRPr="00881D3E">
        <w:rPr>
          <w:i/>
          <w:iCs/>
          <w:sz w:val="24"/>
          <w:szCs w:val="24"/>
          <w:highlight w:val="yellow"/>
        </w:rPr>
        <w:t xml:space="preserve"> </w:t>
      </w:r>
      <w:proofErr w:type="spellStart"/>
      <w:r w:rsidRPr="00881D3E">
        <w:rPr>
          <w:i/>
          <w:iCs/>
          <w:sz w:val="24"/>
          <w:szCs w:val="24"/>
          <w:highlight w:val="yellow"/>
        </w:rPr>
        <w:t>kaynaklara</w:t>
      </w:r>
      <w:proofErr w:type="spellEnd"/>
      <w:r w:rsidRPr="00881D3E">
        <w:rPr>
          <w:i/>
          <w:iCs/>
          <w:sz w:val="24"/>
          <w:szCs w:val="24"/>
          <w:highlight w:val="yellow"/>
        </w:rPr>
        <w:t xml:space="preserve"> </w:t>
      </w:r>
      <w:proofErr w:type="spellStart"/>
      <w:r w:rsidRPr="00881D3E">
        <w:rPr>
          <w:i/>
          <w:iCs/>
          <w:sz w:val="24"/>
          <w:szCs w:val="24"/>
          <w:highlight w:val="yellow"/>
        </w:rPr>
        <w:t>ait</w:t>
      </w:r>
      <w:proofErr w:type="spellEnd"/>
      <w:r w:rsidRPr="00881D3E">
        <w:rPr>
          <w:i/>
          <w:iCs/>
          <w:sz w:val="24"/>
          <w:szCs w:val="24"/>
          <w:highlight w:val="yellow"/>
        </w:rPr>
        <w:t xml:space="preserve"> </w:t>
      </w:r>
      <w:proofErr w:type="spellStart"/>
      <w:r w:rsidRPr="00881D3E">
        <w:rPr>
          <w:i/>
          <w:iCs/>
          <w:sz w:val="24"/>
          <w:szCs w:val="24"/>
          <w:highlight w:val="yellow"/>
        </w:rPr>
        <w:t>bilgilere</w:t>
      </w:r>
      <w:proofErr w:type="spellEnd"/>
      <w:r w:rsidRPr="00881D3E">
        <w:rPr>
          <w:i/>
          <w:iCs/>
          <w:sz w:val="24"/>
          <w:szCs w:val="24"/>
          <w:highlight w:val="yellow"/>
        </w:rPr>
        <w:t xml:space="preserve"> </w:t>
      </w:r>
      <w:proofErr w:type="spellStart"/>
      <w:r w:rsidRPr="00881D3E">
        <w:rPr>
          <w:i/>
          <w:iCs/>
          <w:sz w:val="24"/>
          <w:szCs w:val="24"/>
          <w:highlight w:val="yellow"/>
        </w:rPr>
        <w:t>bu</w:t>
      </w:r>
      <w:proofErr w:type="spellEnd"/>
      <w:r w:rsidRPr="00881D3E">
        <w:rPr>
          <w:i/>
          <w:iCs/>
          <w:sz w:val="24"/>
          <w:szCs w:val="24"/>
          <w:highlight w:val="yellow"/>
        </w:rPr>
        <w:t xml:space="preserve"> </w:t>
      </w:r>
      <w:proofErr w:type="spellStart"/>
      <w:r w:rsidRPr="00881D3E">
        <w:rPr>
          <w:i/>
          <w:iCs/>
          <w:sz w:val="24"/>
          <w:szCs w:val="24"/>
          <w:highlight w:val="yellow"/>
        </w:rPr>
        <w:t>bölümde</w:t>
      </w:r>
      <w:proofErr w:type="spellEnd"/>
      <w:r w:rsidRPr="00881D3E">
        <w:rPr>
          <w:i/>
          <w:iCs/>
          <w:sz w:val="24"/>
          <w:szCs w:val="24"/>
          <w:highlight w:val="yellow"/>
        </w:rPr>
        <w:t xml:space="preserve"> </w:t>
      </w:r>
      <w:proofErr w:type="spellStart"/>
      <w:r w:rsidRPr="00881D3E">
        <w:rPr>
          <w:i/>
          <w:iCs/>
          <w:sz w:val="24"/>
          <w:szCs w:val="24"/>
          <w:highlight w:val="yellow"/>
        </w:rPr>
        <w:t>verilecektir</w:t>
      </w:r>
      <w:proofErr w:type="spellEnd"/>
      <w:r w:rsidRPr="00881D3E">
        <w:rPr>
          <w:i/>
          <w:iCs/>
          <w:sz w:val="24"/>
          <w:szCs w:val="24"/>
          <w:highlight w:val="yellow"/>
        </w:rPr>
        <w:t>.</w:t>
      </w:r>
      <w:r>
        <w:rPr>
          <w:i/>
          <w:iCs/>
          <w:sz w:val="24"/>
          <w:szCs w:val="24"/>
        </w:rPr>
        <w:t xml:space="preserve"> </w:t>
      </w:r>
    </w:p>
    <w:p w:rsidR="00E24BA4" w:rsidRDefault="00E24BA4" w:rsidP="00E24BA4">
      <w:proofErr w:type="spellStart"/>
      <w:r>
        <w:t>Eğitim</w:t>
      </w:r>
      <w:proofErr w:type="spellEnd"/>
      <w:r>
        <w:t xml:space="preserve"> </w:t>
      </w:r>
      <w:proofErr w:type="spellStart"/>
      <w:r>
        <w:t>Alanları</w:t>
      </w:r>
      <w:proofErr w:type="spellEnd"/>
      <w:r>
        <w:t xml:space="preserve"> (</w:t>
      </w:r>
      <w:proofErr w:type="spellStart"/>
      <w:r>
        <w:t>Amfi</w:t>
      </w:r>
      <w:proofErr w:type="spellEnd"/>
      <w:r>
        <w:t xml:space="preserve">, </w:t>
      </w:r>
      <w:proofErr w:type="spellStart"/>
      <w:r>
        <w:t>Sınıf</w:t>
      </w:r>
      <w:proofErr w:type="spellEnd"/>
      <w:r>
        <w:t xml:space="preserve"> </w:t>
      </w:r>
      <w:proofErr w:type="spellStart"/>
      <w:r>
        <w:t>Laboratuvar</w:t>
      </w:r>
      <w:proofErr w:type="spellEnd"/>
      <w:r>
        <w:t xml:space="preserve">, </w:t>
      </w:r>
      <w:proofErr w:type="spellStart"/>
      <w:r>
        <w:t>atölye</w:t>
      </w:r>
      <w:proofErr w:type="spellEnd"/>
      <w:r>
        <w:t xml:space="preserve">, </w:t>
      </w:r>
      <w:proofErr w:type="spellStart"/>
      <w:r>
        <w:t>kütüphane</w:t>
      </w:r>
      <w:proofErr w:type="spellEnd"/>
      <w:r>
        <w:t xml:space="preserve"> vb.)</w:t>
      </w:r>
    </w:p>
    <w:tbl>
      <w:tblPr>
        <w:tblW w:w="8926"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64"/>
        <w:gridCol w:w="2126"/>
        <w:gridCol w:w="3636"/>
      </w:tblGrid>
      <w:tr w:rsidR="00E24BA4" w:rsidRPr="001A498A" w:rsidTr="009D611D">
        <w:trPr>
          <w:tblHeader/>
          <w:tblCellSpacing w:w="15" w:type="dxa"/>
          <w:jc w:val="center"/>
        </w:trPr>
        <w:tc>
          <w:tcPr>
            <w:tcW w:w="3119" w:type="dxa"/>
            <w:shd w:val="clear" w:color="auto" w:fill="B99C71"/>
            <w:vAlign w:val="center"/>
            <w:hideMark/>
          </w:tcPr>
          <w:p w:rsidR="00E24BA4" w:rsidRPr="001A498A" w:rsidRDefault="00E24BA4" w:rsidP="009D611D">
            <w:pPr>
              <w:pStyle w:val="Stil4"/>
            </w:pPr>
            <w:r w:rsidRPr="001A498A">
              <w:t>Eğitim Alanı</w:t>
            </w:r>
          </w:p>
        </w:tc>
        <w:tc>
          <w:tcPr>
            <w:tcW w:w="2096" w:type="dxa"/>
            <w:shd w:val="clear" w:color="auto" w:fill="B99C71"/>
            <w:vAlign w:val="center"/>
            <w:hideMark/>
          </w:tcPr>
          <w:p w:rsidR="00E24BA4" w:rsidRPr="001A498A" w:rsidRDefault="00E24BA4" w:rsidP="009D611D">
            <w:pPr>
              <w:pStyle w:val="Stil4"/>
            </w:pPr>
            <w:r w:rsidRPr="001A498A">
              <w:t>Kapasitesi (kişi)</w:t>
            </w:r>
          </w:p>
        </w:tc>
        <w:tc>
          <w:tcPr>
            <w:tcW w:w="3591" w:type="dxa"/>
            <w:shd w:val="clear" w:color="auto" w:fill="B99C71"/>
            <w:vAlign w:val="center"/>
            <w:hideMark/>
          </w:tcPr>
          <w:p w:rsidR="00E24BA4" w:rsidRPr="001A498A" w:rsidRDefault="00E24BA4" w:rsidP="009D611D">
            <w:pPr>
              <w:pStyle w:val="Stil4"/>
            </w:pPr>
            <w:r w:rsidRPr="001A498A">
              <w:t>Alan (m²)</w:t>
            </w:r>
          </w:p>
        </w:tc>
      </w:tr>
      <w:tr w:rsidR="00E24BA4" w:rsidRPr="001A498A" w:rsidTr="009D611D">
        <w:trPr>
          <w:tblCellSpacing w:w="15" w:type="dxa"/>
          <w:jc w:val="center"/>
        </w:trPr>
        <w:tc>
          <w:tcPr>
            <w:tcW w:w="3119" w:type="dxa"/>
            <w:vAlign w:val="center"/>
            <w:hideMark/>
          </w:tcPr>
          <w:p w:rsidR="00E24BA4" w:rsidRPr="001A498A" w:rsidRDefault="00E24BA4" w:rsidP="009D611D">
            <w:pPr>
              <w:pStyle w:val="Stil4"/>
            </w:pPr>
            <w:r w:rsidRPr="001A498A">
              <w:t>Amfi</w:t>
            </w:r>
          </w:p>
        </w:tc>
        <w:tc>
          <w:tcPr>
            <w:tcW w:w="2096" w:type="dxa"/>
            <w:vAlign w:val="center"/>
          </w:tcPr>
          <w:p w:rsidR="00E24BA4" w:rsidRPr="001A498A" w:rsidRDefault="00E24BA4" w:rsidP="009D611D">
            <w:pPr>
              <w:pStyle w:val="Stil4"/>
            </w:pPr>
          </w:p>
        </w:tc>
        <w:tc>
          <w:tcPr>
            <w:tcW w:w="3591" w:type="dxa"/>
            <w:vAlign w:val="center"/>
            <w:hideMark/>
          </w:tcPr>
          <w:p w:rsidR="00E24BA4" w:rsidRPr="001A498A" w:rsidRDefault="00E24BA4" w:rsidP="009D611D">
            <w:pPr>
              <w:pStyle w:val="Stil4"/>
            </w:pPr>
            <w:r w:rsidRPr="001A498A">
              <w:t>…</w:t>
            </w:r>
          </w:p>
        </w:tc>
      </w:tr>
      <w:tr w:rsidR="00E24BA4" w:rsidRPr="001A498A" w:rsidTr="009D611D">
        <w:trPr>
          <w:tblCellSpacing w:w="15" w:type="dxa"/>
          <w:jc w:val="center"/>
        </w:trPr>
        <w:tc>
          <w:tcPr>
            <w:tcW w:w="3119" w:type="dxa"/>
            <w:vAlign w:val="center"/>
          </w:tcPr>
          <w:p w:rsidR="00E24BA4" w:rsidRPr="001A498A" w:rsidRDefault="00E24BA4" w:rsidP="009D611D">
            <w:pPr>
              <w:pStyle w:val="Stil4"/>
            </w:pPr>
            <w:r w:rsidRPr="001A498A">
              <w:t>Sınıf</w:t>
            </w:r>
          </w:p>
        </w:tc>
        <w:tc>
          <w:tcPr>
            <w:tcW w:w="2096" w:type="dxa"/>
            <w:vAlign w:val="center"/>
          </w:tcPr>
          <w:p w:rsidR="00E24BA4" w:rsidRPr="001A498A" w:rsidRDefault="00E24BA4" w:rsidP="009D611D">
            <w:pPr>
              <w:pStyle w:val="Stil4"/>
            </w:pPr>
          </w:p>
        </w:tc>
        <w:tc>
          <w:tcPr>
            <w:tcW w:w="3591" w:type="dxa"/>
            <w:vAlign w:val="center"/>
            <w:hideMark/>
          </w:tcPr>
          <w:p w:rsidR="00E24BA4" w:rsidRPr="001A498A" w:rsidRDefault="00E24BA4" w:rsidP="009D611D">
            <w:pPr>
              <w:pStyle w:val="Stil4"/>
            </w:pPr>
            <w:r w:rsidRPr="001A498A">
              <w:t>…</w:t>
            </w:r>
          </w:p>
        </w:tc>
      </w:tr>
      <w:tr w:rsidR="00E24BA4" w:rsidRPr="001A498A" w:rsidTr="009D611D">
        <w:trPr>
          <w:tblCellSpacing w:w="15" w:type="dxa"/>
          <w:jc w:val="center"/>
        </w:trPr>
        <w:tc>
          <w:tcPr>
            <w:tcW w:w="3119" w:type="dxa"/>
            <w:vAlign w:val="center"/>
          </w:tcPr>
          <w:p w:rsidR="00E24BA4" w:rsidRPr="001A498A" w:rsidRDefault="00E24BA4" w:rsidP="009D611D">
            <w:pPr>
              <w:pStyle w:val="Stil4"/>
            </w:pPr>
            <w:r w:rsidRPr="001A498A">
              <w:t>Kütüphane</w:t>
            </w:r>
          </w:p>
        </w:tc>
        <w:tc>
          <w:tcPr>
            <w:tcW w:w="2096" w:type="dxa"/>
            <w:vAlign w:val="center"/>
          </w:tcPr>
          <w:p w:rsidR="00E24BA4" w:rsidRPr="001A498A" w:rsidRDefault="00E24BA4" w:rsidP="009D611D">
            <w:pPr>
              <w:pStyle w:val="Stil4"/>
            </w:pPr>
          </w:p>
        </w:tc>
        <w:tc>
          <w:tcPr>
            <w:tcW w:w="3591" w:type="dxa"/>
            <w:vAlign w:val="center"/>
          </w:tcPr>
          <w:p w:rsidR="00E24BA4" w:rsidRPr="001A498A" w:rsidRDefault="00E24BA4" w:rsidP="009D611D">
            <w:pPr>
              <w:pStyle w:val="Stil4"/>
            </w:pPr>
          </w:p>
        </w:tc>
      </w:tr>
      <w:tr w:rsidR="00E24BA4" w:rsidRPr="001A498A" w:rsidTr="009D611D">
        <w:trPr>
          <w:tblCellSpacing w:w="15" w:type="dxa"/>
          <w:jc w:val="center"/>
        </w:trPr>
        <w:tc>
          <w:tcPr>
            <w:tcW w:w="8866" w:type="dxa"/>
            <w:gridSpan w:val="3"/>
            <w:vAlign w:val="center"/>
            <w:hideMark/>
          </w:tcPr>
          <w:p w:rsidR="00E24BA4" w:rsidRPr="001A498A" w:rsidRDefault="00E24BA4" w:rsidP="009D611D">
            <w:pPr>
              <w:pStyle w:val="Stil4"/>
            </w:pPr>
            <w:r w:rsidRPr="001A498A">
              <w:t>Laboratuvar Bilgileri</w:t>
            </w:r>
          </w:p>
        </w:tc>
      </w:tr>
      <w:tr w:rsidR="00E24BA4" w:rsidRPr="001A498A" w:rsidTr="009D611D">
        <w:trPr>
          <w:tblCellSpacing w:w="15" w:type="dxa"/>
          <w:jc w:val="center"/>
        </w:trPr>
        <w:tc>
          <w:tcPr>
            <w:tcW w:w="3119" w:type="dxa"/>
            <w:vAlign w:val="center"/>
          </w:tcPr>
          <w:p w:rsidR="00E24BA4" w:rsidRPr="001A498A" w:rsidRDefault="00E24BA4" w:rsidP="009D611D">
            <w:pPr>
              <w:pStyle w:val="Stil4"/>
            </w:pPr>
            <w:r w:rsidRPr="001A498A">
              <w:t>Laboratuvar Adı</w:t>
            </w:r>
          </w:p>
        </w:tc>
        <w:tc>
          <w:tcPr>
            <w:tcW w:w="2096" w:type="dxa"/>
            <w:vAlign w:val="center"/>
          </w:tcPr>
          <w:p w:rsidR="00E24BA4" w:rsidRPr="001A498A" w:rsidRDefault="00E24BA4" w:rsidP="009D611D">
            <w:pPr>
              <w:pStyle w:val="Stil4"/>
            </w:pPr>
          </w:p>
        </w:tc>
        <w:tc>
          <w:tcPr>
            <w:tcW w:w="3591" w:type="dxa"/>
            <w:vAlign w:val="center"/>
          </w:tcPr>
          <w:p w:rsidR="00E24BA4" w:rsidRPr="001A498A" w:rsidRDefault="00E24BA4" w:rsidP="009D611D">
            <w:pPr>
              <w:pStyle w:val="Stil4"/>
            </w:pPr>
          </w:p>
        </w:tc>
      </w:tr>
      <w:tr w:rsidR="00E24BA4" w:rsidRPr="001A498A" w:rsidTr="009D611D">
        <w:trPr>
          <w:tblCellSpacing w:w="15" w:type="dxa"/>
          <w:jc w:val="center"/>
        </w:trPr>
        <w:tc>
          <w:tcPr>
            <w:tcW w:w="3119" w:type="dxa"/>
            <w:vAlign w:val="center"/>
          </w:tcPr>
          <w:p w:rsidR="00E24BA4" w:rsidRPr="001A498A" w:rsidRDefault="00E24BA4" w:rsidP="009D611D">
            <w:pPr>
              <w:pStyle w:val="Stil4"/>
            </w:pPr>
          </w:p>
        </w:tc>
        <w:tc>
          <w:tcPr>
            <w:tcW w:w="2096" w:type="dxa"/>
            <w:vAlign w:val="center"/>
          </w:tcPr>
          <w:p w:rsidR="00E24BA4" w:rsidRPr="001A498A" w:rsidRDefault="00E24BA4" w:rsidP="009D611D">
            <w:pPr>
              <w:pStyle w:val="Stil4"/>
            </w:pPr>
          </w:p>
        </w:tc>
        <w:tc>
          <w:tcPr>
            <w:tcW w:w="3591" w:type="dxa"/>
            <w:vAlign w:val="center"/>
          </w:tcPr>
          <w:p w:rsidR="00E24BA4" w:rsidRPr="001A498A" w:rsidRDefault="00E24BA4" w:rsidP="009D611D">
            <w:pPr>
              <w:pStyle w:val="Stil4"/>
            </w:pPr>
          </w:p>
        </w:tc>
      </w:tr>
      <w:tr w:rsidR="00E24BA4" w:rsidRPr="001A498A" w:rsidTr="009D611D">
        <w:trPr>
          <w:tblCellSpacing w:w="15" w:type="dxa"/>
          <w:jc w:val="center"/>
        </w:trPr>
        <w:tc>
          <w:tcPr>
            <w:tcW w:w="3119" w:type="dxa"/>
            <w:vAlign w:val="center"/>
          </w:tcPr>
          <w:p w:rsidR="00E24BA4" w:rsidRPr="001A498A" w:rsidRDefault="00E24BA4" w:rsidP="009D611D">
            <w:pPr>
              <w:pStyle w:val="Stil4"/>
            </w:pPr>
          </w:p>
        </w:tc>
        <w:tc>
          <w:tcPr>
            <w:tcW w:w="2096" w:type="dxa"/>
            <w:vAlign w:val="center"/>
          </w:tcPr>
          <w:p w:rsidR="00E24BA4" w:rsidRPr="001A498A" w:rsidRDefault="00E24BA4" w:rsidP="009D611D">
            <w:pPr>
              <w:pStyle w:val="Stil4"/>
            </w:pPr>
          </w:p>
        </w:tc>
        <w:tc>
          <w:tcPr>
            <w:tcW w:w="3591" w:type="dxa"/>
            <w:vAlign w:val="center"/>
          </w:tcPr>
          <w:p w:rsidR="00E24BA4" w:rsidRPr="001A498A" w:rsidRDefault="00E24BA4" w:rsidP="009D611D">
            <w:pPr>
              <w:pStyle w:val="Stil4"/>
            </w:pPr>
          </w:p>
        </w:tc>
      </w:tr>
      <w:tr w:rsidR="00E24BA4" w:rsidRPr="001A498A" w:rsidTr="009D611D">
        <w:trPr>
          <w:tblCellSpacing w:w="15" w:type="dxa"/>
          <w:jc w:val="center"/>
        </w:trPr>
        <w:tc>
          <w:tcPr>
            <w:tcW w:w="3119" w:type="dxa"/>
            <w:vAlign w:val="center"/>
          </w:tcPr>
          <w:p w:rsidR="00E24BA4" w:rsidRPr="001A498A" w:rsidRDefault="00E24BA4" w:rsidP="009D611D">
            <w:pPr>
              <w:pStyle w:val="Stil4"/>
            </w:pPr>
          </w:p>
        </w:tc>
        <w:tc>
          <w:tcPr>
            <w:tcW w:w="2096" w:type="dxa"/>
            <w:vAlign w:val="center"/>
          </w:tcPr>
          <w:p w:rsidR="00E24BA4" w:rsidRPr="001A498A" w:rsidRDefault="00E24BA4" w:rsidP="009D611D">
            <w:pPr>
              <w:pStyle w:val="Stil4"/>
            </w:pPr>
          </w:p>
        </w:tc>
        <w:tc>
          <w:tcPr>
            <w:tcW w:w="3591" w:type="dxa"/>
            <w:vAlign w:val="center"/>
          </w:tcPr>
          <w:p w:rsidR="00E24BA4" w:rsidRPr="001A498A" w:rsidRDefault="00E24BA4" w:rsidP="009D611D">
            <w:pPr>
              <w:pStyle w:val="Stil4"/>
            </w:pPr>
          </w:p>
        </w:tc>
      </w:tr>
    </w:tbl>
    <w:p w:rsidR="00E24BA4" w:rsidRDefault="00E24BA4" w:rsidP="00E24BA4"/>
    <w:p w:rsidR="00E24BA4" w:rsidRDefault="00E24BA4" w:rsidP="00E24BA4">
      <w:proofErr w:type="spellStart"/>
      <w:r w:rsidRPr="00AE69E5">
        <w:t>Sosyal</w:t>
      </w:r>
      <w:proofErr w:type="spellEnd"/>
      <w:r>
        <w:t xml:space="preserve"> </w:t>
      </w:r>
      <w:proofErr w:type="spellStart"/>
      <w:r>
        <w:t>Alanlar</w:t>
      </w:r>
      <w:proofErr w:type="spellEnd"/>
    </w:p>
    <w:tbl>
      <w:tblPr>
        <w:tblW w:w="892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64"/>
        <w:gridCol w:w="2126"/>
        <w:gridCol w:w="3636"/>
      </w:tblGrid>
      <w:tr w:rsidR="00E24BA4" w:rsidRPr="00AA0A8F" w:rsidTr="009D611D">
        <w:trPr>
          <w:tblHeader/>
          <w:tblCellSpacing w:w="15" w:type="dxa"/>
        </w:trPr>
        <w:tc>
          <w:tcPr>
            <w:tcW w:w="3119" w:type="dxa"/>
            <w:shd w:val="clear" w:color="auto" w:fill="B99C71"/>
            <w:vAlign w:val="center"/>
            <w:hideMark/>
          </w:tcPr>
          <w:p w:rsidR="00E24BA4" w:rsidRPr="00AA0A8F" w:rsidRDefault="00E24BA4" w:rsidP="009D611D">
            <w:pPr>
              <w:pStyle w:val="Stil4"/>
            </w:pPr>
            <w:r w:rsidRPr="00AA0A8F">
              <w:t>Sosyal Alan</w:t>
            </w:r>
            <w:r w:rsidR="00915101">
              <w:t xml:space="preserve"> Türü</w:t>
            </w:r>
          </w:p>
        </w:tc>
        <w:tc>
          <w:tcPr>
            <w:tcW w:w="2096" w:type="dxa"/>
            <w:shd w:val="clear" w:color="auto" w:fill="B99C71"/>
            <w:vAlign w:val="center"/>
            <w:hideMark/>
          </w:tcPr>
          <w:p w:rsidR="00E24BA4" w:rsidRPr="00AA0A8F" w:rsidRDefault="00E24BA4" w:rsidP="009D611D">
            <w:pPr>
              <w:pStyle w:val="Stil4"/>
            </w:pPr>
            <w:r w:rsidRPr="00AA0A8F">
              <w:t>Kapasitesi (kişi)</w:t>
            </w:r>
          </w:p>
        </w:tc>
        <w:tc>
          <w:tcPr>
            <w:tcW w:w="3591" w:type="dxa"/>
            <w:shd w:val="clear" w:color="auto" w:fill="B99C71"/>
            <w:vAlign w:val="center"/>
            <w:hideMark/>
          </w:tcPr>
          <w:p w:rsidR="00E24BA4" w:rsidRPr="00AA0A8F" w:rsidRDefault="00E24BA4" w:rsidP="009D611D">
            <w:pPr>
              <w:pStyle w:val="Stil4"/>
            </w:pPr>
            <w:r w:rsidRPr="00AA0A8F">
              <w:t>Alan (m²)</w:t>
            </w:r>
          </w:p>
        </w:tc>
      </w:tr>
      <w:tr w:rsidR="00E24BA4" w:rsidRPr="00AA0A8F" w:rsidTr="009D611D">
        <w:trPr>
          <w:tblCellSpacing w:w="15" w:type="dxa"/>
        </w:trPr>
        <w:tc>
          <w:tcPr>
            <w:tcW w:w="3119" w:type="dxa"/>
            <w:vAlign w:val="center"/>
          </w:tcPr>
          <w:p w:rsidR="00E24BA4" w:rsidRPr="00AA0A8F" w:rsidRDefault="00E24BA4" w:rsidP="009D611D">
            <w:pPr>
              <w:pStyle w:val="Stil4"/>
            </w:pPr>
          </w:p>
        </w:tc>
        <w:tc>
          <w:tcPr>
            <w:tcW w:w="2096" w:type="dxa"/>
            <w:vAlign w:val="center"/>
          </w:tcPr>
          <w:p w:rsidR="00E24BA4" w:rsidRPr="00AA0A8F" w:rsidRDefault="00E24BA4" w:rsidP="009D611D">
            <w:pPr>
              <w:pStyle w:val="Stil4"/>
            </w:pPr>
          </w:p>
        </w:tc>
        <w:tc>
          <w:tcPr>
            <w:tcW w:w="3591" w:type="dxa"/>
            <w:vAlign w:val="center"/>
            <w:hideMark/>
          </w:tcPr>
          <w:p w:rsidR="00E24BA4" w:rsidRPr="00AA0A8F" w:rsidRDefault="00E24BA4" w:rsidP="009D611D">
            <w:pPr>
              <w:pStyle w:val="Stil4"/>
            </w:pPr>
            <w:r w:rsidRPr="00AA0A8F">
              <w:t>…</w:t>
            </w:r>
          </w:p>
        </w:tc>
      </w:tr>
      <w:tr w:rsidR="00E24BA4" w:rsidRPr="00AA0A8F" w:rsidTr="009D611D">
        <w:trPr>
          <w:tblCellSpacing w:w="15" w:type="dxa"/>
        </w:trPr>
        <w:tc>
          <w:tcPr>
            <w:tcW w:w="3119" w:type="dxa"/>
            <w:vAlign w:val="center"/>
          </w:tcPr>
          <w:p w:rsidR="00E24BA4" w:rsidRPr="00AA0A8F" w:rsidRDefault="00E24BA4" w:rsidP="009D611D">
            <w:pPr>
              <w:pStyle w:val="Stil4"/>
            </w:pPr>
          </w:p>
        </w:tc>
        <w:tc>
          <w:tcPr>
            <w:tcW w:w="2096" w:type="dxa"/>
            <w:vAlign w:val="center"/>
          </w:tcPr>
          <w:p w:rsidR="00E24BA4" w:rsidRPr="00AA0A8F" w:rsidRDefault="00E24BA4" w:rsidP="009D611D">
            <w:pPr>
              <w:pStyle w:val="Stil4"/>
            </w:pPr>
          </w:p>
        </w:tc>
        <w:tc>
          <w:tcPr>
            <w:tcW w:w="3591" w:type="dxa"/>
            <w:vAlign w:val="center"/>
            <w:hideMark/>
          </w:tcPr>
          <w:p w:rsidR="00E24BA4" w:rsidRPr="00AA0A8F" w:rsidRDefault="00E24BA4" w:rsidP="009D611D">
            <w:pPr>
              <w:pStyle w:val="Stil4"/>
            </w:pPr>
            <w:r w:rsidRPr="00AA0A8F">
              <w:t>…</w:t>
            </w:r>
          </w:p>
        </w:tc>
      </w:tr>
      <w:tr w:rsidR="00E24BA4" w:rsidRPr="00AA0A8F" w:rsidTr="009D611D">
        <w:trPr>
          <w:tblCellSpacing w:w="15" w:type="dxa"/>
        </w:trPr>
        <w:tc>
          <w:tcPr>
            <w:tcW w:w="8866" w:type="dxa"/>
            <w:gridSpan w:val="3"/>
            <w:vAlign w:val="center"/>
          </w:tcPr>
          <w:p w:rsidR="00E24BA4" w:rsidRPr="00AA0A8F" w:rsidRDefault="00E24BA4" w:rsidP="009D611D">
            <w:pPr>
              <w:pStyle w:val="Stil4"/>
            </w:pPr>
          </w:p>
        </w:tc>
      </w:tr>
      <w:tr w:rsidR="00E24BA4" w:rsidRPr="00AA0A8F" w:rsidTr="009D611D">
        <w:trPr>
          <w:tblCellSpacing w:w="15" w:type="dxa"/>
        </w:trPr>
        <w:tc>
          <w:tcPr>
            <w:tcW w:w="3119" w:type="dxa"/>
            <w:vAlign w:val="center"/>
          </w:tcPr>
          <w:p w:rsidR="00E24BA4" w:rsidRPr="00AA0A8F" w:rsidRDefault="00E24BA4" w:rsidP="009D611D">
            <w:pPr>
              <w:pStyle w:val="Stil4"/>
            </w:pPr>
          </w:p>
        </w:tc>
        <w:tc>
          <w:tcPr>
            <w:tcW w:w="2096" w:type="dxa"/>
            <w:vAlign w:val="center"/>
          </w:tcPr>
          <w:p w:rsidR="00E24BA4" w:rsidRPr="00AA0A8F" w:rsidRDefault="00E24BA4" w:rsidP="009D611D">
            <w:pPr>
              <w:pStyle w:val="Stil4"/>
            </w:pPr>
          </w:p>
        </w:tc>
        <w:tc>
          <w:tcPr>
            <w:tcW w:w="3591" w:type="dxa"/>
            <w:vAlign w:val="center"/>
          </w:tcPr>
          <w:p w:rsidR="00E24BA4" w:rsidRPr="00AA0A8F" w:rsidRDefault="00E24BA4" w:rsidP="009D611D">
            <w:pPr>
              <w:pStyle w:val="Stil4"/>
            </w:pPr>
          </w:p>
        </w:tc>
      </w:tr>
    </w:tbl>
    <w:p w:rsidR="00E24BA4" w:rsidRDefault="00677D51" w:rsidP="00E24BA4">
      <w:proofErr w:type="spellStart"/>
      <w:r w:rsidRPr="00677D51">
        <w:rPr>
          <w:sz w:val="18"/>
          <w:szCs w:val="18"/>
        </w:rPr>
        <w:t>Sosyal</w:t>
      </w:r>
      <w:proofErr w:type="spellEnd"/>
      <w:r w:rsidRPr="00677D51">
        <w:rPr>
          <w:sz w:val="18"/>
          <w:szCs w:val="18"/>
        </w:rPr>
        <w:t xml:space="preserve"> </w:t>
      </w:r>
      <w:proofErr w:type="spellStart"/>
      <w:r w:rsidRPr="00677D51">
        <w:rPr>
          <w:sz w:val="18"/>
          <w:szCs w:val="18"/>
        </w:rPr>
        <w:t>alanlar</w:t>
      </w:r>
      <w:proofErr w:type="spellEnd"/>
      <w:r w:rsidRPr="00677D51">
        <w:rPr>
          <w:sz w:val="18"/>
          <w:szCs w:val="18"/>
        </w:rPr>
        <w:t xml:space="preserve">; </w:t>
      </w:r>
      <w:proofErr w:type="spellStart"/>
      <w:r w:rsidRPr="00677D51">
        <w:rPr>
          <w:sz w:val="18"/>
          <w:szCs w:val="18"/>
        </w:rPr>
        <w:t>yemekhane</w:t>
      </w:r>
      <w:proofErr w:type="spellEnd"/>
      <w:r w:rsidRPr="00677D51">
        <w:rPr>
          <w:sz w:val="18"/>
          <w:szCs w:val="18"/>
        </w:rPr>
        <w:t xml:space="preserve">, </w:t>
      </w:r>
      <w:proofErr w:type="spellStart"/>
      <w:r w:rsidRPr="00677D51">
        <w:rPr>
          <w:sz w:val="18"/>
          <w:szCs w:val="18"/>
        </w:rPr>
        <w:t>kantin</w:t>
      </w:r>
      <w:proofErr w:type="spellEnd"/>
      <w:r w:rsidRPr="00677D51">
        <w:rPr>
          <w:sz w:val="18"/>
          <w:szCs w:val="18"/>
        </w:rPr>
        <w:t>/</w:t>
      </w:r>
      <w:proofErr w:type="spellStart"/>
      <w:r w:rsidRPr="00677D51">
        <w:rPr>
          <w:sz w:val="18"/>
          <w:szCs w:val="18"/>
        </w:rPr>
        <w:t>kafeterya</w:t>
      </w:r>
      <w:proofErr w:type="spellEnd"/>
      <w:r w:rsidRPr="00677D51">
        <w:rPr>
          <w:sz w:val="18"/>
          <w:szCs w:val="18"/>
        </w:rPr>
        <w:t xml:space="preserve">, </w:t>
      </w:r>
      <w:proofErr w:type="spellStart"/>
      <w:r w:rsidRPr="00677D51">
        <w:rPr>
          <w:sz w:val="18"/>
          <w:szCs w:val="18"/>
        </w:rPr>
        <w:t>sosyal</w:t>
      </w:r>
      <w:proofErr w:type="spellEnd"/>
      <w:r w:rsidRPr="00677D51">
        <w:rPr>
          <w:sz w:val="18"/>
          <w:szCs w:val="18"/>
        </w:rPr>
        <w:t xml:space="preserve"> </w:t>
      </w:r>
      <w:proofErr w:type="spellStart"/>
      <w:r w:rsidRPr="00677D51">
        <w:rPr>
          <w:sz w:val="18"/>
          <w:szCs w:val="18"/>
        </w:rPr>
        <w:t>tesis</w:t>
      </w:r>
      <w:proofErr w:type="spellEnd"/>
      <w:r w:rsidRPr="00677D51">
        <w:rPr>
          <w:sz w:val="18"/>
          <w:szCs w:val="18"/>
        </w:rPr>
        <w:t xml:space="preserve">, </w:t>
      </w:r>
      <w:proofErr w:type="spellStart"/>
      <w:r w:rsidRPr="00677D51">
        <w:rPr>
          <w:sz w:val="18"/>
          <w:szCs w:val="18"/>
        </w:rPr>
        <w:t>spor</w:t>
      </w:r>
      <w:proofErr w:type="spellEnd"/>
      <w:r w:rsidRPr="00677D51">
        <w:rPr>
          <w:sz w:val="18"/>
          <w:szCs w:val="18"/>
        </w:rPr>
        <w:t xml:space="preserve"> </w:t>
      </w:r>
      <w:proofErr w:type="spellStart"/>
      <w:r w:rsidRPr="00677D51">
        <w:rPr>
          <w:sz w:val="18"/>
          <w:szCs w:val="18"/>
        </w:rPr>
        <w:t>alanları</w:t>
      </w:r>
      <w:proofErr w:type="spellEnd"/>
      <w:r w:rsidRPr="00677D51">
        <w:rPr>
          <w:sz w:val="18"/>
          <w:szCs w:val="18"/>
        </w:rPr>
        <w:t xml:space="preserve"> </w:t>
      </w:r>
      <w:proofErr w:type="spellStart"/>
      <w:r w:rsidRPr="00677D51">
        <w:rPr>
          <w:sz w:val="18"/>
          <w:szCs w:val="18"/>
        </w:rPr>
        <w:t>ve</w:t>
      </w:r>
      <w:proofErr w:type="spellEnd"/>
      <w:r w:rsidRPr="00677D51">
        <w:rPr>
          <w:sz w:val="18"/>
          <w:szCs w:val="18"/>
        </w:rPr>
        <w:t xml:space="preserve"> </w:t>
      </w:r>
      <w:proofErr w:type="spellStart"/>
      <w:r w:rsidRPr="00677D51">
        <w:rPr>
          <w:sz w:val="18"/>
          <w:szCs w:val="18"/>
        </w:rPr>
        <w:t>öğrenci</w:t>
      </w:r>
      <w:proofErr w:type="spellEnd"/>
      <w:r w:rsidRPr="00677D51">
        <w:rPr>
          <w:sz w:val="18"/>
          <w:szCs w:val="18"/>
        </w:rPr>
        <w:t xml:space="preserve"> </w:t>
      </w:r>
      <w:proofErr w:type="spellStart"/>
      <w:r w:rsidRPr="00677D51">
        <w:rPr>
          <w:sz w:val="18"/>
          <w:szCs w:val="18"/>
        </w:rPr>
        <w:t>etkinlik</w:t>
      </w:r>
      <w:proofErr w:type="spellEnd"/>
      <w:r w:rsidRPr="00677D51">
        <w:rPr>
          <w:sz w:val="18"/>
          <w:szCs w:val="18"/>
        </w:rPr>
        <w:t>/</w:t>
      </w:r>
      <w:proofErr w:type="spellStart"/>
      <w:r w:rsidRPr="00677D51">
        <w:rPr>
          <w:sz w:val="18"/>
          <w:szCs w:val="18"/>
        </w:rPr>
        <w:t>dinlenme</w:t>
      </w:r>
      <w:proofErr w:type="spellEnd"/>
      <w:r w:rsidRPr="00677D51">
        <w:rPr>
          <w:sz w:val="18"/>
          <w:szCs w:val="18"/>
        </w:rPr>
        <w:t xml:space="preserve"> </w:t>
      </w:r>
      <w:proofErr w:type="spellStart"/>
      <w:r w:rsidRPr="00677D51">
        <w:rPr>
          <w:sz w:val="18"/>
          <w:szCs w:val="18"/>
        </w:rPr>
        <w:t>alanlarını</w:t>
      </w:r>
      <w:proofErr w:type="spellEnd"/>
      <w:r w:rsidRPr="00677D51">
        <w:rPr>
          <w:sz w:val="18"/>
          <w:szCs w:val="18"/>
        </w:rPr>
        <w:t xml:space="preserve"> </w:t>
      </w:r>
      <w:proofErr w:type="spellStart"/>
      <w:r w:rsidRPr="00677D51">
        <w:rPr>
          <w:sz w:val="18"/>
          <w:szCs w:val="18"/>
        </w:rPr>
        <w:t>kapsamaktadır</w:t>
      </w:r>
      <w:proofErr w:type="spellEnd"/>
      <w:r>
        <w:t>.</w:t>
      </w:r>
    </w:p>
    <w:p w:rsidR="00E24BA4" w:rsidRDefault="00E24BA4" w:rsidP="00E24BA4"/>
    <w:p w:rsidR="00E24BA4" w:rsidRDefault="00E24BA4" w:rsidP="00E24BA4">
      <w:proofErr w:type="spellStart"/>
      <w:r w:rsidRPr="00A354ED">
        <w:t>Hizmet</w:t>
      </w:r>
      <w:proofErr w:type="spellEnd"/>
      <w:r>
        <w:t xml:space="preserve"> </w:t>
      </w:r>
      <w:proofErr w:type="spellStart"/>
      <w:r>
        <w:t>Alanları</w:t>
      </w:r>
      <w:proofErr w:type="spellEnd"/>
    </w:p>
    <w:tbl>
      <w:tblPr>
        <w:tblW w:w="892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98"/>
        <w:gridCol w:w="1458"/>
        <w:gridCol w:w="1985"/>
        <w:gridCol w:w="2785"/>
      </w:tblGrid>
      <w:tr w:rsidR="00E24BA4" w:rsidRPr="00DC61EC" w:rsidTr="009D611D">
        <w:trPr>
          <w:tblHeader/>
          <w:tblCellSpacing w:w="15" w:type="dxa"/>
        </w:trPr>
        <w:tc>
          <w:tcPr>
            <w:tcW w:w="2653" w:type="dxa"/>
            <w:shd w:val="clear" w:color="auto" w:fill="B99C71"/>
            <w:vAlign w:val="center"/>
            <w:hideMark/>
          </w:tcPr>
          <w:p w:rsidR="00E24BA4" w:rsidRPr="00DC61EC" w:rsidRDefault="00E24BA4" w:rsidP="009D611D">
            <w:pPr>
              <w:pStyle w:val="Stil4"/>
            </w:pPr>
            <w:r w:rsidRPr="00DC61EC">
              <w:t>Hizmet Alanı</w:t>
            </w:r>
          </w:p>
        </w:tc>
        <w:tc>
          <w:tcPr>
            <w:tcW w:w="1428" w:type="dxa"/>
            <w:shd w:val="clear" w:color="auto" w:fill="B99C71"/>
            <w:vAlign w:val="center"/>
            <w:hideMark/>
          </w:tcPr>
          <w:p w:rsidR="00E24BA4" w:rsidRPr="00DC61EC" w:rsidRDefault="00E24BA4" w:rsidP="009D611D">
            <w:pPr>
              <w:pStyle w:val="Stil4"/>
            </w:pPr>
            <w:r w:rsidRPr="00DC61EC">
              <w:t xml:space="preserve">Ofis Sayısı </w:t>
            </w:r>
          </w:p>
        </w:tc>
        <w:tc>
          <w:tcPr>
            <w:tcW w:w="1955" w:type="dxa"/>
            <w:shd w:val="clear" w:color="auto" w:fill="B99C71"/>
            <w:vAlign w:val="center"/>
          </w:tcPr>
          <w:p w:rsidR="00E24BA4" w:rsidRPr="00DC61EC" w:rsidRDefault="00E24BA4" w:rsidP="009D611D">
            <w:pPr>
              <w:pStyle w:val="Stil4"/>
            </w:pPr>
            <w:r w:rsidRPr="00DC61EC">
              <w:t>Kullanan Kişi Sayısı</w:t>
            </w:r>
          </w:p>
        </w:tc>
        <w:tc>
          <w:tcPr>
            <w:tcW w:w="2740" w:type="dxa"/>
            <w:shd w:val="clear" w:color="auto" w:fill="B99C71"/>
            <w:vAlign w:val="center"/>
            <w:hideMark/>
          </w:tcPr>
          <w:p w:rsidR="00E24BA4" w:rsidRPr="00DC61EC" w:rsidRDefault="00E24BA4" w:rsidP="009D611D">
            <w:pPr>
              <w:pStyle w:val="Stil4"/>
            </w:pPr>
            <w:r w:rsidRPr="00DC61EC">
              <w:t>Alan (m²)</w:t>
            </w:r>
          </w:p>
        </w:tc>
      </w:tr>
      <w:tr w:rsidR="00E24BA4" w:rsidRPr="00DC61EC" w:rsidTr="009D611D">
        <w:trPr>
          <w:tblCellSpacing w:w="15" w:type="dxa"/>
        </w:trPr>
        <w:tc>
          <w:tcPr>
            <w:tcW w:w="2653" w:type="dxa"/>
            <w:vAlign w:val="center"/>
            <w:hideMark/>
          </w:tcPr>
          <w:p w:rsidR="00E24BA4" w:rsidRPr="00DC61EC" w:rsidRDefault="00E24BA4" w:rsidP="009D611D">
            <w:pPr>
              <w:pStyle w:val="Stil4"/>
            </w:pPr>
            <w:r w:rsidRPr="00DC61EC">
              <w:t>Akademik Personel</w:t>
            </w:r>
          </w:p>
        </w:tc>
        <w:tc>
          <w:tcPr>
            <w:tcW w:w="1428" w:type="dxa"/>
            <w:vAlign w:val="center"/>
          </w:tcPr>
          <w:p w:rsidR="00E24BA4" w:rsidRPr="00DC61EC" w:rsidRDefault="00E24BA4" w:rsidP="009D611D">
            <w:pPr>
              <w:pStyle w:val="Stil4"/>
            </w:pPr>
          </w:p>
        </w:tc>
        <w:tc>
          <w:tcPr>
            <w:tcW w:w="1955" w:type="dxa"/>
            <w:vAlign w:val="center"/>
          </w:tcPr>
          <w:p w:rsidR="00E24BA4" w:rsidRPr="00DC61EC" w:rsidRDefault="00E24BA4" w:rsidP="009D611D">
            <w:pPr>
              <w:pStyle w:val="Stil4"/>
            </w:pPr>
          </w:p>
        </w:tc>
        <w:tc>
          <w:tcPr>
            <w:tcW w:w="2740" w:type="dxa"/>
            <w:vAlign w:val="center"/>
            <w:hideMark/>
          </w:tcPr>
          <w:p w:rsidR="00E24BA4" w:rsidRPr="00DC61EC" w:rsidRDefault="00E24BA4" w:rsidP="009D611D">
            <w:pPr>
              <w:pStyle w:val="Stil4"/>
            </w:pPr>
            <w:r w:rsidRPr="00DC61EC">
              <w:t>…</w:t>
            </w:r>
          </w:p>
        </w:tc>
      </w:tr>
      <w:tr w:rsidR="00E24BA4" w:rsidRPr="00DC61EC" w:rsidTr="009D611D">
        <w:trPr>
          <w:tblCellSpacing w:w="15" w:type="dxa"/>
        </w:trPr>
        <w:tc>
          <w:tcPr>
            <w:tcW w:w="2653" w:type="dxa"/>
            <w:vAlign w:val="center"/>
          </w:tcPr>
          <w:p w:rsidR="00E24BA4" w:rsidRPr="00DC61EC" w:rsidRDefault="00E24BA4" w:rsidP="009D611D">
            <w:pPr>
              <w:pStyle w:val="Stil4"/>
            </w:pPr>
            <w:r w:rsidRPr="00DC61EC">
              <w:t>İdari Personel</w:t>
            </w:r>
          </w:p>
        </w:tc>
        <w:tc>
          <w:tcPr>
            <w:tcW w:w="1428" w:type="dxa"/>
            <w:vAlign w:val="center"/>
          </w:tcPr>
          <w:p w:rsidR="00E24BA4" w:rsidRPr="00DC61EC" w:rsidRDefault="00E24BA4" w:rsidP="009D611D">
            <w:pPr>
              <w:pStyle w:val="Stil4"/>
            </w:pPr>
          </w:p>
        </w:tc>
        <w:tc>
          <w:tcPr>
            <w:tcW w:w="1955" w:type="dxa"/>
            <w:vAlign w:val="center"/>
          </w:tcPr>
          <w:p w:rsidR="00E24BA4" w:rsidRPr="00DC61EC" w:rsidRDefault="00E24BA4" w:rsidP="009D611D">
            <w:pPr>
              <w:pStyle w:val="Stil4"/>
            </w:pPr>
          </w:p>
        </w:tc>
        <w:tc>
          <w:tcPr>
            <w:tcW w:w="2740" w:type="dxa"/>
            <w:vAlign w:val="center"/>
            <w:hideMark/>
          </w:tcPr>
          <w:p w:rsidR="00E24BA4" w:rsidRPr="00DC61EC" w:rsidRDefault="00E24BA4" w:rsidP="009D611D">
            <w:pPr>
              <w:pStyle w:val="Stil4"/>
            </w:pPr>
            <w:r w:rsidRPr="00DC61EC">
              <w:t>…</w:t>
            </w:r>
          </w:p>
        </w:tc>
      </w:tr>
    </w:tbl>
    <w:p w:rsidR="00E24BA4" w:rsidRDefault="00E24BA4" w:rsidP="00E24BA4"/>
    <w:p w:rsidR="00E24BA4" w:rsidRDefault="00E24BA4" w:rsidP="00E24BA4"/>
    <w:p w:rsidR="00E24BA4" w:rsidRPr="00AE69E5" w:rsidRDefault="00E24BA4" w:rsidP="00E24BA4">
      <w:proofErr w:type="spellStart"/>
      <w:r w:rsidRPr="00AE69E5">
        <w:t>Diğer</w:t>
      </w:r>
      <w:proofErr w:type="spellEnd"/>
      <w:r w:rsidRPr="00AE69E5">
        <w:t xml:space="preserve"> </w:t>
      </w:r>
      <w:proofErr w:type="spellStart"/>
      <w:r w:rsidRPr="00AE69E5">
        <w:t>Alanlar</w:t>
      </w:r>
      <w:proofErr w:type="spellEnd"/>
    </w:p>
    <w:tbl>
      <w:tblPr>
        <w:tblW w:w="892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98"/>
        <w:gridCol w:w="1458"/>
        <w:gridCol w:w="1985"/>
        <w:gridCol w:w="2785"/>
      </w:tblGrid>
      <w:tr w:rsidR="00E24BA4" w:rsidRPr="00E03019" w:rsidTr="009D611D">
        <w:trPr>
          <w:tblHeader/>
          <w:tblCellSpacing w:w="15" w:type="dxa"/>
        </w:trPr>
        <w:tc>
          <w:tcPr>
            <w:tcW w:w="2653" w:type="dxa"/>
            <w:shd w:val="clear" w:color="auto" w:fill="B99C71"/>
            <w:vAlign w:val="center"/>
            <w:hideMark/>
          </w:tcPr>
          <w:p w:rsidR="00E24BA4" w:rsidRPr="00E03019" w:rsidRDefault="00E24BA4" w:rsidP="009D611D">
            <w:pPr>
              <w:pStyle w:val="Stil4"/>
            </w:pPr>
            <w:r>
              <w:t>Hizmet Alanı</w:t>
            </w:r>
          </w:p>
        </w:tc>
        <w:tc>
          <w:tcPr>
            <w:tcW w:w="1428" w:type="dxa"/>
            <w:shd w:val="clear" w:color="auto" w:fill="B99C71"/>
            <w:vAlign w:val="center"/>
            <w:hideMark/>
          </w:tcPr>
          <w:p w:rsidR="00E24BA4" w:rsidRPr="00E03019" w:rsidRDefault="00E24BA4" w:rsidP="009D611D">
            <w:pPr>
              <w:pStyle w:val="Stil4"/>
            </w:pPr>
            <w:r>
              <w:t xml:space="preserve">Ofis Sayısı </w:t>
            </w:r>
          </w:p>
        </w:tc>
        <w:tc>
          <w:tcPr>
            <w:tcW w:w="1955" w:type="dxa"/>
            <w:shd w:val="clear" w:color="auto" w:fill="B99C71"/>
            <w:vAlign w:val="center"/>
          </w:tcPr>
          <w:p w:rsidR="00E24BA4" w:rsidRPr="00E03019" w:rsidRDefault="00E24BA4" w:rsidP="009D611D">
            <w:pPr>
              <w:pStyle w:val="Stil4"/>
            </w:pPr>
            <w:r>
              <w:t>Kullanan Kişi Sayısı</w:t>
            </w:r>
          </w:p>
        </w:tc>
        <w:tc>
          <w:tcPr>
            <w:tcW w:w="2740" w:type="dxa"/>
            <w:shd w:val="clear" w:color="auto" w:fill="B99C71"/>
            <w:vAlign w:val="center"/>
            <w:hideMark/>
          </w:tcPr>
          <w:p w:rsidR="00E24BA4" w:rsidRPr="00E03019" w:rsidRDefault="00E24BA4" w:rsidP="009D611D">
            <w:pPr>
              <w:pStyle w:val="Stil4"/>
            </w:pPr>
            <w:r w:rsidRPr="00897A2E">
              <w:t>Alan (</w:t>
            </w:r>
            <w:r w:rsidRPr="00897A2E">
              <w:rPr>
                <w:spacing w:val="-4"/>
              </w:rPr>
              <w:t>m²)</w:t>
            </w:r>
          </w:p>
        </w:tc>
      </w:tr>
      <w:tr w:rsidR="00E24BA4" w:rsidRPr="00E03019" w:rsidTr="009D611D">
        <w:trPr>
          <w:tblCellSpacing w:w="15" w:type="dxa"/>
        </w:trPr>
        <w:tc>
          <w:tcPr>
            <w:tcW w:w="2653" w:type="dxa"/>
            <w:vAlign w:val="center"/>
            <w:hideMark/>
          </w:tcPr>
          <w:p w:rsidR="00E24BA4" w:rsidRPr="00E03019" w:rsidRDefault="00E24BA4" w:rsidP="009D611D">
            <w:pPr>
              <w:pStyle w:val="Stil4"/>
            </w:pPr>
            <w:r>
              <w:t>Ambar Alanları</w:t>
            </w:r>
          </w:p>
        </w:tc>
        <w:tc>
          <w:tcPr>
            <w:tcW w:w="1428" w:type="dxa"/>
            <w:vAlign w:val="center"/>
          </w:tcPr>
          <w:p w:rsidR="00E24BA4" w:rsidRPr="00E03019" w:rsidRDefault="00E24BA4" w:rsidP="009D611D">
            <w:pPr>
              <w:pStyle w:val="Stil4"/>
            </w:pPr>
          </w:p>
        </w:tc>
        <w:tc>
          <w:tcPr>
            <w:tcW w:w="1955" w:type="dxa"/>
            <w:vAlign w:val="center"/>
          </w:tcPr>
          <w:p w:rsidR="00E24BA4" w:rsidRPr="00E03019" w:rsidRDefault="00E24BA4" w:rsidP="009D611D">
            <w:pPr>
              <w:pStyle w:val="Stil4"/>
            </w:pPr>
          </w:p>
        </w:tc>
        <w:tc>
          <w:tcPr>
            <w:tcW w:w="2740" w:type="dxa"/>
            <w:vAlign w:val="center"/>
            <w:hideMark/>
          </w:tcPr>
          <w:p w:rsidR="00E24BA4" w:rsidRPr="00E03019" w:rsidRDefault="00E24BA4" w:rsidP="009D611D">
            <w:pPr>
              <w:pStyle w:val="Stil4"/>
            </w:pPr>
            <w:r w:rsidRPr="00E03019">
              <w:t>…</w:t>
            </w:r>
          </w:p>
        </w:tc>
      </w:tr>
      <w:tr w:rsidR="00E24BA4" w:rsidRPr="00E03019" w:rsidTr="009D611D">
        <w:trPr>
          <w:tblCellSpacing w:w="15" w:type="dxa"/>
        </w:trPr>
        <w:tc>
          <w:tcPr>
            <w:tcW w:w="2653" w:type="dxa"/>
            <w:vAlign w:val="center"/>
          </w:tcPr>
          <w:p w:rsidR="00E24BA4" w:rsidRPr="00E03019" w:rsidRDefault="00E24BA4" w:rsidP="009D611D">
            <w:pPr>
              <w:pStyle w:val="Stil4"/>
            </w:pPr>
            <w:r>
              <w:t>Arşiv Alanları</w:t>
            </w:r>
          </w:p>
        </w:tc>
        <w:tc>
          <w:tcPr>
            <w:tcW w:w="1428" w:type="dxa"/>
            <w:vAlign w:val="center"/>
          </w:tcPr>
          <w:p w:rsidR="00E24BA4" w:rsidRPr="00E03019" w:rsidRDefault="00E24BA4" w:rsidP="009D611D">
            <w:pPr>
              <w:pStyle w:val="Stil4"/>
            </w:pPr>
          </w:p>
        </w:tc>
        <w:tc>
          <w:tcPr>
            <w:tcW w:w="1955" w:type="dxa"/>
            <w:vAlign w:val="center"/>
          </w:tcPr>
          <w:p w:rsidR="00E24BA4" w:rsidRPr="00E03019" w:rsidRDefault="00E24BA4" w:rsidP="009D611D">
            <w:pPr>
              <w:pStyle w:val="Stil4"/>
            </w:pPr>
          </w:p>
        </w:tc>
        <w:tc>
          <w:tcPr>
            <w:tcW w:w="2740" w:type="dxa"/>
            <w:vAlign w:val="center"/>
            <w:hideMark/>
          </w:tcPr>
          <w:p w:rsidR="00E24BA4" w:rsidRPr="00E03019" w:rsidRDefault="00E24BA4" w:rsidP="009D611D">
            <w:pPr>
              <w:pStyle w:val="Stil4"/>
            </w:pPr>
            <w:r w:rsidRPr="00E03019">
              <w:t>…</w:t>
            </w:r>
          </w:p>
        </w:tc>
      </w:tr>
      <w:tr w:rsidR="00E24BA4" w:rsidRPr="00E03019" w:rsidTr="009D611D">
        <w:trPr>
          <w:tblCellSpacing w:w="15" w:type="dxa"/>
        </w:trPr>
        <w:tc>
          <w:tcPr>
            <w:tcW w:w="2653" w:type="dxa"/>
            <w:vAlign w:val="center"/>
          </w:tcPr>
          <w:p w:rsidR="00E24BA4" w:rsidRDefault="00E24BA4" w:rsidP="009D611D">
            <w:pPr>
              <w:pStyle w:val="Stil4"/>
            </w:pPr>
            <w:r>
              <w:t>Depo, Hangar ve Çeşitli Tamirat Atölyeleri</w:t>
            </w:r>
          </w:p>
        </w:tc>
        <w:tc>
          <w:tcPr>
            <w:tcW w:w="1428" w:type="dxa"/>
            <w:vAlign w:val="center"/>
          </w:tcPr>
          <w:p w:rsidR="00E24BA4" w:rsidRPr="00E03019" w:rsidRDefault="00E24BA4" w:rsidP="009D611D">
            <w:pPr>
              <w:pStyle w:val="Stil4"/>
            </w:pPr>
          </w:p>
        </w:tc>
        <w:tc>
          <w:tcPr>
            <w:tcW w:w="1955" w:type="dxa"/>
            <w:vAlign w:val="center"/>
          </w:tcPr>
          <w:p w:rsidR="00E24BA4" w:rsidRPr="00E03019" w:rsidRDefault="00E24BA4" w:rsidP="009D611D">
            <w:pPr>
              <w:pStyle w:val="Stil4"/>
            </w:pPr>
          </w:p>
        </w:tc>
        <w:tc>
          <w:tcPr>
            <w:tcW w:w="2740" w:type="dxa"/>
            <w:vAlign w:val="center"/>
          </w:tcPr>
          <w:p w:rsidR="00E24BA4" w:rsidRPr="00E03019" w:rsidRDefault="00E24BA4" w:rsidP="009D611D">
            <w:pPr>
              <w:pStyle w:val="Stil4"/>
            </w:pPr>
          </w:p>
        </w:tc>
      </w:tr>
    </w:tbl>
    <w:p w:rsidR="00E24BA4" w:rsidRPr="000C0E61" w:rsidRDefault="00E24BA4" w:rsidP="00E24BA4">
      <w:pPr>
        <w:rPr>
          <w:rFonts w:cs="Times New Roman"/>
        </w:rPr>
      </w:pPr>
    </w:p>
    <w:p w:rsidR="00E24BA4" w:rsidRDefault="00E24BA4" w:rsidP="00E24BA4">
      <w:pPr>
        <w:rPr>
          <w:rFonts w:cs="Times New Roman"/>
        </w:rPr>
      </w:pPr>
    </w:p>
    <w:p w:rsidR="00E24BA4" w:rsidRPr="00E03019" w:rsidRDefault="00E24BA4" w:rsidP="00E24BA4">
      <w:pPr>
        <w:pStyle w:val="Stil2"/>
      </w:pPr>
      <w:bookmarkStart w:id="12" w:name="_Toc217311498"/>
      <w:r>
        <w:t>2</w:t>
      </w:r>
      <w:r w:rsidRPr="00E03019">
        <w:t xml:space="preserve">. </w:t>
      </w:r>
      <w:r>
        <w:t>Teşkilat Şeması</w:t>
      </w:r>
      <w:bookmarkEnd w:id="12"/>
    </w:p>
    <w:p w:rsidR="00E24BA4" w:rsidRPr="000C0E61" w:rsidRDefault="00E24BA4" w:rsidP="00E24BA4">
      <w:pPr>
        <w:rPr>
          <w:rFonts w:cs="Times New Roman"/>
        </w:rPr>
      </w:pPr>
    </w:p>
    <w:p w:rsidR="00E24BA4" w:rsidRPr="000C0E61" w:rsidRDefault="00E24BA4" w:rsidP="00E24BA4">
      <w:pPr>
        <w:shd w:val="clear" w:color="auto" w:fill="FFFFFF"/>
        <w:tabs>
          <w:tab w:val="left" w:pos="0"/>
        </w:tabs>
        <w:ind w:firstLine="357"/>
        <w:rPr>
          <w:color w:val="000000"/>
          <w:sz w:val="24"/>
          <w:szCs w:val="24"/>
        </w:rPr>
      </w:pPr>
      <w:bookmarkStart w:id="13" w:name="_Hlk186025341"/>
    </w:p>
    <w:bookmarkEnd w:id="13"/>
    <w:p w:rsidR="00E24BA4" w:rsidRPr="000C0E61" w:rsidRDefault="00E24BA4" w:rsidP="00E24BA4">
      <w:pPr>
        <w:rPr>
          <w:rFonts w:cs="Times New Roman"/>
        </w:rPr>
      </w:pPr>
      <w:r w:rsidRPr="00680F5B">
        <w:rPr>
          <w:noProof/>
          <w:color w:val="FF0000"/>
          <w:sz w:val="24"/>
          <w:szCs w:val="24"/>
          <w:lang w:val="tr-TR" w:eastAsia="tr-TR"/>
        </w:rPr>
        <w:drawing>
          <wp:inline distT="0" distB="0" distL="0" distR="0" wp14:anchorId="3A324BCA" wp14:editId="3692493E">
            <wp:extent cx="3943900" cy="2981741"/>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43900" cy="2981741"/>
                    </a:xfrm>
                    <a:prstGeom prst="rect">
                      <a:avLst/>
                    </a:prstGeom>
                  </pic:spPr>
                </pic:pic>
              </a:graphicData>
            </a:graphic>
          </wp:inline>
        </w:drawing>
      </w:r>
      <w:proofErr w:type="spellStart"/>
      <w:r w:rsidRPr="000C0E61">
        <w:rPr>
          <w:color w:val="FF0000"/>
          <w:sz w:val="24"/>
          <w:szCs w:val="24"/>
        </w:rPr>
        <w:t>Örnektir</w:t>
      </w:r>
      <w:proofErr w:type="spellEnd"/>
    </w:p>
    <w:p w:rsidR="00E24BA4" w:rsidRPr="000C0E61" w:rsidRDefault="00E24BA4" w:rsidP="00E24BA4">
      <w:pPr>
        <w:rPr>
          <w:rFonts w:cs="Times New Roman"/>
        </w:rPr>
      </w:pPr>
    </w:p>
    <w:p w:rsidR="00E24BA4" w:rsidRPr="000C0E61" w:rsidRDefault="00E24BA4" w:rsidP="00E24BA4">
      <w:pPr>
        <w:rPr>
          <w:rFonts w:cs="Times New Roman"/>
        </w:rPr>
      </w:pPr>
    </w:p>
    <w:p w:rsidR="00E24BA4" w:rsidRPr="00881D3E" w:rsidRDefault="00E24BA4" w:rsidP="00E24BA4">
      <w:pPr>
        <w:rPr>
          <w:i/>
        </w:rPr>
      </w:pPr>
      <w:proofErr w:type="spellStart"/>
      <w:r w:rsidRPr="00881D3E">
        <w:rPr>
          <w:i/>
          <w:iCs/>
          <w:sz w:val="24"/>
          <w:szCs w:val="24"/>
          <w:highlight w:val="yellow"/>
        </w:rPr>
        <w:t>Açıklama</w:t>
      </w:r>
      <w:proofErr w:type="spellEnd"/>
      <w:r w:rsidRPr="00881D3E">
        <w:rPr>
          <w:i/>
          <w:iCs/>
          <w:sz w:val="24"/>
          <w:szCs w:val="24"/>
          <w:highlight w:val="yellow"/>
        </w:rPr>
        <w:t xml:space="preserve">: </w:t>
      </w:r>
      <w:proofErr w:type="spellStart"/>
      <w:r w:rsidRPr="00881D3E">
        <w:rPr>
          <w:i/>
          <w:highlight w:val="yellow"/>
        </w:rPr>
        <w:t>Birim</w:t>
      </w:r>
      <w:proofErr w:type="spellEnd"/>
      <w:r w:rsidRPr="00881D3E">
        <w:rPr>
          <w:i/>
          <w:highlight w:val="yellow"/>
        </w:rPr>
        <w:t xml:space="preserve"> </w:t>
      </w:r>
      <w:proofErr w:type="spellStart"/>
      <w:r w:rsidRPr="00881D3E">
        <w:rPr>
          <w:i/>
          <w:highlight w:val="yellow"/>
        </w:rPr>
        <w:t>organizasyon</w:t>
      </w:r>
      <w:proofErr w:type="spellEnd"/>
      <w:r w:rsidRPr="00881D3E">
        <w:rPr>
          <w:i/>
          <w:highlight w:val="yellow"/>
        </w:rPr>
        <w:t xml:space="preserve"> </w:t>
      </w:r>
      <w:proofErr w:type="spellStart"/>
      <w:r w:rsidRPr="00881D3E">
        <w:rPr>
          <w:i/>
          <w:highlight w:val="yellow"/>
        </w:rPr>
        <w:t>şeması</w:t>
      </w:r>
      <w:proofErr w:type="spellEnd"/>
      <w:r w:rsidRPr="00881D3E">
        <w:rPr>
          <w:i/>
          <w:highlight w:val="yellow"/>
        </w:rPr>
        <w:t xml:space="preserve">, alt </w:t>
      </w:r>
      <w:proofErr w:type="spellStart"/>
      <w:r w:rsidRPr="00881D3E">
        <w:rPr>
          <w:i/>
          <w:highlight w:val="yellow"/>
        </w:rPr>
        <w:t>birimler</w:t>
      </w:r>
      <w:proofErr w:type="spellEnd"/>
      <w:r w:rsidRPr="00881D3E">
        <w:rPr>
          <w:i/>
          <w:highlight w:val="yellow"/>
        </w:rPr>
        <w:t xml:space="preserve"> </w:t>
      </w:r>
      <w:proofErr w:type="spellStart"/>
      <w:r w:rsidRPr="00881D3E">
        <w:rPr>
          <w:i/>
          <w:highlight w:val="yellow"/>
        </w:rPr>
        <w:t>ve</w:t>
      </w:r>
      <w:proofErr w:type="spellEnd"/>
      <w:r w:rsidRPr="00881D3E">
        <w:rPr>
          <w:i/>
          <w:highlight w:val="yellow"/>
        </w:rPr>
        <w:t xml:space="preserve"> </w:t>
      </w:r>
      <w:proofErr w:type="spellStart"/>
      <w:r w:rsidRPr="00881D3E">
        <w:rPr>
          <w:i/>
          <w:highlight w:val="yellow"/>
        </w:rPr>
        <w:t>komisyonlar</w:t>
      </w:r>
      <w:proofErr w:type="spellEnd"/>
      <w:r w:rsidRPr="00881D3E">
        <w:rPr>
          <w:i/>
          <w:highlight w:val="yellow"/>
        </w:rPr>
        <w:t xml:space="preserve"> </w:t>
      </w:r>
      <w:proofErr w:type="spellStart"/>
      <w:r w:rsidRPr="00881D3E">
        <w:rPr>
          <w:i/>
          <w:highlight w:val="yellow"/>
        </w:rPr>
        <w:t>özetlenir</w:t>
      </w:r>
      <w:proofErr w:type="spellEnd"/>
      <w:r w:rsidRPr="00881D3E">
        <w:rPr>
          <w:i/>
          <w:highlight w:val="yellow"/>
        </w:rPr>
        <w:t xml:space="preserve">. </w:t>
      </w:r>
      <w:proofErr w:type="spellStart"/>
      <w:r w:rsidRPr="00881D3E">
        <w:rPr>
          <w:i/>
          <w:highlight w:val="yellow"/>
        </w:rPr>
        <w:t>İstenirse</w:t>
      </w:r>
      <w:proofErr w:type="spellEnd"/>
      <w:r w:rsidRPr="00881D3E">
        <w:rPr>
          <w:i/>
          <w:highlight w:val="yellow"/>
        </w:rPr>
        <w:t xml:space="preserve"> </w:t>
      </w:r>
      <w:proofErr w:type="spellStart"/>
      <w:r w:rsidRPr="00881D3E">
        <w:rPr>
          <w:i/>
          <w:highlight w:val="yellow"/>
        </w:rPr>
        <w:t>şema</w:t>
      </w:r>
      <w:proofErr w:type="spellEnd"/>
      <w:r w:rsidRPr="00881D3E">
        <w:rPr>
          <w:i/>
          <w:highlight w:val="yellow"/>
        </w:rPr>
        <w:t xml:space="preserve"> </w:t>
      </w:r>
      <w:proofErr w:type="spellStart"/>
      <w:r w:rsidRPr="00881D3E">
        <w:rPr>
          <w:i/>
          <w:highlight w:val="yellow"/>
        </w:rPr>
        <w:t>görseli</w:t>
      </w:r>
      <w:proofErr w:type="spellEnd"/>
      <w:r w:rsidRPr="00881D3E">
        <w:rPr>
          <w:i/>
          <w:highlight w:val="yellow"/>
        </w:rPr>
        <w:t xml:space="preserve"> </w:t>
      </w:r>
      <w:proofErr w:type="spellStart"/>
      <w:r w:rsidRPr="00881D3E">
        <w:rPr>
          <w:i/>
          <w:highlight w:val="yellow"/>
        </w:rPr>
        <w:t>eklenebilir</w:t>
      </w:r>
      <w:proofErr w:type="spellEnd"/>
      <w:r w:rsidRPr="00881D3E">
        <w:rPr>
          <w:i/>
          <w:highlight w:val="yellow"/>
        </w:rPr>
        <w:t>.</w:t>
      </w:r>
    </w:p>
    <w:p w:rsidR="00E24BA4" w:rsidRDefault="00E24BA4" w:rsidP="00E24BA4"/>
    <w:p w:rsidR="00621353" w:rsidRDefault="00621353" w:rsidP="00E24BA4"/>
    <w:p w:rsidR="00621353" w:rsidRDefault="00621353" w:rsidP="00E24BA4"/>
    <w:p w:rsidR="00621353" w:rsidRDefault="00621353" w:rsidP="00E24BA4"/>
    <w:p w:rsidR="00E24BA4" w:rsidRDefault="00E24BA4" w:rsidP="00E24BA4">
      <w:pPr>
        <w:pStyle w:val="Stil2"/>
      </w:pPr>
      <w:bookmarkStart w:id="14" w:name="_Toc153118720"/>
      <w:bookmarkStart w:id="15" w:name="_Toc153376762"/>
      <w:bookmarkStart w:id="16" w:name="_Toc217311499"/>
      <w:r w:rsidRPr="000C0E61">
        <w:lastRenderedPageBreak/>
        <w:t xml:space="preserve">3. </w:t>
      </w:r>
      <w:bookmarkStart w:id="17" w:name="_Hlk186025354"/>
      <w:r w:rsidRPr="000C0E61">
        <w:t>Teknoloji ve Bilişim Altyapısı</w:t>
      </w:r>
      <w:bookmarkEnd w:id="14"/>
      <w:bookmarkEnd w:id="15"/>
      <w:bookmarkEnd w:id="16"/>
      <w:bookmarkEnd w:id="17"/>
    </w:p>
    <w:p w:rsidR="00E24BA4" w:rsidRDefault="00E24BA4" w:rsidP="00E24BA4">
      <w:proofErr w:type="spellStart"/>
      <w:r w:rsidRPr="00AA0A8F">
        <w:t>Yazılımlar</w:t>
      </w:r>
      <w:proofErr w:type="spellEnd"/>
    </w:p>
    <w:tbl>
      <w:tblPr>
        <w:tblW w:w="893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64"/>
        <w:gridCol w:w="5767"/>
      </w:tblGrid>
      <w:tr w:rsidR="00E24BA4" w:rsidRPr="00621353" w:rsidTr="009D611D">
        <w:trPr>
          <w:tblHeader/>
          <w:tblCellSpacing w:w="15" w:type="dxa"/>
        </w:trPr>
        <w:tc>
          <w:tcPr>
            <w:tcW w:w="3119" w:type="dxa"/>
            <w:shd w:val="clear" w:color="auto" w:fill="B99C71"/>
            <w:vAlign w:val="center"/>
            <w:hideMark/>
          </w:tcPr>
          <w:p w:rsidR="00E24BA4" w:rsidRPr="00621353" w:rsidRDefault="00E24BA4" w:rsidP="00621353">
            <w:pPr>
              <w:pStyle w:val="Stil4"/>
            </w:pPr>
            <w:r w:rsidRPr="00621353">
              <w:t xml:space="preserve">Kullanılan Yazılımlar </w:t>
            </w:r>
          </w:p>
        </w:tc>
        <w:tc>
          <w:tcPr>
            <w:tcW w:w="5722" w:type="dxa"/>
            <w:shd w:val="clear" w:color="auto" w:fill="B99C71"/>
            <w:vAlign w:val="center"/>
            <w:hideMark/>
          </w:tcPr>
          <w:p w:rsidR="00E24BA4" w:rsidRPr="00621353" w:rsidRDefault="00E24BA4" w:rsidP="00621353">
            <w:pPr>
              <w:pStyle w:val="Stil4"/>
            </w:pPr>
            <w:r w:rsidRPr="00621353">
              <w:t>Açıklama</w:t>
            </w:r>
          </w:p>
        </w:tc>
      </w:tr>
      <w:tr w:rsidR="00E24BA4" w:rsidRPr="00621353" w:rsidTr="009D611D">
        <w:trPr>
          <w:tblCellSpacing w:w="15" w:type="dxa"/>
        </w:trPr>
        <w:tc>
          <w:tcPr>
            <w:tcW w:w="3119" w:type="dxa"/>
            <w:vAlign w:val="center"/>
          </w:tcPr>
          <w:p w:rsidR="00E24BA4" w:rsidRPr="00621353" w:rsidRDefault="00E24BA4" w:rsidP="00621353">
            <w:pPr>
              <w:pStyle w:val="Stil4"/>
            </w:pPr>
          </w:p>
        </w:tc>
        <w:tc>
          <w:tcPr>
            <w:tcW w:w="5722" w:type="dxa"/>
            <w:vAlign w:val="center"/>
          </w:tcPr>
          <w:p w:rsidR="00E24BA4" w:rsidRPr="00621353" w:rsidRDefault="00E24BA4" w:rsidP="00621353">
            <w:pPr>
              <w:pStyle w:val="Stil4"/>
            </w:pPr>
          </w:p>
        </w:tc>
      </w:tr>
      <w:tr w:rsidR="00E24BA4" w:rsidRPr="00621353" w:rsidTr="009D611D">
        <w:trPr>
          <w:tblCellSpacing w:w="15" w:type="dxa"/>
        </w:trPr>
        <w:tc>
          <w:tcPr>
            <w:tcW w:w="3119" w:type="dxa"/>
            <w:vAlign w:val="center"/>
          </w:tcPr>
          <w:p w:rsidR="00E24BA4" w:rsidRPr="00621353" w:rsidRDefault="00E24BA4" w:rsidP="00621353">
            <w:pPr>
              <w:pStyle w:val="Stil4"/>
            </w:pPr>
          </w:p>
        </w:tc>
        <w:tc>
          <w:tcPr>
            <w:tcW w:w="5722" w:type="dxa"/>
            <w:vAlign w:val="center"/>
          </w:tcPr>
          <w:p w:rsidR="00E24BA4" w:rsidRPr="00621353" w:rsidRDefault="00E24BA4" w:rsidP="00621353">
            <w:pPr>
              <w:pStyle w:val="Stil4"/>
            </w:pPr>
          </w:p>
        </w:tc>
      </w:tr>
      <w:tr w:rsidR="00E24BA4" w:rsidRPr="00621353" w:rsidTr="009D611D">
        <w:trPr>
          <w:tblCellSpacing w:w="15" w:type="dxa"/>
        </w:trPr>
        <w:tc>
          <w:tcPr>
            <w:tcW w:w="3119" w:type="dxa"/>
            <w:vAlign w:val="center"/>
          </w:tcPr>
          <w:p w:rsidR="00E24BA4" w:rsidRPr="00621353" w:rsidRDefault="00E24BA4" w:rsidP="00621353">
            <w:pPr>
              <w:pStyle w:val="Stil4"/>
            </w:pPr>
          </w:p>
        </w:tc>
        <w:tc>
          <w:tcPr>
            <w:tcW w:w="5722" w:type="dxa"/>
            <w:vAlign w:val="center"/>
          </w:tcPr>
          <w:p w:rsidR="00E24BA4" w:rsidRPr="00621353" w:rsidRDefault="00E24BA4" w:rsidP="00621353">
            <w:pPr>
              <w:pStyle w:val="Stil4"/>
            </w:pPr>
          </w:p>
        </w:tc>
      </w:tr>
      <w:tr w:rsidR="00E24BA4" w:rsidRPr="00621353" w:rsidTr="009D611D">
        <w:trPr>
          <w:tblCellSpacing w:w="15" w:type="dxa"/>
        </w:trPr>
        <w:tc>
          <w:tcPr>
            <w:tcW w:w="3119" w:type="dxa"/>
            <w:vAlign w:val="center"/>
          </w:tcPr>
          <w:p w:rsidR="00E24BA4" w:rsidRPr="00621353" w:rsidRDefault="00E24BA4" w:rsidP="00621353">
            <w:pPr>
              <w:pStyle w:val="Stil4"/>
            </w:pPr>
          </w:p>
        </w:tc>
        <w:tc>
          <w:tcPr>
            <w:tcW w:w="5722" w:type="dxa"/>
            <w:vAlign w:val="center"/>
          </w:tcPr>
          <w:p w:rsidR="00E24BA4" w:rsidRPr="00621353" w:rsidRDefault="00E24BA4" w:rsidP="00621353">
            <w:pPr>
              <w:pStyle w:val="Stil4"/>
            </w:pPr>
          </w:p>
        </w:tc>
      </w:tr>
      <w:tr w:rsidR="00E24BA4" w:rsidRPr="00621353" w:rsidTr="009D611D">
        <w:trPr>
          <w:tblCellSpacing w:w="15" w:type="dxa"/>
        </w:trPr>
        <w:tc>
          <w:tcPr>
            <w:tcW w:w="3119" w:type="dxa"/>
            <w:vAlign w:val="center"/>
          </w:tcPr>
          <w:p w:rsidR="00E24BA4" w:rsidRPr="00621353" w:rsidRDefault="00E24BA4" w:rsidP="00621353">
            <w:pPr>
              <w:pStyle w:val="Stil4"/>
            </w:pPr>
          </w:p>
        </w:tc>
        <w:tc>
          <w:tcPr>
            <w:tcW w:w="5722" w:type="dxa"/>
            <w:vAlign w:val="center"/>
          </w:tcPr>
          <w:p w:rsidR="00E24BA4" w:rsidRPr="00621353" w:rsidRDefault="00E24BA4" w:rsidP="00621353">
            <w:pPr>
              <w:pStyle w:val="Stil4"/>
            </w:pPr>
          </w:p>
        </w:tc>
      </w:tr>
      <w:tr w:rsidR="00E24BA4" w:rsidRPr="00621353" w:rsidTr="009D611D">
        <w:trPr>
          <w:tblCellSpacing w:w="15" w:type="dxa"/>
        </w:trPr>
        <w:tc>
          <w:tcPr>
            <w:tcW w:w="3119" w:type="dxa"/>
            <w:vAlign w:val="center"/>
          </w:tcPr>
          <w:p w:rsidR="00E24BA4" w:rsidRPr="00621353" w:rsidRDefault="00E24BA4" w:rsidP="00621353">
            <w:pPr>
              <w:pStyle w:val="Stil4"/>
            </w:pPr>
          </w:p>
        </w:tc>
        <w:tc>
          <w:tcPr>
            <w:tcW w:w="5722" w:type="dxa"/>
            <w:vAlign w:val="center"/>
          </w:tcPr>
          <w:p w:rsidR="00E24BA4" w:rsidRPr="00621353" w:rsidRDefault="00E24BA4" w:rsidP="00621353">
            <w:pPr>
              <w:pStyle w:val="Stil4"/>
            </w:pPr>
          </w:p>
        </w:tc>
      </w:tr>
    </w:tbl>
    <w:p w:rsidR="00E24BA4" w:rsidRDefault="00E24BA4" w:rsidP="00E24BA4">
      <w:bookmarkStart w:id="18" w:name="_Hlk186025363"/>
    </w:p>
    <w:p w:rsidR="00E24BA4" w:rsidRDefault="00E24BA4" w:rsidP="00E24BA4">
      <w:proofErr w:type="spellStart"/>
      <w:r>
        <w:t>Teknolojik</w:t>
      </w:r>
      <w:proofErr w:type="spellEnd"/>
      <w:r>
        <w:t xml:space="preserve"> </w:t>
      </w:r>
      <w:proofErr w:type="spellStart"/>
      <w:r>
        <w:t>Kaynaklar</w:t>
      </w:r>
      <w:proofErr w:type="spellEnd"/>
    </w:p>
    <w:tbl>
      <w:tblPr>
        <w:tblW w:w="893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20"/>
        <w:gridCol w:w="4111"/>
      </w:tblGrid>
      <w:tr w:rsidR="00E24BA4" w:rsidRPr="00E03019" w:rsidTr="009D611D">
        <w:trPr>
          <w:tblHeader/>
          <w:tblCellSpacing w:w="15" w:type="dxa"/>
        </w:trPr>
        <w:tc>
          <w:tcPr>
            <w:tcW w:w="4775" w:type="dxa"/>
            <w:shd w:val="clear" w:color="auto" w:fill="B99C71"/>
            <w:vAlign w:val="center"/>
            <w:hideMark/>
          </w:tcPr>
          <w:p w:rsidR="00E24BA4" w:rsidRPr="00E03019" w:rsidRDefault="00E24BA4" w:rsidP="00621353">
            <w:pPr>
              <w:pStyle w:val="Stil4"/>
            </w:pPr>
            <w:bookmarkStart w:id="19" w:name="_Hlk186025389"/>
            <w:bookmarkEnd w:id="18"/>
            <w:r>
              <w:t>Kullanılan Teknolojik kaynaklar</w:t>
            </w:r>
          </w:p>
        </w:tc>
        <w:tc>
          <w:tcPr>
            <w:tcW w:w="4066" w:type="dxa"/>
            <w:shd w:val="clear" w:color="auto" w:fill="B99C71"/>
            <w:vAlign w:val="center"/>
            <w:hideMark/>
          </w:tcPr>
          <w:p w:rsidR="00E24BA4" w:rsidRPr="00E03019" w:rsidRDefault="00E24BA4" w:rsidP="00621353">
            <w:pPr>
              <w:pStyle w:val="Stil4"/>
            </w:pPr>
            <w:r>
              <w:t xml:space="preserve">Sayısı </w:t>
            </w:r>
          </w:p>
        </w:tc>
      </w:tr>
      <w:tr w:rsidR="00B80694" w:rsidRPr="00E03019" w:rsidTr="00B80694">
        <w:trPr>
          <w:tblCellSpacing w:w="15" w:type="dxa"/>
        </w:trPr>
        <w:tc>
          <w:tcPr>
            <w:tcW w:w="4775" w:type="dxa"/>
            <w:vAlign w:val="bottom"/>
          </w:tcPr>
          <w:p w:rsidR="00B80694" w:rsidRDefault="00B80694" w:rsidP="00621353">
            <w:pPr>
              <w:pStyle w:val="Stil4"/>
              <w:rPr>
                <w:color w:val="333333"/>
                <w:sz w:val="18"/>
                <w:szCs w:val="18"/>
              </w:rPr>
            </w:pPr>
            <w:r>
              <w:rPr>
                <w:color w:val="333333"/>
                <w:sz w:val="18"/>
                <w:szCs w:val="18"/>
              </w:rPr>
              <w:t>Dizüstü Bilgisayar</w:t>
            </w:r>
          </w:p>
        </w:tc>
        <w:tc>
          <w:tcPr>
            <w:tcW w:w="4066" w:type="dxa"/>
            <w:vAlign w:val="center"/>
          </w:tcPr>
          <w:p w:rsidR="00B80694" w:rsidRPr="00E03019" w:rsidRDefault="00B80694" w:rsidP="00621353">
            <w:pPr>
              <w:pStyle w:val="Stil4"/>
            </w:pPr>
          </w:p>
        </w:tc>
      </w:tr>
      <w:tr w:rsidR="00B80694" w:rsidRPr="00E03019" w:rsidTr="009D611D">
        <w:trPr>
          <w:tblCellSpacing w:w="15" w:type="dxa"/>
        </w:trPr>
        <w:tc>
          <w:tcPr>
            <w:tcW w:w="4775" w:type="dxa"/>
            <w:vAlign w:val="center"/>
          </w:tcPr>
          <w:p w:rsidR="00B80694" w:rsidRDefault="00B80694" w:rsidP="00621353">
            <w:pPr>
              <w:pStyle w:val="Stil4"/>
              <w:rPr>
                <w:color w:val="333333"/>
                <w:sz w:val="19"/>
                <w:szCs w:val="19"/>
              </w:rPr>
            </w:pPr>
            <w:r>
              <w:rPr>
                <w:color w:val="333333"/>
                <w:sz w:val="19"/>
                <w:szCs w:val="19"/>
              </w:rPr>
              <w:t>Masaüstü Bilgisayar</w:t>
            </w:r>
          </w:p>
        </w:tc>
        <w:tc>
          <w:tcPr>
            <w:tcW w:w="4066" w:type="dxa"/>
            <w:vAlign w:val="center"/>
          </w:tcPr>
          <w:p w:rsidR="00B80694" w:rsidRPr="00E03019" w:rsidRDefault="00B80694" w:rsidP="00621353">
            <w:pPr>
              <w:pStyle w:val="Stil4"/>
            </w:pPr>
          </w:p>
        </w:tc>
      </w:tr>
      <w:tr w:rsidR="00B80694" w:rsidRPr="00E03019" w:rsidTr="009D611D">
        <w:trPr>
          <w:tblCellSpacing w:w="15" w:type="dxa"/>
        </w:trPr>
        <w:tc>
          <w:tcPr>
            <w:tcW w:w="4775" w:type="dxa"/>
            <w:vAlign w:val="center"/>
          </w:tcPr>
          <w:p w:rsidR="00B80694" w:rsidRDefault="00B80694" w:rsidP="00621353">
            <w:pPr>
              <w:pStyle w:val="Stil4"/>
              <w:rPr>
                <w:color w:val="000000"/>
                <w:szCs w:val="20"/>
              </w:rPr>
            </w:pPr>
            <w:r>
              <w:rPr>
                <w:color w:val="000000"/>
                <w:szCs w:val="20"/>
              </w:rPr>
              <w:t>Tablet Bilgisayar</w:t>
            </w:r>
          </w:p>
        </w:tc>
        <w:tc>
          <w:tcPr>
            <w:tcW w:w="4066" w:type="dxa"/>
            <w:vAlign w:val="center"/>
          </w:tcPr>
          <w:p w:rsidR="00B80694" w:rsidRPr="00E03019" w:rsidRDefault="00B80694" w:rsidP="00621353">
            <w:pPr>
              <w:pStyle w:val="Stil4"/>
            </w:pPr>
          </w:p>
        </w:tc>
      </w:tr>
      <w:tr w:rsidR="00B80694" w:rsidRPr="00E03019" w:rsidTr="009D611D">
        <w:trPr>
          <w:tblCellSpacing w:w="15" w:type="dxa"/>
        </w:trPr>
        <w:tc>
          <w:tcPr>
            <w:tcW w:w="4775" w:type="dxa"/>
            <w:vAlign w:val="center"/>
          </w:tcPr>
          <w:p w:rsidR="00B80694" w:rsidRDefault="00B80694" w:rsidP="00621353">
            <w:pPr>
              <w:pStyle w:val="Stil4"/>
              <w:rPr>
                <w:color w:val="000000"/>
                <w:szCs w:val="20"/>
              </w:rPr>
            </w:pPr>
            <w:r>
              <w:rPr>
                <w:color w:val="000000"/>
                <w:szCs w:val="20"/>
              </w:rPr>
              <w:t>Monitor</w:t>
            </w:r>
          </w:p>
        </w:tc>
        <w:tc>
          <w:tcPr>
            <w:tcW w:w="4066" w:type="dxa"/>
            <w:vAlign w:val="center"/>
          </w:tcPr>
          <w:p w:rsidR="00B80694" w:rsidRPr="00E03019" w:rsidRDefault="00B80694" w:rsidP="00621353">
            <w:pPr>
              <w:pStyle w:val="Stil4"/>
            </w:pPr>
          </w:p>
        </w:tc>
      </w:tr>
      <w:tr w:rsidR="00B80694" w:rsidRPr="00E03019" w:rsidTr="00B80694">
        <w:trPr>
          <w:tblCellSpacing w:w="15" w:type="dxa"/>
        </w:trPr>
        <w:tc>
          <w:tcPr>
            <w:tcW w:w="4775" w:type="dxa"/>
            <w:vAlign w:val="bottom"/>
          </w:tcPr>
          <w:p w:rsidR="00B80694" w:rsidRDefault="00B80694" w:rsidP="00621353">
            <w:pPr>
              <w:pStyle w:val="Stil4"/>
              <w:rPr>
                <w:color w:val="333333"/>
                <w:sz w:val="18"/>
                <w:szCs w:val="18"/>
              </w:rPr>
            </w:pPr>
            <w:r>
              <w:rPr>
                <w:color w:val="333333"/>
                <w:sz w:val="18"/>
                <w:szCs w:val="18"/>
              </w:rPr>
              <w:t>IP Telefon</w:t>
            </w:r>
          </w:p>
        </w:tc>
        <w:tc>
          <w:tcPr>
            <w:tcW w:w="4066" w:type="dxa"/>
            <w:vAlign w:val="center"/>
          </w:tcPr>
          <w:p w:rsidR="00B80694" w:rsidRPr="00E03019" w:rsidRDefault="00B80694" w:rsidP="00621353">
            <w:pPr>
              <w:pStyle w:val="Stil4"/>
            </w:pPr>
          </w:p>
        </w:tc>
      </w:tr>
      <w:tr w:rsidR="00B80694" w:rsidRPr="00E03019" w:rsidTr="00B80694">
        <w:trPr>
          <w:tblCellSpacing w:w="15" w:type="dxa"/>
        </w:trPr>
        <w:tc>
          <w:tcPr>
            <w:tcW w:w="4775" w:type="dxa"/>
            <w:vAlign w:val="bottom"/>
          </w:tcPr>
          <w:p w:rsidR="00B80694" w:rsidRDefault="00B80694" w:rsidP="00621353">
            <w:pPr>
              <w:pStyle w:val="Stil4"/>
              <w:rPr>
                <w:color w:val="333333"/>
                <w:sz w:val="18"/>
                <w:szCs w:val="18"/>
              </w:rPr>
            </w:pPr>
            <w:r>
              <w:rPr>
                <w:color w:val="333333"/>
                <w:sz w:val="18"/>
                <w:szCs w:val="18"/>
              </w:rPr>
              <w:t>Cep Telefonu</w:t>
            </w:r>
          </w:p>
        </w:tc>
        <w:tc>
          <w:tcPr>
            <w:tcW w:w="4066" w:type="dxa"/>
            <w:vAlign w:val="center"/>
          </w:tcPr>
          <w:p w:rsidR="00B80694" w:rsidRPr="00E03019" w:rsidRDefault="00B80694" w:rsidP="00621353">
            <w:pPr>
              <w:pStyle w:val="Stil4"/>
            </w:pPr>
          </w:p>
        </w:tc>
      </w:tr>
      <w:tr w:rsidR="00B80694" w:rsidRPr="00E03019" w:rsidTr="00B80694">
        <w:trPr>
          <w:tblCellSpacing w:w="15" w:type="dxa"/>
        </w:trPr>
        <w:tc>
          <w:tcPr>
            <w:tcW w:w="4775" w:type="dxa"/>
            <w:vAlign w:val="bottom"/>
          </w:tcPr>
          <w:p w:rsidR="00B80694" w:rsidRDefault="00B80694" w:rsidP="00621353">
            <w:pPr>
              <w:pStyle w:val="Stil4"/>
              <w:rPr>
                <w:color w:val="333333"/>
                <w:sz w:val="18"/>
                <w:szCs w:val="18"/>
              </w:rPr>
            </w:pPr>
            <w:r>
              <w:rPr>
                <w:color w:val="333333"/>
                <w:sz w:val="18"/>
                <w:szCs w:val="18"/>
              </w:rPr>
              <w:t>Çok Fonksiyonlu Yazıcı</w:t>
            </w:r>
          </w:p>
        </w:tc>
        <w:tc>
          <w:tcPr>
            <w:tcW w:w="4066" w:type="dxa"/>
            <w:vAlign w:val="center"/>
          </w:tcPr>
          <w:p w:rsidR="00B80694" w:rsidRPr="00E03019" w:rsidRDefault="00B80694" w:rsidP="00621353">
            <w:pPr>
              <w:pStyle w:val="Stil4"/>
            </w:pPr>
          </w:p>
        </w:tc>
      </w:tr>
      <w:tr w:rsidR="00B80694" w:rsidRPr="00E03019" w:rsidTr="00B80694">
        <w:trPr>
          <w:tblCellSpacing w:w="15" w:type="dxa"/>
        </w:trPr>
        <w:tc>
          <w:tcPr>
            <w:tcW w:w="4775" w:type="dxa"/>
            <w:vAlign w:val="bottom"/>
          </w:tcPr>
          <w:p w:rsidR="00B80694" w:rsidRDefault="00B80694" w:rsidP="00621353">
            <w:pPr>
              <w:pStyle w:val="Stil4"/>
              <w:rPr>
                <w:color w:val="333333"/>
                <w:sz w:val="18"/>
                <w:szCs w:val="18"/>
              </w:rPr>
            </w:pPr>
            <w:r>
              <w:rPr>
                <w:color w:val="333333"/>
                <w:sz w:val="18"/>
                <w:szCs w:val="18"/>
              </w:rPr>
              <w:t>Yazıcı</w:t>
            </w:r>
          </w:p>
        </w:tc>
        <w:tc>
          <w:tcPr>
            <w:tcW w:w="4066" w:type="dxa"/>
            <w:vAlign w:val="center"/>
          </w:tcPr>
          <w:p w:rsidR="00B80694" w:rsidRPr="00E03019" w:rsidRDefault="00B80694" w:rsidP="00621353">
            <w:pPr>
              <w:pStyle w:val="Stil4"/>
            </w:pPr>
          </w:p>
        </w:tc>
      </w:tr>
      <w:tr w:rsidR="00B80694" w:rsidRPr="00E03019" w:rsidTr="00B80694">
        <w:trPr>
          <w:tblCellSpacing w:w="15" w:type="dxa"/>
        </w:trPr>
        <w:tc>
          <w:tcPr>
            <w:tcW w:w="4775" w:type="dxa"/>
            <w:vAlign w:val="bottom"/>
          </w:tcPr>
          <w:p w:rsidR="00B80694" w:rsidRDefault="00B80694" w:rsidP="00621353">
            <w:pPr>
              <w:pStyle w:val="Stil4"/>
              <w:rPr>
                <w:color w:val="333333"/>
                <w:sz w:val="18"/>
                <w:szCs w:val="18"/>
              </w:rPr>
            </w:pPr>
            <w:r>
              <w:rPr>
                <w:color w:val="333333"/>
                <w:sz w:val="18"/>
                <w:szCs w:val="18"/>
              </w:rPr>
              <w:t>Tarayıcı</w:t>
            </w:r>
          </w:p>
        </w:tc>
        <w:tc>
          <w:tcPr>
            <w:tcW w:w="4066" w:type="dxa"/>
            <w:vAlign w:val="center"/>
          </w:tcPr>
          <w:p w:rsidR="00B80694" w:rsidRPr="00E03019" w:rsidRDefault="00B80694" w:rsidP="00621353">
            <w:pPr>
              <w:pStyle w:val="Stil4"/>
            </w:pPr>
          </w:p>
        </w:tc>
      </w:tr>
      <w:tr w:rsidR="00B80694" w:rsidRPr="00E03019" w:rsidTr="00B80694">
        <w:trPr>
          <w:tblCellSpacing w:w="15" w:type="dxa"/>
        </w:trPr>
        <w:tc>
          <w:tcPr>
            <w:tcW w:w="4775" w:type="dxa"/>
            <w:vAlign w:val="bottom"/>
          </w:tcPr>
          <w:p w:rsidR="00B80694" w:rsidRDefault="00B80694" w:rsidP="00621353">
            <w:pPr>
              <w:pStyle w:val="Stil4"/>
              <w:rPr>
                <w:color w:val="333333"/>
                <w:sz w:val="18"/>
                <w:szCs w:val="18"/>
              </w:rPr>
            </w:pPr>
            <w:r>
              <w:rPr>
                <w:color w:val="333333"/>
                <w:sz w:val="18"/>
                <w:szCs w:val="18"/>
              </w:rPr>
              <w:t>Projeksiyon</w:t>
            </w:r>
          </w:p>
        </w:tc>
        <w:tc>
          <w:tcPr>
            <w:tcW w:w="4066" w:type="dxa"/>
            <w:vAlign w:val="center"/>
          </w:tcPr>
          <w:p w:rsidR="00B80694" w:rsidRPr="00E03019" w:rsidRDefault="00B80694" w:rsidP="00621353">
            <w:pPr>
              <w:pStyle w:val="Stil4"/>
            </w:pPr>
          </w:p>
        </w:tc>
      </w:tr>
      <w:tr w:rsidR="00B80694" w:rsidRPr="00E03019" w:rsidTr="00B80694">
        <w:trPr>
          <w:tblCellSpacing w:w="15" w:type="dxa"/>
        </w:trPr>
        <w:tc>
          <w:tcPr>
            <w:tcW w:w="4775" w:type="dxa"/>
            <w:vAlign w:val="bottom"/>
          </w:tcPr>
          <w:p w:rsidR="00B80694" w:rsidRDefault="00B80694" w:rsidP="00621353">
            <w:pPr>
              <w:pStyle w:val="Stil4"/>
              <w:rPr>
                <w:color w:val="333333"/>
                <w:sz w:val="18"/>
                <w:szCs w:val="18"/>
              </w:rPr>
            </w:pPr>
            <w:r>
              <w:rPr>
                <w:color w:val="333333"/>
                <w:sz w:val="18"/>
                <w:szCs w:val="18"/>
              </w:rPr>
              <w:t>El Terminali</w:t>
            </w:r>
          </w:p>
        </w:tc>
        <w:tc>
          <w:tcPr>
            <w:tcW w:w="4066" w:type="dxa"/>
            <w:vAlign w:val="center"/>
          </w:tcPr>
          <w:p w:rsidR="00B80694" w:rsidRPr="00E03019" w:rsidRDefault="00B80694" w:rsidP="00621353">
            <w:pPr>
              <w:pStyle w:val="Stil4"/>
            </w:pPr>
          </w:p>
        </w:tc>
      </w:tr>
      <w:tr w:rsidR="00B80694" w:rsidRPr="00E03019" w:rsidTr="00B80694">
        <w:trPr>
          <w:tblCellSpacing w:w="15" w:type="dxa"/>
        </w:trPr>
        <w:tc>
          <w:tcPr>
            <w:tcW w:w="4775" w:type="dxa"/>
            <w:vAlign w:val="bottom"/>
          </w:tcPr>
          <w:p w:rsidR="00B80694" w:rsidRDefault="00B80694" w:rsidP="00621353">
            <w:pPr>
              <w:pStyle w:val="Stil4"/>
              <w:rPr>
                <w:color w:val="333333"/>
                <w:sz w:val="18"/>
                <w:szCs w:val="18"/>
              </w:rPr>
            </w:pPr>
            <w:r>
              <w:rPr>
                <w:color w:val="333333"/>
                <w:sz w:val="18"/>
                <w:szCs w:val="18"/>
              </w:rPr>
              <w:t>Televizyon</w:t>
            </w:r>
          </w:p>
        </w:tc>
        <w:tc>
          <w:tcPr>
            <w:tcW w:w="4066" w:type="dxa"/>
            <w:vAlign w:val="center"/>
          </w:tcPr>
          <w:p w:rsidR="00B80694" w:rsidRPr="00E03019" w:rsidRDefault="00B80694" w:rsidP="00621353">
            <w:pPr>
              <w:pStyle w:val="Stil4"/>
            </w:pPr>
          </w:p>
        </w:tc>
      </w:tr>
      <w:tr w:rsidR="00B80694" w:rsidRPr="00E03019" w:rsidTr="00B80694">
        <w:trPr>
          <w:tblCellSpacing w:w="15" w:type="dxa"/>
        </w:trPr>
        <w:tc>
          <w:tcPr>
            <w:tcW w:w="4775" w:type="dxa"/>
            <w:vAlign w:val="bottom"/>
          </w:tcPr>
          <w:p w:rsidR="00B80694" w:rsidRDefault="00B80694" w:rsidP="00621353">
            <w:pPr>
              <w:pStyle w:val="Stil4"/>
              <w:rPr>
                <w:color w:val="333333"/>
                <w:sz w:val="18"/>
                <w:szCs w:val="18"/>
              </w:rPr>
            </w:pPr>
            <w:r>
              <w:rPr>
                <w:color w:val="333333"/>
                <w:sz w:val="18"/>
                <w:szCs w:val="18"/>
              </w:rPr>
              <w:t>Depolama Ünitesi</w:t>
            </w:r>
          </w:p>
        </w:tc>
        <w:tc>
          <w:tcPr>
            <w:tcW w:w="4066" w:type="dxa"/>
            <w:vAlign w:val="center"/>
          </w:tcPr>
          <w:p w:rsidR="00B80694" w:rsidRPr="00E03019" w:rsidRDefault="00B80694" w:rsidP="00621353">
            <w:pPr>
              <w:pStyle w:val="Stil4"/>
            </w:pPr>
          </w:p>
        </w:tc>
      </w:tr>
      <w:tr w:rsidR="00B80694" w:rsidRPr="00E03019" w:rsidTr="00B80694">
        <w:trPr>
          <w:tblCellSpacing w:w="15" w:type="dxa"/>
        </w:trPr>
        <w:tc>
          <w:tcPr>
            <w:tcW w:w="4775" w:type="dxa"/>
            <w:vAlign w:val="bottom"/>
          </w:tcPr>
          <w:p w:rsidR="00B80694" w:rsidRDefault="00B80694" w:rsidP="00621353">
            <w:pPr>
              <w:pStyle w:val="Stil4"/>
              <w:rPr>
                <w:color w:val="333333"/>
                <w:sz w:val="18"/>
                <w:szCs w:val="18"/>
              </w:rPr>
            </w:pPr>
            <w:r>
              <w:rPr>
                <w:color w:val="333333"/>
                <w:sz w:val="18"/>
                <w:szCs w:val="18"/>
              </w:rPr>
              <w:t>Sunucu</w:t>
            </w:r>
          </w:p>
        </w:tc>
        <w:tc>
          <w:tcPr>
            <w:tcW w:w="4066" w:type="dxa"/>
            <w:vAlign w:val="center"/>
          </w:tcPr>
          <w:p w:rsidR="00B80694" w:rsidRPr="00E03019" w:rsidRDefault="00B80694" w:rsidP="00621353">
            <w:pPr>
              <w:pStyle w:val="Stil4"/>
            </w:pPr>
          </w:p>
        </w:tc>
      </w:tr>
      <w:tr w:rsidR="00B80694" w:rsidRPr="00E03019" w:rsidTr="009D611D">
        <w:trPr>
          <w:tblCellSpacing w:w="15" w:type="dxa"/>
        </w:trPr>
        <w:tc>
          <w:tcPr>
            <w:tcW w:w="4775" w:type="dxa"/>
            <w:vAlign w:val="center"/>
          </w:tcPr>
          <w:p w:rsidR="00B80694" w:rsidRDefault="00B80694" w:rsidP="00621353">
            <w:pPr>
              <w:pStyle w:val="Stil4"/>
              <w:rPr>
                <w:szCs w:val="20"/>
              </w:rPr>
            </w:pPr>
            <w:r>
              <w:rPr>
                <w:szCs w:val="20"/>
              </w:rPr>
              <w:t>Kart Okuyucu</w:t>
            </w:r>
          </w:p>
        </w:tc>
        <w:tc>
          <w:tcPr>
            <w:tcW w:w="4066" w:type="dxa"/>
            <w:vAlign w:val="center"/>
          </w:tcPr>
          <w:p w:rsidR="00B80694" w:rsidRPr="00E03019" w:rsidRDefault="00B80694" w:rsidP="00621353">
            <w:pPr>
              <w:pStyle w:val="Stil4"/>
            </w:pPr>
          </w:p>
        </w:tc>
      </w:tr>
      <w:tr w:rsidR="00B80694" w:rsidRPr="00E03019" w:rsidTr="00B80694">
        <w:trPr>
          <w:tblCellSpacing w:w="15" w:type="dxa"/>
        </w:trPr>
        <w:tc>
          <w:tcPr>
            <w:tcW w:w="4775" w:type="dxa"/>
            <w:vAlign w:val="bottom"/>
          </w:tcPr>
          <w:p w:rsidR="00B80694" w:rsidRDefault="00B80694" w:rsidP="00621353">
            <w:pPr>
              <w:pStyle w:val="Stil4"/>
              <w:rPr>
                <w:color w:val="333333"/>
                <w:sz w:val="18"/>
                <w:szCs w:val="18"/>
              </w:rPr>
            </w:pPr>
            <w:r>
              <w:rPr>
                <w:color w:val="333333"/>
                <w:sz w:val="18"/>
                <w:szCs w:val="18"/>
              </w:rPr>
              <w:t>Fotokopi Makinesi</w:t>
            </w:r>
          </w:p>
        </w:tc>
        <w:tc>
          <w:tcPr>
            <w:tcW w:w="4066" w:type="dxa"/>
            <w:vAlign w:val="center"/>
          </w:tcPr>
          <w:p w:rsidR="00B80694" w:rsidRPr="00E03019" w:rsidRDefault="00B80694" w:rsidP="00621353">
            <w:pPr>
              <w:pStyle w:val="Stil4"/>
            </w:pPr>
          </w:p>
        </w:tc>
      </w:tr>
      <w:tr w:rsidR="00B80694" w:rsidRPr="00E03019" w:rsidTr="00B80694">
        <w:trPr>
          <w:tblCellSpacing w:w="15" w:type="dxa"/>
        </w:trPr>
        <w:tc>
          <w:tcPr>
            <w:tcW w:w="4775" w:type="dxa"/>
            <w:vAlign w:val="bottom"/>
          </w:tcPr>
          <w:p w:rsidR="00B80694" w:rsidRDefault="00B80694" w:rsidP="00621353">
            <w:pPr>
              <w:pStyle w:val="Stil4"/>
              <w:rPr>
                <w:color w:val="333333"/>
                <w:sz w:val="18"/>
                <w:szCs w:val="18"/>
              </w:rPr>
            </w:pPr>
            <w:r>
              <w:rPr>
                <w:color w:val="333333"/>
                <w:sz w:val="18"/>
                <w:szCs w:val="18"/>
              </w:rPr>
              <w:t>Faks</w:t>
            </w:r>
          </w:p>
        </w:tc>
        <w:tc>
          <w:tcPr>
            <w:tcW w:w="4066" w:type="dxa"/>
            <w:vAlign w:val="center"/>
          </w:tcPr>
          <w:p w:rsidR="00B80694" w:rsidRPr="00E03019" w:rsidRDefault="00B80694" w:rsidP="00621353">
            <w:pPr>
              <w:pStyle w:val="Stil4"/>
            </w:pPr>
          </w:p>
        </w:tc>
      </w:tr>
      <w:tr w:rsidR="00B80694" w:rsidRPr="00E03019" w:rsidTr="00B80694">
        <w:trPr>
          <w:tblCellSpacing w:w="15" w:type="dxa"/>
        </w:trPr>
        <w:tc>
          <w:tcPr>
            <w:tcW w:w="4775" w:type="dxa"/>
            <w:vAlign w:val="bottom"/>
          </w:tcPr>
          <w:p w:rsidR="00B80694" w:rsidRDefault="00B80694" w:rsidP="00621353">
            <w:pPr>
              <w:pStyle w:val="Stil4"/>
              <w:rPr>
                <w:color w:val="333333"/>
                <w:sz w:val="18"/>
                <w:szCs w:val="18"/>
              </w:rPr>
            </w:pPr>
            <w:r>
              <w:rPr>
                <w:color w:val="333333"/>
                <w:sz w:val="18"/>
                <w:szCs w:val="18"/>
              </w:rPr>
              <w:t>Tepegöz</w:t>
            </w:r>
          </w:p>
        </w:tc>
        <w:tc>
          <w:tcPr>
            <w:tcW w:w="4066" w:type="dxa"/>
            <w:vAlign w:val="center"/>
          </w:tcPr>
          <w:p w:rsidR="00B80694" w:rsidRPr="00E03019" w:rsidRDefault="00B80694" w:rsidP="00621353">
            <w:pPr>
              <w:pStyle w:val="Stil4"/>
            </w:pPr>
          </w:p>
        </w:tc>
      </w:tr>
      <w:tr w:rsidR="00B80694" w:rsidRPr="00E03019" w:rsidTr="00B80694">
        <w:trPr>
          <w:tblCellSpacing w:w="15" w:type="dxa"/>
        </w:trPr>
        <w:tc>
          <w:tcPr>
            <w:tcW w:w="4775" w:type="dxa"/>
            <w:vAlign w:val="bottom"/>
          </w:tcPr>
          <w:p w:rsidR="00B80694" w:rsidRDefault="00B80694" w:rsidP="00621353">
            <w:pPr>
              <w:pStyle w:val="Stil4"/>
              <w:rPr>
                <w:color w:val="333333"/>
                <w:sz w:val="18"/>
                <w:szCs w:val="18"/>
              </w:rPr>
            </w:pPr>
            <w:r>
              <w:rPr>
                <w:color w:val="333333"/>
                <w:sz w:val="18"/>
                <w:szCs w:val="18"/>
              </w:rPr>
              <w:t>Barkod Okuyucu</w:t>
            </w:r>
          </w:p>
        </w:tc>
        <w:tc>
          <w:tcPr>
            <w:tcW w:w="4066" w:type="dxa"/>
            <w:vAlign w:val="center"/>
          </w:tcPr>
          <w:p w:rsidR="00B80694" w:rsidRPr="00E03019" w:rsidRDefault="00B80694" w:rsidP="00621353">
            <w:pPr>
              <w:pStyle w:val="Stil4"/>
            </w:pPr>
          </w:p>
        </w:tc>
      </w:tr>
      <w:tr w:rsidR="00B80694" w:rsidRPr="00E03019" w:rsidTr="00B80694">
        <w:trPr>
          <w:tblCellSpacing w:w="15" w:type="dxa"/>
        </w:trPr>
        <w:tc>
          <w:tcPr>
            <w:tcW w:w="4775" w:type="dxa"/>
            <w:vAlign w:val="bottom"/>
          </w:tcPr>
          <w:p w:rsidR="00B80694" w:rsidRDefault="00B80694" w:rsidP="00621353">
            <w:pPr>
              <w:pStyle w:val="Stil4"/>
              <w:rPr>
                <w:color w:val="333333"/>
                <w:sz w:val="18"/>
                <w:szCs w:val="18"/>
              </w:rPr>
            </w:pPr>
            <w:r>
              <w:rPr>
                <w:color w:val="333333"/>
                <w:sz w:val="18"/>
                <w:szCs w:val="18"/>
              </w:rPr>
              <w:t>Güvenlik Kamerası</w:t>
            </w:r>
          </w:p>
        </w:tc>
        <w:tc>
          <w:tcPr>
            <w:tcW w:w="4066" w:type="dxa"/>
            <w:vAlign w:val="center"/>
          </w:tcPr>
          <w:p w:rsidR="00B80694" w:rsidRPr="00E03019" w:rsidRDefault="00B80694" w:rsidP="00621353">
            <w:pPr>
              <w:pStyle w:val="Stil4"/>
            </w:pPr>
          </w:p>
        </w:tc>
      </w:tr>
      <w:tr w:rsidR="00B80694" w:rsidRPr="00E03019" w:rsidTr="00B80694">
        <w:trPr>
          <w:tblCellSpacing w:w="15" w:type="dxa"/>
        </w:trPr>
        <w:tc>
          <w:tcPr>
            <w:tcW w:w="4775" w:type="dxa"/>
            <w:vAlign w:val="bottom"/>
          </w:tcPr>
          <w:p w:rsidR="00B80694" w:rsidRDefault="00B80694" w:rsidP="00621353">
            <w:pPr>
              <w:pStyle w:val="Stil4"/>
              <w:rPr>
                <w:color w:val="333333"/>
                <w:sz w:val="18"/>
                <w:szCs w:val="18"/>
              </w:rPr>
            </w:pPr>
            <w:r>
              <w:rPr>
                <w:color w:val="333333"/>
                <w:sz w:val="18"/>
                <w:szCs w:val="18"/>
              </w:rPr>
              <w:t>Klima</w:t>
            </w:r>
          </w:p>
        </w:tc>
        <w:tc>
          <w:tcPr>
            <w:tcW w:w="4066" w:type="dxa"/>
            <w:vAlign w:val="center"/>
          </w:tcPr>
          <w:p w:rsidR="00B80694" w:rsidRDefault="00B80694" w:rsidP="00621353">
            <w:pPr>
              <w:pStyle w:val="Stil4"/>
              <w:rPr>
                <w:color w:val="000000"/>
                <w:szCs w:val="20"/>
              </w:rPr>
            </w:pPr>
            <w:r>
              <w:rPr>
                <w:color w:val="000000"/>
                <w:szCs w:val="20"/>
              </w:rPr>
              <w:t> </w:t>
            </w:r>
          </w:p>
        </w:tc>
      </w:tr>
    </w:tbl>
    <w:p w:rsidR="00B80694" w:rsidRDefault="00B80694" w:rsidP="00CA5720"/>
    <w:p w:rsidR="006C02BD" w:rsidRDefault="006C02BD" w:rsidP="00E24BA4">
      <w:pPr>
        <w:rPr>
          <w:rFonts w:cs="Times New Roman"/>
        </w:rPr>
      </w:pPr>
    </w:p>
    <w:p w:rsidR="00621353" w:rsidRDefault="00621353" w:rsidP="00E24BA4">
      <w:pPr>
        <w:rPr>
          <w:rFonts w:cs="Times New Roman"/>
        </w:rPr>
      </w:pPr>
    </w:p>
    <w:p w:rsidR="00621353" w:rsidRDefault="00621353" w:rsidP="00E24BA4">
      <w:pPr>
        <w:rPr>
          <w:rFonts w:cs="Times New Roman"/>
        </w:rPr>
      </w:pPr>
    </w:p>
    <w:p w:rsidR="00E24BA4" w:rsidRPr="00E03019" w:rsidRDefault="00E24BA4" w:rsidP="00E24BA4">
      <w:pPr>
        <w:pStyle w:val="Stil2"/>
      </w:pPr>
      <w:bookmarkStart w:id="20" w:name="_Toc217311500"/>
      <w:bookmarkEnd w:id="19"/>
      <w:r>
        <w:lastRenderedPageBreak/>
        <w:t>4</w:t>
      </w:r>
      <w:r w:rsidRPr="00E03019">
        <w:t>. İnsan Kaynakları</w:t>
      </w:r>
      <w:bookmarkEnd w:id="20"/>
    </w:p>
    <w:p w:rsidR="00E24BA4" w:rsidRDefault="00E24BA4" w:rsidP="00E24BA4">
      <w:pPr>
        <w:spacing w:before="100" w:beforeAutospacing="1" w:after="100" w:afterAutospacing="1"/>
        <w:rPr>
          <w:i/>
          <w:iCs/>
          <w:sz w:val="24"/>
          <w:szCs w:val="24"/>
        </w:rPr>
      </w:pPr>
      <w:proofErr w:type="spellStart"/>
      <w:r w:rsidRPr="00471713">
        <w:rPr>
          <w:i/>
          <w:iCs/>
          <w:sz w:val="24"/>
          <w:szCs w:val="24"/>
          <w:highlight w:val="yellow"/>
        </w:rPr>
        <w:t>Açıklama</w:t>
      </w:r>
      <w:proofErr w:type="spellEnd"/>
      <w:r w:rsidRPr="00471713">
        <w:rPr>
          <w:i/>
          <w:iCs/>
          <w:sz w:val="24"/>
          <w:szCs w:val="24"/>
          <w:highlight w:val="yellow"/>
        </w:rPr>
        <w:t xml:space="preserve">: </w:t>
      </w:r>
      <w:proofErr w:type="spellStart"/>
      <w:r w:rsidRPr="00471713">
        <w:rPr>
          <w:i/>
          <w:iCs/>
          <w:sz w:val="24"/>
          <w:szCs w:val="24"/>
          <w:highlight w:val="yellow"/>
        </w:rPr>
        <w:t>Akade</w:t>
      </w:r>
      <w:r>
        <w:rPr>
          <w:i/>
          <w:iCs/>
          <w:sz w:val="24"/>
          <w:szCs w:val="24"/>
          <w:highlight w:val="yellow"/>
        </w:rPr>
        <w:t>mik</w:t>
      </w:r>
      <w:proofErr w:type="spellEnd"/>
      <w:r>
        <w:rPr>
          <w:i/>
          <w:iCs/>
          <w:sz w:val="24"/>
          <w:szCs w:val="24"/>
          <w:highlight w:val="yellow"/>
        </w:rPr>
        <w:t xml:space="preserve"> </w:t>
      </w:r>
      <w:proofErr w:type="spellStart"/>
      <w:r>
        <w:rPr>
          <w:i/>
          <w:iCs/>
          <w:sz w:val="24"/>
          <w:szCs w:val="24"/>
          <w:highlight w:val="yellow"/>
        </w:rPr>
        <w:t>ve</w:t>
      </w:r>
      <w:proofErr w:type="spellEnd"/>
      <w:r>
        <w:rPr>
          <w:i/>
          <w:iCs/>
          <w:sz w:val="24"/>
          <w:szCs w:val="24"/>
          <w:highlight w:val="yellow"/>
        </w:rPr>
        <w:t xml:space="preserve"> </w:t>
      </w:r>
      <w:proofErr w:type="spellStart"/>
      <w:r>
        <w:rPr>
          <w:i/>
          <w:iCs/>
          <w:sz w:val="24"/>
          <w:szCs w:val="24"/>
          <w:highlight w:val="yellow"/>
        </w:rPr>
        <w:t>idari</w:t>
      </w:r>
      <w:proofErr w:type="spellEnd"/>
      <w:r>
        <w:rPr>
          <w:i/>
          <w:iCs/>
          <w:sz w:val="24"/>
          <w:szCs w:val="24"/>
          <w:highlight w:val="yellow"/>
        </w:rPr>
        <w:t xml:space="preserve"> </w:t>
      </w:r>
      <w:proofErr w:type="spellStart"/>
      <w:r>
        <w:rPr>
          <w:i/>
          <w:iCs/>
          <w:sz w:val="24"/>
          <w:szCs w:val="24"/>
          <w:highlight w:val="yellow"/>
        </w:rPr>
        <w:t>personel</w:t>
      </w:r>
      <w:proofErr w:type="spellEnd"/>
      <w:r>
        <w:rPr>
          <w:i/>
          <w:iCs/>
          <w:sz w:val="24"/>
          <w:szCs w:val="24"/>
          <w:highlight w:val="yellow"/>
        </w:rPr>
        <w:t xml:space="preserve"> </w:t>
      </w:r>
      <w:proofErr w:type="spellStart"/>
      <w:r>
        <w:rPr>
          <w:i/>
          <w:iCs/>
          <w:sz w:val="24"/>
          <w:szCs w:val="24"/>
          <w:highlight w:val="yellow"/>
        </w:rPr>
        <w:t>sayıları</w:t>
      </w:r>
      <w:proofErr w:type="spellEnd"/>
      <w:r>
        <w:rPr>
          <w:i/>
          <w:iCs/>
          <w:sz w:val="24"/>
          <w:szCs w:val="24"/>
          <w:highlight w:val="yellow"/>
        </w:rPr>
        <w:t xml:space="preserve"> </w:t>
      </w:r>
      <w:proofErr w:type="spellStart"/>
      <w:r>
        <w:rPr>
          <w:i/>
          <w:iCs/>
          <w:sz w:val="24"/>
          <w:szCs w:val="24"/>
          <w:highlight w:val="yellow"/>
        </w:rPr>
        <w:t>ü</w:t>
      </w:r>
      <w:r w:rsidRPr="00471713">
        <w:rPr>
          <w:i/>
          <w:iCs/>
          <w:sz w:val="24"/>
          <w:szCs w:val="24"/>
          <w:highlight w:val="yellow"/>
        </w:rPr>
        <w:t>nvan</w:t>
      </w:r>
      <w:proofErr w:type="spellEnd"/>
      <w:r w:rsidRPr="00471713">
        <w:rPr>
          <w:i/>
          <w:iCs/>
          <w:sz w:val="24"/>
          <w:szCs w:val="24"/>
          <w:highlight w:val="yellow"/>
        </w:rPr>
        <w:t xml:space="preserve"> </w:t>
      </w:r>
      <w:proofErr w:type="spellStart"/>
      <w:r w:rsidRPr="00471713">
        <w:rPr>
          <w:i/>
          <w:iCs/>
          <w:sz w:val="24"/>
          <w:szCs w:val="24"/>
          <w:highlight w:val="yellow"/>
        </w:rPr>
        <w:t>bazında</w:t>
      </w:r>
      <w:proofErr w:type="spellEnd"/>
      <w:r w:rsidRPr="00471713">
        <w:rPr>
          <w:i/>
          <w:iCs/>
          <w:sz w:val="24"/>
          <w:szCs w:val="24"/>
          <w:highlight w:val="yellow"/>
        </w:rPr>
        <w:t xml:space="preserve"> </w:t>
      </w:r>
      <w:proofErr w:type="spellStart"/>
      <w:r w:rsidRPr="00471713">
        <w:rPr>
          <w:i/>
          <w:iCs/>
          <w:sz w:val="24"/>
          <w:szCs w:val="24"/>
          <w:highlight w:val="yellow"/>
        </w:rPr>
        <w:t>tablo</w:t>
      </w:r>
      <w:proofErr w:type="spellEnd"/>
      <w:r w:rsidRPr="00471713">
        <w:rPr>
          <w:i/>
          <w:iCs/>
          <w:sz w:val="24"/>
          <w:szCs w:val="24"/>
          <w:highlight w:val="yellow"/>
        </w:rPr>
        <w:t xml:space="preserve"> </w:t>
      </w:r>
      <w:proofErr w:type="spellStart"/>
      <w:r w:rsidRPr="00471713">
        <w:rPr>
          <w:i/>
          <w:iCs/>
          <w:sz w:val="24"/>
          <w:szCs w:val="24"/>
          <w:highlight w:val="yellow"/>
        </w:rPr>
        <w:t>hâlinde</w:t>
      </w:r>
      <w:proofErr w:type="spellEnd"/>
      <w:r w:rsidRPr="00471713">
        <w:rPr>
          <w:i/>
          <w:iCs/>
          <w:sz w:val="24"/>
          <w:szCs w:val="24"/>
          <w:highlight w:val="yellow"/>
        </w:rPr>
        <w:t xml:space="preserve"> </w:t>
      </w:r>
      <w:proofErr w:type="spellStart"/>
      <w:r w:rsidRPr="00471713">
        <w:rPr>
          <w:i/>
          <w:iCs/>
          <w:sz w:val="24"/>
          <w:szCs w:val="24"/>
          <w:highlight w:val="yellow"/>
        </w:rPr>
        <w:t>verilir</w:t>
      </w:r>
      <w:proofErr w:type="spellEnd"/>
      <w:r w:rsidRPr="00471713">
        <w:rPr>
          <w:i/>
          <w:iCs/>
          <w:sz w:val="24"/>
          <w:szCs w:val="24"/>
          <w:highlight w:val="yellow"/>
        </w:rPr>
        <w:t xml:space="preserve"> (20… </w:t>
      </w:r>
      <w:proofErr w:type="spellStart"/>
      <w:r w:rsidRPr="00471713">
        <w:rPr>
          <w:i/>
          <w:iCs/>
          <w:sz w:val="24"/>
          <w:szCs w:val="24"/>
          <w:highlight w:val="yellow"/>
        </w:rPr>
        <w:t>yılı</w:t>
      </w:r>
      <w:proofErr w:type="spellEnd"/>
      <w:r w:rsidRPr="00471713">
        <w:rPr>
          <w:i/>
          <w:iCs/>
          <w:sz w:val="24"/>
          <w:szCs w:val="24"/>
          <w:highlight w:val="yellow"/>
        </w:rPr>
        <w:t xml:space="preserve"> </w:t>
      </w:r>
      <w:proofErr w:type="spellStart"/>
      <w:r w:rsidRPr="00471713">
        <w:rPr>
          <w:i/>
          <w:iCs/>
          <w:sz w:val="24"/>
          <w:szCs w:val="24"/>
          <w:highlight w:val="yellow"/>
        </w:rPr>
        <w:t>sonu</w:t>
      </w:r>
      <w:proofErr w:type="spellEnd"/>
      <w:r w:rsidRPr="00471713">
        <w:rPr>
          <w:i/>
          <w:iCs/>
          <w:sz w:val="24"/>
          <w:szCs w:val="24"/>
          <w:highlight w:val="yellow"/>
        </w:rPr>
        <w:t xml:space="preserve"> </w:t>
      </w:r>
      <w:proofErr w:type="spellStart"/>
      <w:r w:rsidRPr="00471713">
        <w:rPr>
          <w:i/>
          <w:iCs/>
          <w:sz w:val="24"/>
          <w:szCs w:val="24"/>
          <w:highlight w:val="yellow"/>
        </w:rPr>
        <w:t>itibarıyla</w:t>
      </w:r>
      <w:proofErr w:type="spellEnd"/>
      <w:r w:rsidRPr="00471713">
        <w:rPr>
          <w:i/>
          <w:iCs/>
          <w:sz w:val="24"/>
          <w:szCs w:val="24"/>
          <w:highlight w:val="yellow"/>
        </w:rPr>
        <w:t>).</w:t>
      </w:r>
    </w:p>
    <w:p w:rsidR="00E24BA4" w:rsidRPr="00E03019" w:rsidRDefault="00E24BA4" w:rsidP="00E24BA4">
      <w:pPr>
        <w:pStyle w:val="Stil2"/>
      </w:pPr>
      <w:bookmarkStart w:id="21" w:name="_Toc217311501"/>
      <w:r>
        <w:t>4.1.</w:t>
      </w:r>
      <w:r w:rsidRPr="00E03019">
        <w:t xml:space="preserve"> </w:t>
      </w:r>
      <w:r>
        <w:t>Akademik Personel</w:t>
      </w:r>
      <w:bookmarkEnd w:id="21"/>
    </w:p>
    <w:p w:rsidR="00E24BA4" w:rsidRDefault="00E24BA4" w:rsidP="00E24BA4">
      <w:proofErr w:type="spellStart"/>
      <w:r w:rsidRPr="00AE69E5">
        <w:t>Akademik</w:t>
      </w:r>
      <w:proofErr w:type="spellEnd"/>
      <w:r>
        <w:rPr>
          <w:spacing w:val="-3"/>
        </w:rPr>
        <w:t xml:space="preserve"> </w:t>
      </w:r>
      <w:proofErr w:type="spellStart"/>
      <w:r>
        <w:t>Personelin</w:t>
      </w:r>
      <w:proofErr w:type="spellEnd"/>
      <w:r>
        <w:rPr>
          <w:spacing w:val="-5"/>
        </w:rPr>
        <w:t xml:space="preserve"> </w:t>
      </w:r>
      <w:proofErr w:type="spellStart"/>
      <w:r>
        <w:t>Unvanı</w:t>
      </w:r>
      <w:proofErr w:type="spellEnd"/>
      <w:r>
        <w:t xml:space="preserve"> </w:t>
      </w:r>
    </w:p>
    <w:tbl>
      <w:tblPr>
        <w:tblW w:w="907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43"/>
        <w:gridCol w:w="1276"/>
        <w:gridCol w:w="1276"/>
        <w:gridCol w:w="1701"/>
        <w:gridCol w:w="1417"/>
        <w:gridCol w:w="1560"/>
      </w:tblGrid>
      <w:tr w:rsidR="00E24BA4" w:rsidRPr="00E03019" w:rsidTr="009D611D">
        <w:trPr>
          <w:tblHeader/>
          <w:tblCellSpacing w:w="15" w:type="dxa"/>
        </w:trPr>
        <w:tc>
          <w:tcPr>
            <w:tcW w:w="1798" w:type="dxa"/>
            <w:shd w:val="clear" w:color="auto" w:fill="B99C71"/>
            <w:hideMark/>
          </w:tcPr>
          <w:p w:rsidR="00E24BA4" w:rsidRPr="00E03019" w:rsidRDefault="00E24BA4" w:rsidP="009D611D">
            <w:pPr>
              <w:pStyle w:val="Stil4"/>
            </w:pPr>
          </w:p>
        </w:tc>
        <w:tc>
          <w:tcPr>
            <w:tcW w:w="1246" w:type="dxa"/>
            <w:shd w:val="clear" w:color="auto" w:fill="B99C71"/>
            <w:hideMark/>
          </w:tcPr>
          <w:p w:rsidR="00E24BA4" w:rsidRPr="00471713" w:rsidRDefault="00E24BA4" w:rsidP="009D611D">
            <w:pPr>
              <w:pStyle w:val="Stil4"/>
            </w:pPr>
          </w:p>
          <w:p w:rsidR="00E24BA4" w:rsidRPr="00E03019" w:rsidRDefault="00E24BA4" w:rsidP="009D611D">
            <w:pPr>
              <w:pStyle w:val="Stil4"/>
            </w:pPr>
            <w:r w:rsidRPr="00471713">
              <w:rPr>
                <w:spacing w:val="-2"/>
              </w:rPr>
              <w:t>Profesör</w:t>
            </w:r>
          </w:p>
        </w:tc>
        <w:tc>
          <w:tcPr>
            <w:tcW w:w="1246" w:type="dxa"/>
            <w:shd w:val="clear" w:color="auto" w:fill="B99C71"/>
            <w:hideMark/>
          </w:tcPr>
          <w:p w:rsidR="00E24BA4" w:rsidRPr="00471713" w:rsidRDefault="00E24BA4" w:rsidP="009D611D">
            <w:pPr>
              <w:pStyle w:val="Stil4"/>
            </w:pPr>
          </w:p>
          <w:p w:rsidR="00E24BA4" w:rsidRPr="00E03019" w:rsidRDefault="00E24BA4" w:rsidP="009D611D">
            <w:pPr>
              <w:pStyle w:val="Stil4"/>
            </w:pPr>
            <w:r w:rsidRPr="00471713">
              <w:rPr>
                <w:spacing w:val="-2"/>
              </w:rPr>
              <w:t>Doçent</w:t>
            </w:r>
          </w:p>
        </w:tc>
        <w:tc>
          <w:tcPr>
            <w:tcW w:w="1671" w:type="dxa"/>
            <w:shd w:val="clear" w:color="auto" w:fill="B99C71"/>
          </w:tcPr>
          <w:p w:rsidR="00E24BA4" w:rsidRPr="00471713" w:rsidRDefault="00E24BA4" w:rsidP="009D611D">
            <w:pPr>
              <w:pStyle w:val="Stil4"/>
            </w:pPr>
            <w:r w:rsidRPr="00471713">
              <w:rPr>
                <w:spacing w:val="-5"/>
              </w:rPr>
              <w:t>Dr.</w:t>
            </w:r>
          </w:p>
          <w:p w:rsidR="00E24BA4" w:rsidRPr="00471713" w:rsidRDefault="00E24BA4" w:rsidP="009D611D">
            <w:pPr>
              <w:pStyle w:val="Stil4"/>
            </w:pPr>
            <w:r w:rsidRPr="00471713">
              <w:rPr>
                <w:spacing w:val="-2"/>
              </w:rPr>
              <w:t xml:space="preserve">Öğretim </w:t>
            </w:r>
            <w:r w:rsidRPr="00471713">
              <w:rPr>
                <w:spacing w:val="-4"/>
              </w:rPr>
              <w:t>Üyesi</w:t>
            </w:r>
          </w:p>
        </w:tc>
        <w:tc>
          <w:tcPr>
            <w:tcW w:w="1387" w:type="dxa"/>
            <w:shd w:val="clear" w:color="auto" w:fill="B99C71"/>
          </w:tcPr>
          <w:p w:rsidR="00E24BA4" w:rsidRPr="00471713" w:rsidRDefault="00E24BA4" w:rsidP="009D611D">
            <w:pPr>
              <w:pStyle w:val="Stil4"/>
            </w:pPr>
            <w:r w:rsidRPr="00471713">
              <w:rPr>
                <w:spacing w:val="-2"/>
              </w:rPr>
              <w:t>Öğretim Görevlisi</w:t>
            </w:r>
          </w:p>
        </w:tc>
        <w:tc>
          <w:tcPr>
            <w:tcW w:w="1515" w:type="dxa"/>
            <w:shd w:val="clear" w:color="auto" w:fill="B99C71"/>
          </w:tcPr>
          <w:p w:rsidR="00E24BA4" w:rsidRPr="00471713" w:rsidRDefault="00E24BA4" w:rsidP="009D611D">
            <w:pPr>
              <w:pStyle w:val="Stil4"/>
            </w:pPr>
            <w:r w:rsidRPr="00471713">
              <w:rPr>
                <w:spacing w:val="-2"/>
              </w:rPr>
              <w:t>Araştırma Görevlisi</w:t>
            </w:r>
          </w:p>
        </w:tc>
      </w:tr>
      <w:tr w:rsidR="00E24BA4" w:rsidRPr="00E03019" w:rsidTr="009D611D">
        <w:trPr>
          <w:tblCellSpacing w:w="15" w:type="dxa"/>
        </w:trPr>
        <w:tc>
          <w:tcPr>
            <w:tcW w:w="1798" w:type="dxa"/>
            <w:hideMark/>
          </w:tcPr>
          <w:p w:rsidR="00E24BA4" w:rsidRPr="00E03019" w:rsidRDefault="00E24BA4" w:rsidP="009D611D">
            <w:pPr>
              <w:pStyle w:val="Stil4"/>
            </w:pPr>
            <w:r w:rsidRPr="00471713">
              <w:rPr>
                <w:spacing w:val="-4"/>
              </w:rPr>
              <w:t>Kadın</w:t>
            </w:r>
          </w:p>
        </w:tc>
        <w:tc>
          <w:tcPr>
            <w:tcW w:w="1246" w:type="dxa"/>
          </w:tcPr>
          <w:p w:rsidR="00E24BA4" w:rsidRPr="00E03019" w:rsidRDefault="00E24BA4" w:rsidP="009D611D">
            <w:pPr>
              <w:pStyle w:val="Stil4"/>
            </w:pPr>
          </w:p>
        </w:tc>
        <w:tc>
          <w:tcPr>
            <w:tcW w:w="1246" w:type="dxa"/>
          </w:tcPr>
          <w:p w:rsidR="00E24BA4" w:rsidRPr="00E03019" w:rsidRDefault="00E24BA4" w:rsidP="009D611D">
            <w:pPr>
              <w:pStyle w:val="Stil4"/>
            </w:pPr>
          </w:p>
        </w:tc>
        <w:tc>
          <w:tcPr>
            <w:tcW w:w="1671" w:type="dxa"/>
          </w:tcPr>
          <w:p w:rsidR="00E24BA4" w:rsidRPr="00471713" w:rsidRDefault="00E24BA4" w:rsidP="009D611D">
            <w:pPr>
              <w:pStyle w:val="Stil4"/>
            </w:pPr>
          </w:p>
        </w:tc>
        <w:tc>
          <w:tcPr>
            <w:tcW w:w="1387" w:type="dxa"/>
          </w:tcPr>
          <w:p w:rsidR="00E24BA4" w:rsidRPr="00471713" w:rsidRDefault="00E24BA4" w:rsidP="009D611D">
            <w:pPr>
              <w:pStyle w:val="Stil4"/>
            </w:pPr>
          </w:p>
        </w:tc>
        <w:tc>
          <w:tcPr>
            <w:tcW w:w="1515" w:type="dxa"/>
          </w:tcPr>
          <w:p w:rsidR="00E24BA4" w:rsidRPr="00471713" w:rsidRDefault="00E24BA4" w:rsidP="009D611D">
            <w:pPr>
              <w:pStyle w:val="Stil4"/>
            </w:pPr>
          </w:p>
        </w:tc>
      </w:tr>
      <w:tr w:rsidR="00E24BA4" w:rsidRPr="00E03019" w:rsidTr="009D611D">
        <w:trPr>
          <w:tblCellSpacing w:w="15" w:type="dxa"/>
        </w:trPr>
        <w:tc>
          <w:tcPr>
            <w:tcW w:w="1798" w:type="dxa"/>
            <w:hideMark/>
          </w:tcPr>
          <w:p w:rsidR="00E24BA4" w:rsidRPr="00E03019" w:rsidRDefault="00E24BA4" w:rsidP="009D611D">
            <w:pPr>
              <w:pStyle w:val="Stil4"/>
            </w:pPr>
            <w:r w:rsidRPr="00471713">
              <w:rPr>
                <w:spacing w:val="-2"/>
              </w:rPr>
              <w:t>Erkek</w:t>
            </w:r>
          </w:p>
        </w:tc>
        <w:tc>
          <w:tcPr>
            <w:tcW w:w="1246" w:type="dxa"/>
          </w:tcPr>
          <w:p w:rsidR="00E24BA4" w:rsidRPr="00E03019" w:rsidRDefault="00E24BA4" w:rsidP="009D611D">
            <w:pPr>
              <w:pStyle w:val="Stil4"/>
            </w:pPr>
          </w:p>
        </w:tc>
        <w:tc>
          <w:tcPr>
            <w:tcW w:w="1246" w:type="dxa"/>
          </w:tcPr>
          <w:p w:rsidR="00E24BA4" w:rsidRPr="00E03019" w:rsidRDefault="00E24BA4" w:rsidP="009D611D">
            <w:pPr>
              <w:pStyle w:val="Stil4"/>
            </w:pPr>
          </w:p>
        </w:tc>
        <w:tc>
          <w:tcPr>
            <w:tcW w:w="1671" w:type="dxa"/>
          </w:tcPr>
          <w:p w:rsidR="00E24BA4" w:rsidRPr="00471713" w:rsidRDefault="00E24BA4" w:rsidP="009D611D">
            <w:pPr>
              <w:pStyle w:val="Stil4"/>
            </w:pPr>
          </w:p>
        </w:tc>
        <w:tc>
          <w:tcPr>
            <w:tcW w:w="1387" w:type="dxa"/>
          </w:tcPr>
          <w:p w:rsidR="00E24BA4" w:rsidRPr="00471713" w:rsidRDefault="00E24BA4" w:rsidP="009D611D">
            <w:pPr>
              <w:pStyle w:val="Stil4"/>
            </w:pPr>
          </w:p>
        </w:tc>
        <w:tc>
          <w:tcPr>
            <w:tcW w:w="1515" w:type="dxa"/>
          </w:tcPr>
          <w:p w:rsidR="00E24BA4" w:rsidRPr="00471713" w:rsidRDefault="00E24BA4" w:rsidP="009D611D">
            <w:pPr>
              <w:pStyle w:val="Stil4"/>
            </w:pPr>
          </w:p>
        </w:tc>
      </w:tr>
      <w:tr w:rsidR="00E24BA4" w:rsidRPr="00E03019" w:rsidTr="009D611D">
        <w:trPr>
          <w:tblCellSpacing w:w="15" w:type="dxa"/>
        </w:trPr>
        <w:tc>
          <w:tcPr>
            <w:tcW w:w="1798" w:type="dxa"/>
            <w:hideMark/>
          </w:tcPr>
          <w:p w:rsidR="00E24BA4" w:rsidRPr="00E03019" w:rsidRDefault="00E24BA4" w:rsidP="009D611D">
            <w:pPr>
              <w:pStyle w:val="Stil4"/>
            </w:pPr>
            <w:r w:rsidRPr="00471713">
              <w:rPr>
                <w:spacing w:val="-2"/>
              </w:rPr>
              <w:t>TOPLAM</w:t>
            </w:r>
          </w:p>
        </w:tc>
        <w:tc>
          <w:tcPr>
            <w:tcW w:w="1246" w:type="dxa"/>
          </w:tcPr>
          <w:p w:rsidR="00E24BA4" w:rsidRPr="00E03019" w:rsidRDefault="00E24BA4" w:rsidP="009D611D">
            <w:pPr>
              <w:pStyle w:val="Stil4"/>
            </w:pPr>
          </w:p>
        </w:tc>
        <w:tc>
          <w:tcPr>
            <w:tcW w:w="1246" w:type="dxa"/>
          </w:tcPr>
          <w:p w:rsidR="00E24BA4" w:rsidRPr="00E03019" w:rsidRDefault="00E24BA4" w:rsidP="009D611D">
            <w:pPr>
              <w:pStyle w:val="Stil4"/>
            </w:pPr>
          </w:p>
        </w:tc>
        <w:tc>
          <w:tcPr>
            <w:tcW w:w="1671" w:type="dxa"/>
          </w:tcPr>
          <w:p w:rsidR="00E24BA4" w:rsidRPr="00471713" w:rsidRDefault="00E24BA4" w:rsidP="009D611D">
            <w:pPr>
              <w:pStyle w:val="Stil4"/>
            </w:pPr>
          </w:p>
        </w:tc>
        <w:tc>
          <w:tcPr>
            <w:tcW w:w="1387" w:type="dxa"/>
          </w:tcPr>
          <w:p w:rsidR="00E24BA4" w:rsidRPr="00471713" w:rsidRDefault="00E24BA4" w:rsidP="009D611D">
            <w:pPr>
              <w:pStyle w:val="Stil4"/>
            </w:pPr>
          </w:p>
        </w:tc>
        <w:tc>
          <w:tcPr>
            <w:tcW w:w="1515" w:type="dxa"/>
          </w:tcPr>
          <w:p w:rsidR="00E24BA4" w:rsidRPr="00471713" w:rsidRDefault="00E24BA4" w:rsidP="009D611D">
            <w:pPr>
              <w:pStyle w:val="Stil4"/>
            </w:pPr>
          </w:p>
        </w:tc>
      </w:tr>
    </w:tbl>
    <w:p w:rsidR="00621353" w:rsidRDefault="00621353" w:rsidP="007F200D"/>
    <w:p w:rsidR="007F200D" w:rsidRDefault="007F200D" w:rsidP="007F200D">
      <w:proofErr w:type="spellStart"/>
      <w:r w:rsidRPr="00AE69E5">
        <w:t>Akademik</w:t>
      </w:r>
      <w:proofErr w:type="spellEnd"/>
      <w:r>
        <w:rPr>
          <w:spacing w:val="-3"/>
        </w:rPr>
        <w:t xml:space="preserve"> </w:t>
      </w:r>
      <w:proofErr w:type="spellStart"/>
      <w:r>
        <w:t>Personelin</w:t>
      </w:r>
      <w:proofErr w:type="spellEnd"/>
      <w:r>
        <w:rPr>
          <w:spacing w:val="-5"/>
        </w:rPr>
        <w:t xml:space="preserve"> </w:t>
      </w:r>
      <w:proofErr w:type="spellStart"/>
      <w:r>
        <w:t>Yaş</w:t>
      </w:r>
      <w:proofErr w:type="spellEnd"/>
      <w:r>
        <w:t xml:space="preserve"> </w:t>
      </w:r>
      <w:proofErr w:type="spellStart"/>
      <w:r>
        <w:t>Aralığı</w:t>
      </w:r>
      <w:proofErr w:type="spellEnd"/>
    </w:p>
    <w:tbl>
      <w:tblPr>
        <w:tblW w:w="9069" w:type="dxa"/>
        <w:tblInd w:w="-23" w:type="dxa"/>
        <w:tblCellMar>
          <w:left w:w="70" w:type="dxa"/>
          <w:right w:w="70" w:type="dxa"/>
        </w:tblCellMar>
        <w:tblLook w:val="04A0" w:firstRow="1" w:lastRow="0" w:firstColumn="1" w:lastColumn="0" w:noHBand="0" w:noVBand="1"/>
      </w:tblPr>
      <w:tblGrid>
        <w:gridCol w:w="1068"/>
        <w:gridCol w:w="917"/>
        <w:gridCol w:w="1103"/>
        <w:gridCol w:w="1307"/>
        <w:gridCol w:w="1275"/>
        <w:gridCol w:w="1790"/>
        <w:gridCol w:w="1609"/>
      </w:tblGrid>
      <w:tr w:rsidR="007F200D" w:rsidRPr="007F200D" w:rsidTr="007F200D">
        <w:trPr>
          <w:trHeight w:val="556"/>
        </w:trPr>
        <w:tc>
          <w:tcPr>
            <w:tcW w:w="0" w:type="auto"/>
            <w:tcBorders>
              <w:top w:val="double" w:sz="6" w:space="0" w:color="auto"/>
              <w:left w:val="double" w:sz="6" w:space="0" w:color="auto"/>
              <w:bottom w:val="double" w:sz="6" w:space="0" w:color="auto"/>
              <w:right w:val="double" w:sz="6" w:space="0" w:color="auto"/>
            </w:tcBorders>
            <w:shd w:val="clear" w:color="000000" w:fill="B99C71"/>
            <w:vAlign w:val="center"/>
            <w:hideMark/>
          </w:tcPr>
          <w:p w:rsidR="007F200D" w:rsidRPr="007F200D" w:rsidRDefault="007F200D" w:rsidP="00621353">
            <w:pPr>
              <w:pStyle w:val="Stil4"/>
              <w:rPr>
                <w:lang w:eastAsia="tr-TR"/>
              </w:rPr>
            </w:pPr>
            <w:r w:rsidRPr="007F200D">
              <w:rPr>
                <w:lang w:eastAsia="tr-TR"/>
              </w:rPr>
              <w:t> </w:t>
            </w:r>
          </w:p>
        </w:tc>
        <w:tc>
          <w:tcPr>
            <w:tcW w:w="917" w:type="dxa"/>
            <w:tcBorders>
              <w:top w:val="double" w:sz="6" w:space="0" w:color="auto"/>
              <w:left w:val="nil"/>
              <w:bottom w:val="double" w:sz="6" w:space="0" w:color="auto"/>
              <w:right w:val="double" w:sz="6" w:space="0" w:color="auto"/>
            </w:tcBorders>
            <w:shd w:val="clear" w:color="000000" w:fill="B99C71"/>
            <w:vAlign w:val="center"/>
            <w:hideMark/>
          </w:tcPr>
          <w:p w:rsidR="007F200D" w:rsidRPr="007F200D" w:rsidRDefault="007F200D" w:rsidP="00621353">
            <w:pPr>
              <w:pStyle w:val="Stil4"/>
              <w:rPr>
                <w:bCs/>
                <w:lang w:eastAsia="tr-TR"/>
              </w:rPr>
            </w:pPr>
            <w:r w:rsidRPr="007F200D">
              <w:rPr>
                <w:bCs/>
                <w:lang w:eastAsia="tr-TR"/>
              </w:rPr>
              <w:t>20-30 Yaş</w:t>
            </w:r>
          </w:p>
        </w:tc>
        <w:tc>
          <w:tcPr>
            <w:tcW w:w="1103" w:type="dxa"/>
            <w:tcBorders>
              <w:top w:val="double" w:sz="6" w:space="0" w:color="auto"/>
              <w:left w:val="nil"/>
              <w:bottom w:val="double" w:sz="6" w:space="0" w:color="auto"/>
              <w:right w:val="double" w:sz="6" w:space="0" w:color="auto"/>
            </w:tcBorders>
            <w:shd w:val="clear" w:color="000000" w:fill="B99C71"/>
            <w:vAlign w:val="center"/>
            <w:hideMark/>
          </w:tcPr>
          <w:p w:rsidR="007F200D" w:rsidRPr="007F200D" w:rsidRDefault="007F200D" w:rsidP="00621353">
            <w:pPr>
              <w:pStyle w:val="Stil4"/>
              <w:rPr>
                <w:bCs/>
                <w:lang w:eastAsia="tr-TR"/>
              </w:rPr>
            </w:pPr>
            <w:r w:rsidRPr="007F200D">
              <w:rPr>
                <w:bCs/>
                <w:lang w:eastAsia="tr-TR"/>
              </w:rPr>
              <w:t>31-40 Yaş</w:t>
            </w:r>
          </w:p>
        </w:tc>
        <w:tc>
          <w:tcPr>
            <w:tcW w:w="1307" w:type="dxa"/>
            <w:tcBorders>
              <w:top w:val="double" w:sz="6" w:space="0" w:color="auto"/>
              <w:left w:val="nil"/>
              <w:bottom w:val="double" w:sz="6" w:space="0" w:color="auto"/>
              <w:right w:val="double" w:sz="6" w:space="0" w:color="auto"/>
            </w:tcBorders>
            <w:shd w:val="clear" w:color="000000" w:fill="B99C71"/>
            <w:vAlign w:val="center"/>
            <w:hideMark/>
          </w:tcPr>
          <w:p w:rsidR="007F200D" w:rsidRPr="007F200D" w:rsidRDefault="007F200D" w:rsidP="00621353">
            <w:pPr>
              <w:pStyle w:val="Stil4"/>
              <w:rPr>
                <w:bCs/>
                <w:lang w:eastAsia="tr-TR"/>
              </w:rPr>
            </w:pPr>
            <w:r w:rsidRPr="007F200D">
              <w:rPr>
                <w:bCs/>
                <w:lang w:eastAsia="tr-TR"/>
              </w:rPr>
              <w:t>41-50 Yaş</w:t>
            </w:r>
          </w:p>
        </w:tc>
        <w:tc>
          <w:tcPr>
            <w:tcW w:w="1275" w:type="dxa"/>
            <w:tcBorders>
              <w:top w:val="double" w:sz="6" w:space="0" w:color="auto"/>
              <w:left w:val="nil"/>
              <w:bottom w:val="double" w:sz="6" w:space="0" w:color="auto"/>
              <w:right w:val="double" w:sz="6" w:space="0" w:color="auto"/>
            </w:tcBorders>
            <w:shd w:val="clear" w:color="000000" w:fill="B99C71"/>
            <w:vAlign w:val="center"/>
            <w:hideMark/>
          </w:tcPr>
          <w:p w:rsidR="007F200D" w:rsidRPr="007F200D" w:rsidRDefault="007F200D" w:rsidP="00621353">
            <w:pPr>
              <w:pStyle w:val="Stil4"/>
              <w:rPr>
                <w:bCs/>
                <w:lang w:eastAsia="tr-TR"/>
              </w:rPr>
            </w:pPr>
            <w:r w:rsidRPr="007F200D">
              <w:rPr>
                <w:bCs/>
                <w:lang w:eastAsia="tr-TR"/>
              </w:rPr>
              <w:t>51-60 Yaş</w:t>
            </w:r>
          </w:p>
        </w:tc>
        <w:tc>
          <w:tcPr>
            <w:tcW w:w="1790" w:type="dxa"/>
            <w:tcBorders>
              <w:top w:val="double" w:sz="6" w:space="0" w:color="auto"/>
              <w:left w:val="nil"/>
              <w:bottom w:val="double" w:sz="6" w:space="0" w:color="auto"/>
              <w:right w:val="double" w:sz="6" w:space="0" w:color="auto"/>
            </w:tcBorders>
            <w:shd w:val="clear" w:color="000000" w:fill="B99C71"/>
            <w:vAlign w:val="center"/>
            <w:hideMark/>
          </w:tcPr>
          <w:p w:rsidR="007F200D" w:rsidRPr="007F200D" w:rsidRDefault="007F200D" w:rsidP="00621353">
            <w:pPr>
              <w:pStyle w:val="Stil4"/>
              <w:rPr>
                <w:bCs/>
                <w:lang w:eastAsia="tr-TR"/>
              </w:rPr>
            </w:pPr>
            <w:r w:rsidRPr="007F200D">
              <w:rPr>
                <w:bCs/>
                <w:lang w:eastAsia="tr-TR"/>
              </w:rPr>
              <w:t>61 ve Üzeri Yaş</w:t>
            </w:r>
          </w:p>
        </w:tc>
        <w:tc>
          <w:tcPr>
            <w:tcW w:w="1609" w:type="dxa"/>
            <w:tcBorders>
              <w:top w:val="double" w:sz="6" w:space="0" w:color="auto"/>
              <w:left w:val="nil"/>
              <w:bottom w:val="double" w:sz="6" w:space="0" w:color="auto"/>
              <w:right w:val="double" w:sz="6" w:space="0" w:color="auto"/>
            </w:tcBorders>
            <w:shd w:val="clear" w:color="000000" w:fill="B99C71"/>
            <w:vAlign w:val="center"/>
            <w:hideMark/>
          </w:tcPr>
          <w:p w:rsidR="007F200D" w:rsidRPr="007F200D" w:rsidRDefault="007F200D" w:rsidP="00621353">
            <w:pPr>
              <w:pStyle w:val="Stil4"/>
              <w:rPr>
                <w:bCs/>
                <w:lang w:eastAsia="tr-TR"/>
              </w:rPr>
            </w:pPr>
            <w:r w:rsidRPr="007F200D">
              <w:rPr>
                <w:bCs/>
                <w:lang w:eastAsia="tr-TR"/>
              </w:rPr>
              <w:t>Toplam Personel</w:t>
            </w:r>
          </w:p>
        </w:tc>
      </w:tr>
      <w:tr w:rsidR="007F200D" w:rsidRPr="007F200D" w:rsidTr="00690EBB">
        <w:trPr>
          <w:trHeight w:val="649"/>
        </w:trPr>
        <w:tc>
          <w:tcPr>
            <w:tcW w:w="0" w:type="auto"/>
            <w:tcBorders>
              <w:top w:val="nil"/>
              <w:left w:val="double" w:sz="6" w:space="0" w:color="auto"/>
              <w:bottom w:val="double" w:sz="6" w:space="0" w:color="auto"/>
              <w:right w:val="double" w:sz="6" w:space="0" w:color="auto"/>
            </w:tcBorders>
            <w:shd w:val="clear" w:color="auto" w:fill="auto"/>
            <w:vAlign w:val="center"/>
            <w:hideMark/>
          </w:tcPr>
          <w:p w:rsidR="007F200D" w:rsidRPr="00690EBB" w:rsidRDefault="007F200D" w:rsidP="00621353">
            <w:pPr>
              <w:pStyle w:val="Stil4"/>
              <w:rPr>
                <w:bCs/>
                <w:color w:val="000000" w:themeColor="text1"/>
                <w:lang w:eastAsia="tr-TR"/>
              </w:rPr>
            </w:pPr>
            <w:r w:rsidRPr="00690EBB">
              <w:rPr>
                <w:bCs/>
                <w:color w:val="000000" w:themeColor="text1"/>
                <w:lang w:eastAsia="tr-TR"/>
              </w:rPr>
              <w:t>Kişi Sayısı</w:t>
            </w:r>
          </w:p>
        </w:tc>
        <w:tc>
          <w:tcPr>
            <w:tcW w:w="917" w:type="dxa"/>
            <w:tcBorders>
              <w:top w:val="nil"/>
              <w:left w:val="nil"/>
              <w:bottom w:val="double" w:sz="6" w:space="0" w:color="auto"/>
              <w:right w:val="double" w:sz="6" w:space="0" w:color="auto"/>
            </w:tcBorders>
            <w:shd w:val="clear" w:color="000000" w:fill="FFFFFF"/>
            <w:vAlign w:val="center"/>
            <w:hideMark/>
          </w:tcPr>
          <w:p w:rsidR="007F200D" w:rsidRPr="007F200D" w:rsidRDefault="007F200D" w:rsidP="00621353">
            <w:pPr>
              <w:pStyle w:val="Stil4"/>
              <w:rPr>
                <w:color w:val="000000"/>
                <w:lang w:eastAsia="tr-TR"/>
              </w:rPr>
            </w:pPr>
            <w:r w:rsidRPr="007F200D">
              <w:rPr>
                <w:color w:val="000000"/>
                <w:lang w:eastAsia="tr-TR"/>
              </w:rPr>
              <w:t> </w:t>
            </w:r>
          </w:p>
        </w:tc>
        <w:tc>
          <w:tcPr>
            <w:tcW w:w="1103" w:type="dxa"/>
            <w:tcBorders>
              <w:top w:val="nil"/>
              <w:left w:val="nil"/>
              <w:bottom w:val="double" w:sz="6" w:space="0" w:color="auto"/>
              <w:right w:val="double" w:sz="6" w:space="0" w:color="auto"/>
            </w:tcBorders>
            <w:shd w:val="clear" w:color="000000" w:fill="FFFFFF"/>
            <w:vAlign w:val="center"/>
            <w:hideMark/>
          </w:tcPr>
          <w:p w:rsidR="007F200D" w:rsidRPr="007F200D" w:rsidRDefault="007F200D" w:rsidP="00621353">
            <w:pPr>
              <w:pStyle w:val="Stil4"/>
              <w:rPr>
                <w:color w:val="000000"/>
                <w:lang w:eastAsia="tr-TR"/>
              </w:rPr>
            </w:pPr>
            <w:r w:rsidRPr="007F200D">
              <w:rPr>
                <w:color w:val="000000"/>
                <w:lang w:eastAsia="tr-TR"/>
              </w:rPr>
              <w:t> </w:t>
            </w:r>
          </w:p>
        </w:tc>
        <w:tc>
          <w:tcPr>
            <w:tcW w:w="1307" w:type="dxa"/>
            <w:tcBorders>
              <w:top w:val="nil"/>
              <w:left w:val="nil"/>
              <w:bottom w:val="double" w:sz="6" w:space="0" w:color="auto"/>
              <w:right w:val="double" w:sz="6" w:space="0" w:color="auto"/>
            </w:tcBorders>
            <w:shd w:val="clear" w:color="000000" w:fill="FFFFFF"/>
            <w:vAlign w:val="center"/>
            <w:hideMark/>
          </w:tcPr>
          <w:p w:rsidR="007F200D" w:rsidRPr="007F200D" w:rsidRDefault="007F200D" w:rsidP="00621353">
            <w:pPr>
              <w:pStyle w:val="Stil4"/>
              <w:rPr>
                <w:color w:val="000000"/>
                <w:lang w:eastAsia="tr-TR"/>
              </w:rPr>
            </w:pPr>
            <w:r w:rsidRPr="007F200D">
              <w:rPr>
                <w:color w:val="000000"/>
                <w:lang w:eastAsia="tr-TR"/>
              </w:rPr>
              <w:t> </w:t>
            </w:r>
          </w:p>
        </w:tc>
        <w:tc>
          <w:tcPr>
            <w:tcW w:w="1275" w:type="dxa"/>
            <w:tcBorders>
              <w:top w:val="nil"/>
              <w:left w:val="nil"/>
              <w:bottom w:val="double" w:sz="6" w:space="0" w:color="auto"/>
              <w:right w:val="double" w:sz="6" w:space="0" w:color="auto"/>
            </w:tcBorders>
            <w:shd w:val="clear" w:color="000000" w:fill="FFFFFF"/>
            <w:vAlign w:val="center"/>
            <w:hideMark/>
          </w:tcPr>
          <w:p w:rsidR="007F200D" w:rsidRPr="007F200D" w:rsidRDefault="007F200D" w:rsidP="00621353">
            <w:pPr>
              <w:pStyle w:val="Stil4"/>
              <w:rPr>
                <w:color w:val="000000"/>
                <w:lang w:eastAsia="tr-TR"/>
              </w:rPr>
            </w:pPr>
            <w:r w:rsidRPr="007F200D">
              <w:rPr>
                <w:color w:val="000000"/>
                <w:lang w:eastAsia="tr-TR"/>
              </w:rPr>
              <w:t> </w:t>
            </w:r>
          </w:p>
        </w:tc>
        <w:tc>
          <w:tcPr>
            <w:tcW w:w="1790" w:type="dxa"/>
            <w:tcBorders>
              <w:top w:val="nil"/>
              <w:left w:val="nil"/>
              <w:bottom w:val="double" w:sz="6" w:space="0" w:color="auto"/>
              <w:right w:val="double" w:sz="6" w:space="0" w:color="auto"/>
            </w:tcBorders>
            <w:shd w:val="clear" w:color="000000" w:fill="FFFFFF"/>
            <w:vAlign w:val="center"/>
            <w:hideMark/>
          </w:tcPr>
          <w:p w:rsidR="007F200D" w:rsidRPr="007F200D" w:rsidRDefault="007F200D" w:rsidP="00621353">
            <w:pPr>
              <w:pStyle w:val="Stil4"/>
              <w:rPr>
                <w:color w:val="000000"/>
                <w:lang w:eastAsia="tr-TR"/>
              </w:rPr>
            </w:pPr>
            <w:r w:rsidRPr="007F200D">
              <w:rPr>
                <w:color w:val="000000"/>
                <w:lang w:eastAsia="tr-TR"/>
              </w:rPr>
              <w:t> </w:t>
            </w:r>
          </w:p>
        </w:tc>
        <w:tc>
          <w:tcPr>
            <w:tcW w:w="1609" w:type="dxa"/>
            <w:tcBorders>
              <w:top w:val="nil"/>
              <w:left w:val="double" w:sz="6" w:space="0" w:color="auto"/>
              <w:bottom w:val="double" w:sz="6" w:space="0" w:color="auto"/>
              <w:right w:val="double" w:sz="6" w:space="0" w:color="auto"/>
            </w:tcBorders>
            <w:shd w:val="clear" w:color="000000" w:fill="FFFFFF"/>
            <w:vAlign w:val="center"/>
            <w:hideMark/>
          </w:tcPr>
          <w:p w:rsidR="007F200D" w:rsidRPr="007F200D" w:rsidRDefault="007F200D" w:rsidP="00621353">
            <w:pPr>
              <w:pStyle w:val="Stil4"/>
              <w:rPr>
                <w:color w:val="000000"/>
                <w:lang w:eastAsia="tr-TR"/>
              </w:rPr>
            </w:pPr>
            <w:r w:rsidRPr="007F200D">
              <w:rPr>
                <w:color w:val="000000"/>
                <w:lang w:eastAsia="tr-TR"/>
              </w:rPr>
              <w:t> </w:t>
            </w:r>
          </w:p>
        </w:tc>
      </w:tr>
    </w:tbl>
    <w:p w:rsidR="00E24BA4" w:rsidRDefault="00E24BA4" w:rsidP="00E24BA4">
      <w:pPr>
        <w:rPr>
          <w:rFonts w:cs="Times New Roman"/>
        </w:rPr>
      </w:pPr>
    </w:p>
    <w:p w:rsidR="00E24BA4" w:rsidRPr="00E03019" w:rsidRDefault="00E24BA4" w:rsidP="00E24BA4">
      <w:pPr>
        <w:pStyle w:val="Stil2"/>
      </w:pPr>
      <w:bookmarkStart w:id="22" w:name="_Toc217311502"/>
      <w:r>
        <w:t>4.2.</w:t>
      </w:r>
      <w:r w:rsidRPr="00E03019">
        <w:t xml:space="preserve"> </w:t>
      </w:r>
      <w:r>
        <w:t>İdari Personel</w:t>
      </w:r>
      <w:bookmarkEnd w:id="22"/>
    </w:p>
    <w:p w:rsidR="00E24BA4" w:rsidRDefault="00E24BA4" w:rsidP="00E24BA4">
      <w:proofErr w:type="spellStart"/>
      <w:r>
        <w:t>İdari</w:t>
      </w:r>
      <w:proofErr w:type="spellEnd"/>
      <w:r>
        <w:t xml:space="preserve"> </w:t>
      </w:r>
      <w:proofErr w:type="spellStart"/>
      <w:r>
        <w:t>Personelin</w:t>
      </w:r>
      <w:proofErr w:type="spellEnd"/>
      <w:r>
        <w:rPr>
          <w:spacing w:val="-5"/>
        </w:rPr>
        <w:t xml:space="preserve"> </w:t>
      </w:r>
      <w:proofErr w:type="spellStart"/>
      <w:r>
        <w:t>Hizmet</w:t>
      </w:r>
      <w:proofErr w:type="spellEnd"/>
      <w:r>
        <w:t xml:space="preserve"> </w:t>
      </w:r>
      <w:proofErr w:type="spellStart"/>
      <w:r>
        <w:t>Sınıfı</w:t>
      </w:r>
      <w:proofErr w:type="spellEnd"/>
    </w:p>
    <w:tbl>
      <w:tblPr>
        <w:tblW w:w="907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34"/>
        <w:gridCol w:w="1473"/>
        <w:gridCol w:w="850"/>
        <w:gridCol w:w="692"/>
        <w:gridCol w:w="1163"/>
        <w:gridCol w:w="756"/>
        <w:gridCol w:w="920"/>
        <w:gridCol w:w="1585"/>
      </w:tblGrid>
      <w:tr w:rsidR="00E24BA4" w:rsidRPr="00010302" w:rsidTr="009D611D">
        <w:trPr>
          <w:tblHeader/>
          <w:tblCellSpacing w:w="15" w:type="dxa"/>
        </w:trPr>
        <w:tc>
          <w:tcPr>
            <w:tcW w:w="3062" w:type="dxa"/>
            <w:gridSpan w:val="2"/>
            <w:shd w:val="clear" w:color="auto" w:fill="B99C71"/>
          </w:tcPr>
          <w:p w:rsidR="00E24BA4" w:rsidRPr="00621353" w:rsidRDefault="00E24BA4" w:rsidP="00621353">
            <w:pPr>
              <w:pStyle w:val="Stil4"/>
            </w:pPr>
          </w:p>
          <w:p w:rsidR="00E24BA4" w:rsidRPr="00621353" w:rsidRDefault="00E24BA4" w:rsidP="00621353">
            <w:pPr>
              <w:pStyle w:val="Stil4"/>
            </w:pPr>
            <w:r w:rsidRPr="00621353">
              <w:t>657 sayılı Kanun</w:t>
            </w:r>
          </w:p>
        </w:tc>
        <w:tc>
          <w:tcPr>
            <w:tcW w:w="2675" w:type="dxa"/>
            <w:gridSpan w:val="3"/>
            <w:shd w:val="clear" w:color="auto" w:fill="B99C71"/>
          </w:tcPr>
          <w:p w:rsidR="00E24BA4" w:rsidRPr="00621353" w:rsidRDefault="00E24BA4" w:rsidP="00621353">
            <w:pPr>
              <w:pStyle w:val="Stil4"/>
            </w:pPr>
            <w:r w:rsidRPr="00621353">
              <w:t>Kadrosu Biriminizde Olan Personel Sayısı</w:t>
            </w:r>
          </w:p>
        </w:tc>
        <w:tc>
          <w:tcPr>
            <w:tcW w:w="3216" w:type="dxa"/>
            <w:gridSpan w:val="3"/>
            <w:shd w:val="clear" w:color="auto" w:fill="B99C71"/>
          </w:tcPr>
          <w:p w:rsidR="00E24BA4" w:rsidRPr="00621353" w:rsidRDefault="00E24BA4" w:rsidP="00621353">
            <w:pPr>
              <w:pStyle w:val="Stil4"/>
            </w:pPr>
          </w:p>
          <w:p w:rsidR="00E24BA4" w:rsidRPr="00621353" w:rsidRDefault="00E24BA4" w:rsidP="00621353">
            <w:pPr>
              <w:pStyle w:val="Stil4"/>
            </w:pPr>
            <w:r w:rsidRPr="00621353">
              <w:t>Fiilen Çalışan Personel Sayısı</w:t>
            </w:r>
          </w:p>
        </w:tc>
      </w:tr>
      <w:tr w:rsidR="00E24BA4" w:rsidRPr="00010302" w:rsidTr="00621353">
        <w:trPr>
          <w:tblCellSpacing w:w="15" w:type="dxa"/>
        </w:trPr>
        <w:tc>
          <w:tcPr>
            <w:tcW w:w="1589" w:type="dxa"/>
          </w:tcPr>
          <w:p w:rsidR="00E24BA4" w:rsidRPr="00621353" w:rsidRDefault="00E24BA4" w:rsidP="00621353">
            <w:pPr>
              <w:pStyle w:val="Stil4"/>
            </w:pPr>
          </w:p>
        </w:tc>
        <w:tc>
          <w:tcPr>
            <w:tcW w:w="1443" w:type="dxa"/>
          </w:tcPr>
          <w:p w:rsidR="00E24BA4" w:rsidRPr="00621353" w:rsidRDefault="00E24BA4" w:rsidP="00621353">
            <w:pPr>
              <w:pStyle w:val="Stil4"/>
            </w:pPr>
          </w:p>
        </w:tc>
        <w:tc>
          <w:tcPr>
            <w:tcW w:w="820" w:type="dxa"/>
            <w:vAlign w:val="bottom"/>
          </w:tcPr>
          <w:p w:rsidR="00E24BA4" w:rsidRPr="00621353" w:rsidRDefault="00E24BA4" w:rsidP="00621353">
            <w:pPr>
              <w:pStyle w:val="Stil4"/>
            </w:pPr>
            <w:r w:rsidRPr="00621353">
              <w:t>K</w:t>
            </w:r>
          </w:p>
        </w:tc>
        <w:tc>
          <w:tcPr>
            <w:tcW w:w="662" w:type="dxa"/>
            <w:vAlign w:val="bottom"/>
          </w:tcPr>
          <w:p w:rsidR="00E24BA4" w:rsidRPr="00621353" w:rsidRDefault="00E24BA4" w:rsidP="00621353">
            <w:pPr>
              <w:pStyle w:val="Stil4"/>
            </w:pPr>
            <w:r w:rsidRPr="00621353">
              <w:t>E</w:t>
            </w:r>
          </w:p>
        </w:tc>
        <w:tc>
          <w:tcPr>
            <w:tcW w:w="1133" w:type="dxa"/>
            <w:vAlign w:val="bottom"/>
          </w:tcPr>
          <w:p w:rsidR="00E24BA4" w:rsidRPr="00621353" w:rsidRDefault="00E24BA4" w:rsidP="00621353">
            <w:pPr>
              <w:pStyle w:val="Stil4"/>
            </w:pPr>
            <w:r w:rsidRPr="00621353">
              <w:t>Toplam</w:t>
            </w:r>
          </w:p>
        </w:tc>
        <w:tc>
          <w:tcPr>
            <w:tcW w:w="726" w:type="dxa"/>
            <w:vAlign w:val="bottom"/>
          </w:tcPr>
          <w:p w:rsidR="00E24BA4" w:rsidRPr="00621353" w:rsidRDefault="00E24BA4" w:rsidP="00621353">
            <w:pPr>
              <w:pStyle w:val="Stil4"/>
            </w:pPr>
            <w:r w:rsidRPr="00621353">
              <w:t>K</w:t>
            </w:r>
          </w:p>
        </w:tc>
        <w:tc>
          <w:tcPr>
            <w:tcW w:w="890" w:type="dxa"/>
            <w:vAlign w:val="bottom"/>
          </w:tcPr>
          <w:p w:rsidR="00E24BA4" w:rsidRPr="00621353" w:rsidRDefault="00E24BA4" w:rsidP="00621353">
            <w:pPr>
              <w:pStyle w:val="Stil4"/>
            </w:pPr>
            <w:r w:rsidRPr="00621353">
              <w:t>E</w:t>
            </w:r>
          </w:p>
        </w:tc>
        <w:tc>
          <w:tcPr>
            <w:tcW w:w="1540" w:type="dxa"/>
            <w:vAlign w:val="bottom"/>
          </w:tcPr>
          <w:p w:rsidR="00E24BA4" w:rsidRPr="00621353" w:rsidRDefault="00E24BA4" w:rsidP="00621353">
            <w:pPr>
              <w:pStyle w:val="Stil4"/>
            </w:pPr>
            <w:r w:rsidRPr="00621353">
              <w:t>TOPLAM</w:t>
            </w:r>
          </w:p>
        </w:tc>
      </w:tr>
      <w:tr w:rsidR="00E24BA4" w:rsidRPr="00010302" w:rsidTr="009D611D">
        <w:trPr>
          <w:tblCellSpacing w:w="15" w:type="dxa"/>
        </w:trPr>
        <w:tc>
          <w:tcPr>
            <w:tcW w:w="1589" w:type="dxa"/>
            <w:vMerge w:val="restart"/>
          </w:tcPr>
          <w:p w:rsidR="00E24BA4" w:rsidRPr="00621353" w:rsidRDefault="00E24BA4" w:rsidP="00621353">
            <w:pPr>
              <w:pStyle w:val="Stil4"/>
            </w:pPr>
            <w:r w:rsidRPr="00621353">
              <w:t>HİZMET SINIFI</w:t>
            </w:r>
          </w:p>
        </w:tc>
        <w:tc>
          <w:tcPr>
            <w:tcW w:w="1443" w:type="dxa"/>
          </w:tcPr>
          <w:p w:rsidR="00E24BA4" w:rsidRPr="00621353" w:rsidRDefault="00E24BA4" w:rsidP="00621353">
            <w:pPr>
              <w:pStyle w:val="Stil4"/>
            </w:pPr>
            <w:r w:rsidRPr="00621353">
              <w:t xml:space="preserve">4/A </w:t>
            </w:r>
          </w:p>
        </w:tc>
        <w:tc>
          <w:tcPr>
            <w:tcW w:w="820" w:type="dxa"/>
          </w:tcPr>
          <w:p w:rsidR="00E24BA4" w:rsidRPr="00621353" w:rsidRDefault="00E24BA4" w:rsidP="00621353">
            <w:pPr>
              <w:pStyle w:val="Stil4"/>
            </w:pPr>
          </w:p>
        </w:tc>
        <w:tc>
          <w:tcPr>
            <w:tcW w:w="662" w:type="dxa"/>
          </w:tcPr>
          <w:p w:rsidR="00E24BA4" w:rsidRPr="00621353" w:rsidRDefault="00E24BA4" w:rsidP="00621353">
            <w:pPr>
              <w:pStyle w:val="Stil4"/>
            </w:pPr>
          </w:p>
        </w:tc>
        <w:tc>
          <w:tcPr>
            <w:tcW w:w="1133" w:type="dxa"/>
          </w:tcPr>
          <w:p w:rsidR="00E24BA4" w:rsidRPr="00621353" w:rsidRDefault="00E24BA4" w:rsidP="00621353">
            <w:pPr>
              <w:pStyle w:val="Stil4"/>
            </w:pPr>
          </w:p>
        </w:tc>
        <w:tc>
          <w:tcPr>
            <w:tcW w:w="726" w:type="dxa"/>
          </w:tcPr>
          <w:p w:rsidR="00E24BA4" w:rsidRPr="00621353" w:rsidRDefault="00E24BA4" w:rsidP="00621353">
            <w:pPr>
              <w:pStyle w:val="Stil4"/>
            </w:pPr>
          </w:p>
        </w:tc>
        <w:tc>
          <w:tcPr>
            <w:tcW w:w="890" w:type="dxa"/>
          </w:tcPr>
          <w:p w:rsidR="00E24BA4" w:rsidRPr="00621353" w:rsidRDefault="00E24BA4" w:rsidP="00621353">
            <w:pPr>
              <w:pStyle w:val="Stil4"/>
            </w:pPr>
          </w:p>
        </w:tc>
        <w:tc>
          <w:tcPr>
            <w:tcW w:w="1540" w:type="dxa"/>
          </w:tcPr>
          <w:p w:rsidR="00E24BA4" w:rsidRPr="00621353" w:rsidRDefault="00E24BA4" w:rsidP="00621353">
            <w:pPr>
              <w:pStyle w:val="Stil4"/>
            </w:pPr>
          </w:p>
        </w:tc>
      </w:tr>
      <w:tr w:rsidR="00E24BA4" w:rsidRPr="00E03019" w:rsidTr="009D611D">
        <w:trPr>
          <w:tblCellSpacing w:w="15" w:type="dxa"/>
        </w:trPr>
        <w:tc>
          <w:tcPr>
            <w:tcW w:w="1589" w:type="dxa"/>
            <w:vMerge/>
          </w:tcPr>
          <w:p w:rsidR="00E24BA4" w:rsidRPr="00621353" w:rsidRDefault="00E24BA4" w:rsidP="00621353">
            <w:pPr>
              <w:pStyle w:val="Stil4"/>
            </w:pPr>
          </w:p>
        </w:tc>
        <w:tc>
          <w:tcPr>
            <w:tcW w:w="1443" w:type="dxa"/>
          </w:tcPr>
          <w:p w:rsidR="00E24BA4" w:rsidRPr="00621353" w:rsidRDefault="00E24BA4" w:rsidP="00621353">
            <w:pPr>
              <w:pStyle w:val="Stil4"/>
            </w:pPr>
            <w:r w:rsidRPr="00621353">
              <w:t>4/B</w:t>
            </w:r>
          </w:p>
        </w:tc>
        <w:tc>
          <w:tcPr>
            <w:tcW w:w="820" w:type="dxa"/>
          </w:tcPr>
          <w:p w:rsidR="00E24BA4" w:rsidRPr="00621353" w:rsidRDefault="00E24BA4" w:rsidP="00621353">
            <w:pPr>
              <w:pStyle w:val="Stil4"/>
            </w:pPr>
          </w:p>
        </w:tc>
        <w:tc>
          <w:tcPr>
            <w:tcW w:w="662" w:type="dxa"/>
          </w:tcPr>
          <w:p w:rsidR="00E24BA4" w:rsidRPr="00621353" w:rsidRDefault="00E24BA4" w:rsidP="00621353">
            <w:pPr>
              <w:pStyle w:val="Stil4"/>
            </w:pPr>
          </w:p>
        </w:tc>
        <w:tc>
          <w:tcPr>
            <w:tcW w:w="1133" w:type="dxa"/>
          </w:tcPr>
          <w:p w:rsidR="00E24BA4" w:rsidRPr="00621353" w:rsidRDefault="00E24BA4" w:rsidP="00621353">
            <w:pPr>
              <w:pStyle w:val="Stil4"/>
            </w:pPr>
          </w:p>
        </w:tc>
        <w:tc>
          <w:tcPr>
            <w:tcW w:w="726" w:type="dxa"/>
          </w:tcPr>
          <w:p w:rsidR="00E24BA4" w:rsidRPr="00621353" w:rsidRDefault="00E24BA4" w:rsidP="00621353">
            <w:pPr>
              <w:pStyle w:val="Stil4"/>
            </w:pPr>
          </w:p>
        </w:tc>
        <w:tc>
          <w:tcPr>
            <w:tcW w:w="890" w:type="dxa"/>
            <w:vAlign w:val="center"/>
          </w:tcPr>
          <w:p w:rsidR="00E24BA4" w:rsidRPr="00621353" w:rsidRDefault="00E24BA4" w:rsidP="00621353">
            <w:pPr>
              <w:pStyle w:val="Stil4"/>
            </w:pPr>
          </w:p>
        </w:tc>
        <w:tc>
          <w:tcPr>
            <w:tcW w:w="1540" w:type="dxa"/>
            <w:vAlign w:val="center"/>
          </w:tcPr>
          <w:p w:rsidR="00E24BA4" w:rsidRPr="00621353" w:rsidRDefault="00E24BA4" w:rsidP="00621353">
            <w:pPr>
              <w:pStyle w:val="Stil4"/>
            </w:pPr>
          </w:p>
        </w:tc>
      </w:tr>
      <w:tr w:rsidR="00E24BA4" w:rsidRPr="00E03019" w:rsidTr="009D611D">
        <w:trPr>
          <w:tblCellSpacing w:w="15" w:type="dxa"/>
        </w:trPr>
        <w:tc>
          <w:tcPr>
            <w:tcW w:w="1589" w:type="dxa"/>
            <w:vMerge/>
          </w:tcPr>
          <w:p w:rsidR="00E24BA4" w:rsidRPr="00621353" w:rsidRDefault="00E24BA4" w:rsidP="00621353">
            <w:pPr>
              <w:pStyle w:val="Stil4"/>
            </w:pPr>
          </w:p>
        </w:tc>
        <w:tc>
          <w:tcPr>
            <w:tcW w:w="1443" w:type="dxa"/>
          </w:tcPr>
          <w:p w:rsidR="00E24BA4" w:rsidRPr="00621353" w:rsidRDefault="00E24BA4" w:rsidP="00621353">
            <w:pPr>
              <w:pStyle w:val="Stil4"/>
            </w:pPr>
            <w:r w:rsidRPr="00621353">
              <w:t>4/D</w:t>
            </w:r>
          </w:p>
        </w:tc>
        <w:tc>
          <w:tcPr>
            <w:tcW w:w="820" w:type="dxa"/>
          </w:tcPr>
          <w:p w:rsidR="00E24BA4" w:rsidRPr="00621353" w:rsidRDefault="00E24BA4" w:rsidP="00621353">
            <w:pPr>
              <w:pStyle w:val="Stil4"/>
            </w:pPr>
          </w:p>
        </w:tc>
        <w:tc>
          <w:tcPr>
            <w:tcW w:w="662" w:type="dxa"/>
          </w:tcPr>
          <w:p w:rsidR="00E24BA4" w:rsidRPr="00621353" w:rsidRDefault="00E24BA4" w:rsidP="00621353">
            <w:pPr>
              <w:pStyle w:val="Stil4"/>
            </w:pPr>
          </w:p>
        </w:tc>
        <w:tc>
          <w:tcPr>
            <w:tcW w:w="1133" w:type="dxa"/>
          </w:tcPr>
          <w:p w:rsidR="00E24BA4" w:rsidRPr="00621353" w:rsidRDefault="00E24BA4" w:rsidP="00621353">
            <w:pPr>
              <w:pStyle w:val="Stil4"/>
            </w:pPr>
          </w:p>
        </w:tc>
        <w:tc>
          <w:tcPr>
            <w:tcW w:w="726" w:type="dxa"/>
          </w:tcPr>
          <w:p w:rsidR="00E24BA4" w:rsidRPr="00621353" w:rsidRDefault="00E24BA4" w:rsidP="00621353">
            <w:pPr>
              <w:pStyle w:val="Stil4"/>
            </w:pPr>
          </w:p>
        </w:tc>
        <w:tc>
          <w:tcPr>
            <w:tcW w:w="890" w:type="dxa"/>
            <w:vAlign w:val="center"/>
          </w:tcPr>
          <w:p w:rsidR="00E24BA4" w:rsidRPr="00621353" w:rsidRDefault="00E24BA4" w:rsidP="00621353">
            <w:pPr>
              <w:pStyle w:val="Stil4"/>
            </w:pPr>
          </w:p>
        </w:tc>
        <w:tc>
          <w:tcPr>
            <w:tcW w:w="1540" w:type="dxa"/>
            <w:vAlign w:val="center"/>
          </w:tcPr>
          <w:p w:rsidR="00E24BA4" w:rsidRPr="00621353" w:rsidRDefault="00E24BA4" w:rsidP="00621353">
            <w:pPr>
              <w:pStyle w:val="Stil4"/>
            </w:pPr>
          </w:p>
        </w:tc>
      </w:tr>
      <w:tr w:rsidR="00E24BA4" w:rsidRPr="00E03019" w:rsidTr="009D611D">
        <w:trPr>
          <w:tblCellSpacing w:w="15" w:type="dxa"/>
        </w:trPr>
        <w:tc>
          <w:tcPr>
            <w:tcW w:w="3062" w:type="dxa"/>
            <w:gridSpan w:val="2"/>
          </w:tcPr>
          <w:p w:rsidR="00E24BA4" w:rsidRPr="00621353" w:rsidRDefault="00E24BA4" w:rsidP="00621353">
            <w:pPr>
              <w:pStyle w:val="Stil4"/>
            </w:pPr>
            <w:r w:rsidRPr="00621353">
              <w:t>TOPLAM</w:t>
            </w:r>
          </w:p>
        </w:tc>
        <w:tc>
          <w:tcPr>
            <w:tcW w:w="820" w:type="dxa"/>
          </w:tcPr>
          <w:p w:rsidR="00E24BA4" w:rsidRPr="00621353" w:rsidRDefault="00E24BA4" w:rsidP="00621353">
            <w:pPr>
              <w:pStyle w:val="Stil4"/>
            </w:pPr>
          </w:p>
        </w:tc>
        <w:tc>
          <w:tcPr>
            <w:tcW w:w="662" w:type="dxa"/>
          </w:tcPr>
          <w:p w:rsidR="00E24BA4" w:rsidRPr="00621353" w:rsidRDefault="00E24BA4" w:rsidP="00621353">
            <w:pPr>
              <w:pStyle w:val="Stil4"/>
            </w:pPr>
          </w:p>
        </w:tc>
        <w:tc>
          <w:tcPr>
            <w:tcW w:w="1133" w:type="dxa"/>
          </w:tcPr>
          <w:p w:rsidR="00E24BA4" w:rsidRPr="00621353" w:rsidRDefault="00E24BA4" w:rsidP="00621353">
            <w:pPr>
              <w:pStyle w:val="Stil4"/>
            </w:pPr>
          </w:p>
        </w:tc>
        <w:tc>
          <w:tcPr>
            <w:tcW w:w="726" w:type="dxa"/>
          </w:tcPr>
          <w:p w:rsidR="00E24BA4" w:rsidRPr="00621353" w:rsidRDefault="00E24BA4" w:rsidP="00621353">
            <w:pPr>
              <w:pStyle w:val="Stil4"/>
            </w:pPr>
          </w:p>
        </w:tc>
        <w:tc>
          <w:tcPr>
            <w:tcW w:w="890" w:type="dxa"/>
            <w:vAlign w:val="center"/>
          </w:tcPr>
          <w:p w:rsidR="00E24BA4" w:rsidRPr="00621353" w:rsidRDefault="00E24BA4" w:rsidP="00621353">
            <w:pPr>
              <w:pStyle w:val="Stil4"/>
            </w:pPr>
          </w:p>
        </w:tc>
        <w:tc>
          <w:tcPr>
            <w:tcW w:w="1540" w:type="dxa"/>
            <w:vAlign w:val="center"/>
          </w:tcPr>
          <w:p w:rsidR="00E24BA4" w:rsidRPr="00621353" w:rsidRDefault="00E24BA4" w:rsidP="00621353">
            <w:pPr>
              <w:pStyle w:val="Stil4"/>
            </w:pPr>
          </w:p>
        </w:tc>
      </w:tr>
    </w:tbl>
    <w:p w:rsidR="00621353" w:rsidRDefault="00621353" w:rsidP="00E24BA4"/>
    <w:p w:rsidR="00E24BA4" w:rsidRDefault="00E24BA4" w:rsidP="00E24BA4">
      <w:proofErr w:type="spellStart"/>
      <w:r>
        <w:t>İdari</w:t>
      </w:r>
      <w:proofErr w:type="spellEnd"/>
      <w:r>
        <w:t xml:space="preserve"> </w:t>
      </w:r>
      <w:proofErr w:type="spellStart"/>
      <w:r>
        <w:t>Personelin</w:t>
      </w:r>
      <w:proofErr w:type="spellEnd"/>
      <w:r>
        <w:rPr>
          <w:spacing w:val="-5"/>
        </w:rPr>
        <w:t xml:space="preserve"> </w:t>
      </w:r>
      <w:proofErr w:type="spellStart"/>
      <w:r>
        <w:t>Eğitim</w:t>
      </w:r>
      <w:proofErr w:type="spellEnd"/>
      <w:r>
        <w:t xml:space="preserve"> </w:t>
      </w:r>
      <w:proofErr w:type="spellStart"/>
      <w:r>
        <w:t>Durumu</w:t>
      </w:r>
      <w:proofErr w:type="spellEnd"/>
    </w:p>
    <w:tbl>
      <w:tblPr>
        <w:tblW w:w="907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17"/>
        <w:gridCol w:w="1466"/>
        <w:gridCol w:w="842"/>
        <w:gridCol w:w="1178"/>
        <w:gridCol w:w="1134"/>
        <w:gridCol w:w="1276"/>
        <w:gridCol w:w="1559"/>
      </w:tblGrid>
      <w:tr w:rsidR="00E24BA4" w:rsidRPr="00621353" w:rsidTr="009D611D">
        <w:trPr>
          <w:tblCellSpacing w:w="15" w:type="dxa"/>
        </w:trPr>
        <w:tc>
          <w:tcPr>
            <w:tcW w:w="1572" w:type="dxa"/>
            <w:shd w:val="clear" w:color="auto" w:fill="B99C71"/>
          </w:tcPr>
          <w:p w:rsidR="00E24BA4" w:rsidRPr="00621353" w:rsidRDefault="00E24BA4" w:rsidP="00621353">
            <w:pPr>
              <w:pStyle w:val="Stil4"/>
            </w:pPr>
            <w:r w:rsidRPr="00621353">
              <w:t xml:space="preserve"> Yıl</w:t>
            </w:r>
          </w:p>
        </w:tc>
        <w:tc>
          <w:tcPr>
            <w:tcW w:w="1436" w:type="dxa"/>
            <w:shd w:val="clear" w:color="auto" w:fill="B99C71"/>
          </w:tcPr>
          <w:p w:rsidR="00E24BA4" w:rsidRPr="00621353" w:rsidRDefault="00E24BA4" w:rsidP="00621353">
            <w:pPr>
              <w:pStyle w:val="Stil4"/>
            </w:pPr>
            <w:r w:rsidRPr="00621353">
              <w:t>İlköğretim</w:t>
            </w:r>
          </w:p>
        </w:tc>
        <w:tc>
          <w:tcPr>
            <w:tcW w:w="812" w:type="dxa"/>
            <w:shd w:val="clear" w:color="auto" w:fill="B99C71"/>
          </w:tcPr>
          <w:p w:rsidR="00E24BA4" w:rsidRPr="00621353" w:rsidRDefault="00E24BA4" w:rsidP="00621353">
            <w:pPr>
              <w:pStyle w:val="Stil4"/>
            </w:pPr>
            <w:r w:rsidRPr="00621353">
              <w:t>Lise</w:t>
            </w:r>
          </w:p>
        </w:tc>
        <w:tc>
          <w:tcPr>
            <w:tcW w:w="1148" w:type="dxa"/>
            <w:shd w:val="clear" w:color="auto" w:fill="B99C71"/>
          </w:tcPr>
          <w:p w:rsidR="00E24BA4" w:rsidRPr="00621353" w:rsidRDefault="00E24BA4" w:rsidP="00621353">
            <w:pPr>
              <w:pStyle w:val="Stil4"/>
            </w:pPr>
            <w:r w:rsidRPr="00621353">
              <w:t>Ön Lisans</w:t>
            </w:r>
          </w:p>
        </w:tc>
        <w:tc>
          <w:tcPr>
            <w:tcW w:w="1104" w:type="dxa"/>
            <w:shd w:val="clear" w:color="auto" w:fill="B99C71"/>
          </w:tcPr>
          <w:p w:rsidR="00E24BA4" w:rsidRPr="00621353" w:rsidRDefault="00E24BA4" w:rsidP="00621353">
            <w:pPr>
              <w:pStyle w:val="Stil4"/>
            </w:pPr>
            <w:r w:rsidRPr="00621353">
              <w:t>Lisans</w:t>
            </w:r>
          </w:p>
        </w:tc>
        <w:tc>
          <w:tcPr>
            <w:tcW w:w="1246" w:type="dxa"/>
            <w:shd w:val="clear" w:color="auto" w:fill="B99C71"/>
          </w:tcPr>
          <w:p w:rsidR="00E24BA4" w:rsidRPr="00621353" w:rsidRDefault="00E24BA4" w:rsidP="00621353">
            <w:pPr>
              <w:pStyle w:val="Stil4"/>
            </w:pPr>
            <w:r w:rsidRPr="00621353">
              <w:t>Lisansüstü</w:t>
            </w:r>
          </w:p>
        </w:tc>
        <w:tc>
          <w:tcPr>
            <w:tcW w:w="1514" w:type="dxa"/>
            <w:shd w:val="clear" w:color="auto" w:fill="B99C71"/>
          </w:tcPr>
          <w:p w:rsidR="00E24BA4" w:rsidRPr="00621353" w:rsidRDefault="00E24BA4" w:rsidP="00621353">
            <w:pPr>
              <w:pStyle w:val="Stil4"/>
            </w:pPr>
            <w:r w:rsidRPr="00621353">
              <w:t>TOPLAM</w:t>
            </w:r>
          </w:p>
        </w:tc>
      </w:tr>
      <w:tr w:rsidR="00E24BA4" w:rsidRPr="00621353" w:rsidTr="009D611D">
        <w:trPr>
          <w:tblCellSpacing w:w="15" w:type="dxa"/>
        </w:trPr>
        <w:tc>
          <w:tcPr>
            <w:tcW w:w="1572" w:type="dxa"/>
          </w:tcPr>
          <w:p w:rsidR="00E24BA4" w:rsidRPr="00621353" w:rsidRDefault="00E24BA4" w:rsidP="00621353">
            <w:pPr>
              <w:pStyle w:val="Stil4"/>
            </w:pPr>
            <w:r w:rsidRPr="00621353">
              <w:t>Kişi Sayısı</w:t>
            </w:r>
          </w:p>
        </w:tc>
        <w:tc>
          <w:tcPr>
            <w:tcW w:w="1436" w:type="dxa"/>
          </w:tcPr>
          <w:p w:rsidR="00E24BA4" w:rsidRPr="00621353" w:rsidRDefault="00E24BA4" w:rsidP="00621353">
            <w:pPr>
              <w:pStyle w:val="Stil4"/>
            </w:pPr>
          </w:p>
        </w:tc>
        <w:tc>
          <w:tcPr>
            <w:tcW w:w="812" w:type="dxa"/>
          </w:tcPr>
          <w:p w:rsidR="00E24BA4" w:rsidRPr="00621353" w:rsidRDefault="00E24BA4" w:rsidP="00621353">
            <w:pPr>
              <w:pStyle w:val="Stil4"/>
            </w:pPr>
          </w:p>
        </w:tc>
        <w:tc>
          <w:tcPr>
            <w:tcW w:w="1148" w:type="dxa"/>
          </w:tcPr>
          <w:p w:rsidR="00E24BA4" w:rsidRPr="00621353" w:rsidRDefault="00E24BA4" w:rsidP="00621353">
            <w:pPr>
              <w:pStyle w:val="Stil4"/>
            </w:pPr>
          </w:p>
        </w:tc>
        <w:tc>
          <w:tcPr>
            <w:tcW w:w="1104" w:type="dxa"/>
          </w:tcPr>
          <w:p w:rsidR="00E24BA4" w:rsidRPr="00621353" w:rsidRDefault="00E24BA4" w:rsidP="00621353">
            <w:pPr>
              <w:pStyle w:val="Stil4"/>
            </w:pPr>
          </w:p>
        </w:tc>
        <w:tc>
          <w:tcPr>
            <w:tcW w:w="1246" w:type="dxa"/>
          </w:tcPr>
          <w:p w:rsidR="00E24BA4" w:rsidRPr="00621353" w:rsidRDefault="00E24BA4" w:rsidP="00621353">
            <w:pPr>
              <w:pStyle w:val="Stil4"/>
            </w:pPr>
          </w:p>
        </w:tc>
        <w:tc>
          <w:tcPr>
            <w:tcW w:w="1514" w:type="dxa"/>
          </w:tcPr>
          <w:p w:rsidR="00E24BA4" w:rsidRPr="00621353" w:rsidRDefault="00E24BA4" w:rsidP="00621353">
            <w:pPr>
              <w:pStyle w:val="Stil4"/>
            </w:pPr>
          </w:p>
        </w:tc>
      </w:tr>
    </w:tbl>
    <w:p w:rsidR="00621353" w:rsidRDefault="00621353" w:rsidP="00915101"/>
    <w:p w:rsidR="00621353" w:rsidRDefault="00621353" w:rsidP="00915101"/>
    <w:p w:rsidR="00621353" w:rsidRDefault="00621353" w:rsidP="00915101"/>
    <w:p w:rsidR="00621353" w:rsidRDefault="00621353" w:rsidP="00915101"/>
    <w:p w:rsidR="00621353" w:rsidRDefault="00621353" w:rsidP="00915101"/>
    <w:p w:rsidR="00915101" w:rsidRDefault="00915101" w:rsidP="00915101">
      <w:proofErr w:type="spellStart"/>
      <w:r>
        <w:t>İdari</w:t>
      </w:r>
      <w:proofErr w:type="spellEnd"/>
      <w:r>
        <w:t xml:space="preserve"> </w:t>
      </w:r>
      <w:proofErr w:type="spellStart"/>
      <w:r>
        <w:t>Personelin</w:t>
      </w:r>
      <w:proofErr w:type="spellEnd"/>
      <w:r>
        <w:rPr>
          <w:spacing w:val="-5"/>
        </w:rPr>
        <w:t xml:space="preserve"> </w:t>
      </w:r>
      <w:proofErr w:type="spellStart"/>
      <w:r>
        <w:t>Hizmet</w:t>
      </w:r>
      <w:proofErr w:type="spellEnd"/>
      <w:r>
        <w:t xml:space="preserve"> </w:t>
      </w:r>
      <w:proofErr w:type="spellStart"/>
      <w:r>
        <w:t>Süresi</w:t>
      </w:r>
      <w:proofErr w:type="spellEnd"/>
    </w:p>
    <w:tbl>
      <w:tblPr>
        <w:tblW w:w="9072" w:type="dxa"/>
        <w:tblInd w:w="-10" w:type="dxa"/>
        <w:tblCellMar>
          <w:left w:w="70" w:type="dxa"/>
          <w:right w:w="70" w:type="dxa"/>
        </w:tblCellMar>
        <w:tblLook w:val="04A0" w:firstRow="1" w:lastRow="0" w:firstColumn="1" w:lastColumn="0" w:noHBand="0" w:noVBand="1"/>
      </w:tblPr>
      <w:tblGrid>
        <w:gridCol w:w="1838"/>
        <w:gridCol w:w="776"/>
        <w:gridCol w:w="617"/>
        <w:gridCol w:w="680"/>
        <w:gridCol w:w="759"/>
        <w:gridCol w:w="759"/>
        <w:gridCol w:w="759"/>
        <w:gridCol w:w="759"/>
        <w:gridCol w:w="1107"/>
        <w:gridCol w:w="1018"/>
      </w:tblGrid>
      <w:tr w:rsidR="00D328B5" w:rsidRPr="00915101" w:rsidTr="00A4680D">
        <w:trPr>
          <w:trHeight w:val="585"/>
        </w:trPr>
        <w:tc>
          <w:tcPr>
            <w:tcW w:w="1839" w:type="dxa"/>
            <w:tcBorders>
              <w:top w:val="double" w:sz="4" w:space="0" w:color="auto"/>
              <w:left w:val="double" w:sz="4" w:space="0" w:color="auto"/>
              <w:bottom w:val="double" w:sz="4" w:space="0" w:color="auto"/>
              <w:right w:val="double" w:sz="4" w:space="0" w:color="auto"/>
            </w:tcBorders>
            <w:shd w:val="clear" w:color="auto" w:fill="B99C71"/>
            <w:vAlign w:val="center"/>
            <w:hideMark/>
          </w:tcPr>
          <w:bookmarkEnd w:id="8"/>
          <w:bookmarkEnd w:id="9"/>
          <w:p w:rsidR="00915101" w:rsidRPr="00A4680D" w:rsidRDefault="00915101" w:rsidP="00621353">
            <w:pPr>
              <w:pStyle w:val="Stil4"/>
              <w:rPr>
                <w:lang w:eastAsia="tr-TR"/>
              </w:rPr>
            </w:pPr>
            <w:r w:rsidRPr="00A4680D">
              <w:rPr>
                <w:lang w:eastAsia="tr-TR"/>
              </w:rPr>
              <w:t> </w:t>
            </w:r>
          </w:p>
        </w:tc>
        <w:tc>
          <w:tcPr>
            <w:tcW w:w="776" w:type="dxa"/>
            <w:tcBorders>
              <w:top w:val="double" w:sz="4" w:space="0" w:color="auto"/>
              <w:left w:val="double" w:sz="4" w:space="0" w:color="auto"/>
              <w:bottom w:val="double" w:sz="4" w:space="0" w:color="auto"/>
              <w:right w:val="double" w:sz="4" w:space="0" w:color="auto"/>
            </w:tcBorders>
            <w:shd w:val="clear" w:color="auto" w:fill="B99C71"/>
            <w:vAlign w:val="center"/>
            <w:hideMark/>
          </w:tcPr>
          <w:p w:rsidR="00915101" w:rsidRPr="00A4680D" w:rsidRDefault="00915101" w:rsidP="00621353">
            <w:pPr>
              <w:pStyle w:val="Stil4"/>
              <w:rPr>
                <w:bCs/>
                <w:lang w:eastAsia="tr-TR"/>
              </w:rPr>
            </w:pPr>
            <w:r w:rsidRPr="00A4680D">
              <w:rPr>
                <w:bCs/>
                <w:lang w:eastAsia="tr-TR"/>
              </w:rPr>
              <w:t>1 Yıldan Az</w:t>
            </w:r>
          </w:p>
        </w:tc>
        <w:tc>
          <w:tcPr>
            <w:tcW w:w="0" w:type="auto"/>
            <w:tcBorders>
              <w:top w:val="double" w:sz="4" w:space="0" w:color="auto"/>
              <w:left w:val="double" w:sz="4" w:space="0" w:color="auto"/>
              <w:bottom w:val="double" w:sz="4" w:space="0" w:color="auto"/>
              <w:right w:val="double" w:sz="4" w:space="0" w:color="auto"/>
            </w:tcBorders>
            <w:shd w:val="clear" w:color="auto" w:fill="B99C71"/>
            <w:vAlign w:val="center"/>
            <w:hideMark/>
          </w:tcPr>
          <w:p w:rsidR="00915101" w:rsidRPr="00A4680D" w:rsidRDefault="00915101" w:rsidP="00621353">
            <w:pPr>
              <w:pStyle w:val="Stil4"/>
              <w:rPr>
                <w:bCs/>
                <w:lang w:eastAsia="tr-TR"/>
              </w:rPr>
            </w:pPr>
            <w:r w:rsidRPr="00A4680D">
              <w:rPr>
                <w:bCs/>
                <w:lang w:eastAsia="tr-TR"/>
              </w:rPr>
              <w:t>1–5 Yıl</w:t>
            </w:r>
          </w:p>
        </w:tc>
        <w:tc>
          <w:tcPr>
            <w:tcW w:w="0" w:type="auto"/>
            <w:tcBorders>
              <w:top w:val="double" w:sz="4" w:space="0" w:color="auto"/>
              <w:left w:val="double" w:sz="4" w:space="0" w:color="auto"/>
              <w:bottom w:val="double" w:sz="4" w:space="0" w:color="auto"/>
              <w:right w:val="double" w:sz="4" w:space="0" w:color="auto"/>
            </w:tcBorders>
            <w:shd w:val="clear" w:color="auto" w:fill="B99C71"/>
            <w:vAlign w:val="center"/>
            <w:hideMark/>
          </w:tcPr>
          <w:p w:rsidR="00915101" w:rsidRPr="00A4680D" w:rsidRDefault="00915101" w:rsidP="00621353">
            <w:pPr>
              <w:pStyle w:val="Stil4"/>
              <w:rPr>
                <w:bCs/>
                <w:lang w:eastAsia="tr-TR"/>
              </w:rPr>
            </w:pPr>
            <w:r w:rsidRPr="00A4680D">
              <w:rPr>
                <w:bCs/>
                <w:lang w:eastAsia="tr-TR"/>
              </w:rPr>
              <w:t>6–10 Yıl</w:t>
            </w:r>
          </w:p>
        </w:tc>
        <w:tc>
          <w:tcPr>
            <w:tcW w:w="0" w:type="auto"/>
            <w:tcBorders>
              <w:top w:val="double" w:sz="4" w:space="0" w:color="auto"/>
              <w:left w:val="double" w:sz="4" w:space="0" w:color="auto"/>
              <w:bottom w:val="double" w:sz="4" w:space="0" w:color="auto"/>
              <w:right w:val="double" w:sz="4" w:space="0" w:color="auto"/>
            </w:tcBorders>
            <w:shd w:val="clear" w:color="auto" w:fill="B99C71"/>
            <w:vAlign w:val="center"/>
            <w:hideMark/>
          </w:tcPr>
          <w:p w:rsidR="00915101" w:rsidRPr="00A4680D" w:rsidRDefault="00915101" w:rsidP="00621353">
            <w:pPr>
              <w:pStyle w:val="Stil4"/>
              <w:rPr>
                <w:bCs/>
                <w:lang w:eastAsia="tr-TR"/>
              </w:rPr>
            </w:pPr>
            <w:r w:rsidRPr="00A4680D">
              <w:rPr>
                <w:bCs/>
                <w:lang w:eastAsia="tr-TR"/>
              </w:rPr>
              <w:t>11–15 Yıl</w:t>
            </w:r>
          </w:p>
        </w:tc>
        <w:tc>
          <w:tcPr>
            <w:tcW w:w="0" w:type="auto"/>
            <w:tcBorders>
              <w:top w:val="double" w:sz="4" w:space="0" w:color="auto"/>
              <w:left w:val="double" w:sz="4" w:space="0" w:color="auto"/>
              <w:bottom w:val="double" w:sz="4" w:space="0" w:color="auto"/>
              <w:right w:val="double" w:sz="4" w:space="0" w:color="auto"/>
            </w:tcBorders>
            <w:shd w:val="clear" w:color="auto" w:fill="B99C71"/>
            <w:vAlign w:val="center"/>
            <w:hideMark/>
          </w:tcPr>
          <w:p w:rsidR="00915101" w:rsidRPr="00A4680D" w:rsidRDefault="00915101" w:rsidP="00621353">
            <w:pPr>
              <w:pStyle w:val="Stil4"/>
              <w:rPr>
                <w:bCs/>
                <w:lang w:eastAsia="tr-TR"/>
              </w:rPr>
            </w:pPr>
            <w:r w:rsidRPr="00A4680D">
              <w:rPr>
                <w:bCs/>
                <w:lang w:eastAsia="tr-TR"/>
              </w:rPr>
              <w:t>16–20 Yıl</w:t>
            </w:r>
          </w:p>
        </w:tc>
        <w:tc>
          <w:tcPr>
            <w:tcW w:w="0" w:type="auto"/>
            <w:tcBorders>
              <w:top w:val="double" w:sz="4" w:space="0" w:color="auto"/>
              <w:left w:val="double" w:sz="4" w:space="0" w:color="auto"/>
              <w:bottom w:val="double" w:sz="4" w:space="0" w:color="auto"/>
              <w:right w:val="double" w:sz="4" w:space="0" w:color="auto"/>
            </w:tcBorders>
            <w:shd w:val="clear" w:color="auto" w:fill="B99C71"/>
            <w:vAlign w:val="center"/>
            <w:hideMark/>
          </w:tcPr>
          <w:p w:rsidR="00915101" w:rsidRPr="00A4680D" w:rsidRDefault="00915101" w:rsidP="00621353">
            <w:pPr>
              <w:pStyle w:val="Stil4"/>
              <w:rPr>
                <w:bCs/>
                <w:lang w:eastAsia="tr-TR"/>
              </w:rPr>
            </w:pPr>
            <w:r w:rsidRPr="00A4680D">
              <w:rPr>
                <w:bCs/>
                <w:lang w:eastAsia="tr-TR"/>
              </w:rPr>
              <w:t>21–25 Yıl</w:t>
            </w:r>
          </w:p>
        </w:tc>
        <w:tc>
          <w:tcPr>
            <w:tcW w:w="0" w:type="auto"/>
            <w:tcBorders>
              <w:top w:val="double" w:sz="4" w:space="0" w:color="auto"/>
              <w:left w:val="double" w:sz="4" w:space="0" w:color="auto"/>
              <w:bottom w:val="double" w:sz="4" w:space="0" w:color="auto"/>
              <w:right w:val="double" w:sz="4" w:space="0" w:color="auto"/>
            </w:tcBorders>
            <w:shd w:val="clear" w:color="auto" w:fill="B99C71"/>
            <w:vAlign w:val="center"/>
            <w:hideMark/>
          </w:tcPr>
          <w:p w:rsidR="00915101" w:rsidRPr="00A4680D" w:rsidRDefault="00915101" w:rsidP="00621353">
            <w:pPr>
              <w:pStyle w:val="Stil4"/>
              <w:rPr>
                <w:bCs/>
                <w:lang w:eastAsia="tr-TR"/>
              </w:rPr>
            </w:pPr>
            <w:r w:rsidRPr="00A4680D">
              <w:rPr>
                <w:bCs/>
                <w:lang w:eastAsia="tr-TR"/>
              </w:rPr>
              <w:t>26–30 Yıl</w:t>
            </w:r>
          </w:p>
        </w:tc>
        <w:tc>
          <w:tcPr>
            <w:tcW w:w="0" w:type="auto"/>
            <w:tcBorders>
              <w:top w:val="double" w:sz="4" w:space="0" w:color="auto"/>
              <w:left w:val="double" w:sz="4" w:space="0" w:color="auto"/>
              <w:bottom w:val="double" w:sz="4" w:space="0" w:color="auto"/>
              <w:right w:val="double" w:sz="4" w:space="0" w:color="auto"/>
            </w:tcBorders>
            <w:shd w:val="clear" w:color="auto" w:fill="B99C71"/>
            <w:vAlign w:val="center"/>
            <w:hideMark/>
          </w:tcPr>
          <w:p w:rsidR="00915101" w:rsidRPr="00A4680D" w:rsidRDefault="00915101" w:rsidP="00621353">
            <w:pPr>
              <w:pStyle w:val="Stil4"/>
              <w:rPr>
                <w:bCs/>
                <w:lang w:eastAsia="tr-TR"/>
              </w:rPr>
            </w:pPr>
            <w:r w:rsidRPr="00A4680D">
              <w:rPr>
                <w:bCs/>
                <w:lang w:eastAsia="tr-TR"/>
              </w:rPr>
              <w:t>31 Yıl ve Üzeri</w:t>
            </w:r>
          </w:p>
        </w:tc>
        <w:tc>
          <w:tcPr>
            <w:tcW w:w="0" w:type="auto"/>
            <w:tcBorders>
              <w:top w:val="double" w:sz="4" w:space="0" w:color="auto"/>
              <w:left w:val="double" w:sz="4" w:space="0" w:color="auto"/>
              <w:bottom w:val="double" w:sz="4" w:space="0" w:color="auto"/>
              <w:right w:val="double" w:sz="4" w:space="0" w:color="auto"/>
            </w:tcBorders>
            <w:shd w:val="clear" w:color="auto" w:fill="B99C71"/>
            <w:vAlign w:val="center"/>
            <w:hideMark/>
          </w:tcPr>
          <w:p w:rsidR="00915101" w:rsidRPr="00A4680D" w:rsidRDefault="00915101" w:rsidP="00621353">
            <w:pPr>
              <w:pStyle w:val="Stil4"/>
              <w:rPr>
                <w:bCs/>
                <w:lang w:eastAsia="tr-TR"/>
              </w:rPr>
            </w:pPr>
            <w:r w:rsidRPr="00A4680D">
              <w:rPr>
                <w:bCs/>
                <w:lang w:eastAsia="tr-TR"/>
              </w:rPr>
              <w:t>TOPLAM</w:t>
            </w:r>
          </w:p>
        </w:tc>
      </w:tr>
      <w:tr w:rsidR="00D328B5" w:rsidRPr="00915101" w:rsidTr="00690EBB">
        <w:trPr>
          <w:trHeight w:val="585"/>
        </w:trPr>
        <w:tc>
          <w:tcPr>
            <w:tcW w:w="1839"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915101" w:rsidRPr="00915101" w:rsidRDefault="00915101" w:rsidP="00621353">
            <w:pPr>
              <w:pStyle w:val="Stil4"/>
              <w:rPr>
                <w:bCs/>
                <w:color w:val="FFFFFF"/>
                <w:lang w:eastAsia="tr-TR"/>
              </w:rPr>
            </w:pPr>
            <w:r w:rsidRPr="00690EBB">
              <w:rPr>
                <w:bCs/>
                <w:lang w:eastAsia="tr-TR"/>
              </w:rPr>
              <w:t>Kişi Sayısı</w:t>
            </w:r>
          </w:p>
        </w:tc>
        <w:tc>
          <w:tcPr>
            <w:tcW w:w="776"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915101" w:rsidRPr="00915101" w:rsidRDefault="00915101" w:rsidP="00621353">
            <w:pPr>
              <w:pStyle w:val="Stil4"/>
              <w:rPr>
                <w:lang w:eastAsia="tr-TR"/>
              </w:rPr>
            </w:pPr>
            <w:r w:rsidRPr="00915101">
              <w:rPr>
                <w:lang w:eastAsia="tr-TR"/>
              </w:rPr>
              <w:t> </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hideMark/>
          </w:tcPr>
          <w:p w:rsidR="00915101" w:rsidRPr="00915101" w:rsidRDefault="00915101" w:rsidP="00621353">
            <w:pPr>
              <w:pStyle w:val="Stil4"/>
              <w:rPr>
                <w:lang w:eastAsia="tr-TR"/>
              </w:rPr>
            </w:pPr>
            <w:r w:rsidRPr="00915101">
              <w:rPr>
                <w:lang w:eastAsia="tr-TR"/>
              </w:rPr>
              <w:t> </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hideMark/>
          </w:tcPr>
          <w:p w:rsidR="00915101" w:rsidRPr="00915101" w:rsidRDefault="00915101" w:rsidP="00621353">
            <w:pPr>
              <w:pStyle w:val="Stil4"/>
              <w:rPr>
                <w:lang w:eastAsia="tr-TR"/>
              </w:rPr>
            </w:pPr>
            <w:r w:rsidRPr="00915101">
              <w:rPr>
                <w:lang w:eastAsia="tr-TR"/>
              </w:rPr>
              <w:t> </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hideMark/>
          </w:tcPr>
          <w:p w:rsidR="00915101" w:rsidRPr="00915101" w:rsidRDefault="00915101" w:rsidP="00621353">
            <w:pPr>
              <w:pStyle w:val="Stil4"/>
              <w:rPr>
                <w:lang w:eastAsia="tr-TR"/>
              </w:rPr>
            </w:pPr>
            <w:r w:rsidRPr="00915101">
              <w:rPr>
                <w:lang w:eastAsia="tr-TR"/>
              </w:rPr>
              <w:t> </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hideMark/>
          </w:tcPr>
          <w:p w:rsidR="00915101" w:rsidRPr="00915101" w:rsidRDefault="00915101" w:rsidP="00621353">
            <w:pPr>
              <w:pStyle w:val="Stil4"/>
              <w:rPr>
                <w:lang w:eastAsia="tr-TR"/>
              </w:rPr>
            </w:pPr>
            <w:r w:rsidRPr="00915101">
              <w:rPr>
                <w:lang w:eastAsia="tr-TR"/>
              </w:rPr>
              <w:t> </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hideMark/>
          </w:tcPr>
          <w:p w:rsidR="00915101" w:rsidRPr="00915101" w:rsidRDefault="00915101" w:rsidP="00621353">
            <w:pPr>
              <w:pStyle w:val="Stil4"/>
              <w:rPr>
                <w:lang w:eastAsia="tr-TR"/>
              </w:rPr>
            </w:pPr>
            <w:r w:rsidRPr="00915101">
              <w:rPr>
                <w:lang w:eastAsia="tr-TR"/>
              </w:rPr>
              <w:t> </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hideMark/>
          </w:tcPr>
          <w:p w:rsidR="00915101" w:rsidRPr="00915101" w:rsidRDefault="00915101" w:rsidP="00621353">
            <w:pPr>
              <w:pStyle w:val="Stil4"/>
              <w:rPr>
                <w:lang w:eastAsia="tr-TR"/>
              </w:rPr>
            </w:pPr>
            <w:r w:rsidRPr="00915101">
              <w:rPr>
                <w:lang w:eastAsia="tr-TR"/>
              </w:rPr>
              <w:t> </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hideMark/>
          </w:tcPr>
          <w:p w:rsidR="00915101" w:rsidRPr="00915101" w:rsidRDefault="00915101" w:rsidP="00621353">
            <w:pPr>
              <w:pStyle w:val="Stil4"/>
              <w:rPr>
                <w:lang w:eastAsia="tr-TR"/>
              </w:rPr>
            </w:pPr>
            <w:r w:rsidRPr="00915101">
              <w:rPr>
                <w:lang w:eastAsia="tr-TR"/>
              </w:rPr>
              <w:t> </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hideMark/>
          </w:tcPr>
          <w:p w:rsidR="00915101" w:rsidRPr="00915101" w:rsidRDefault="00915101" w:rsidP="00621353">
            <w:pPr>
              <w:pStyle w:val="Stil4"/>
              <w:rPr>
                <w:lang w:eastAsia="tr-TR"/>
              </w:rPr>
            </w:pPr>
          </w:p>
        </w:tc>
      </w:tr>
    </w:tbl>
    <w:p w:rsidR="00E24BA4" w:rsidRDefault="00E24BA4" w:rsidP="00E24BA4">
      <w:pPr>
        <w:rPr>
          <w:rFonts w:cs="Times New Roman"/>
        </w:rPr>
      </w:pPr>
    </w:p>
    <w:p w:rsidR="00621353" w:rsidRDefault="00621353" w:rsidP="00621353">
      <w:proofErr w:type="spellStart"/>
      <w:r>
        <w:t>İdari</w:t>
      </w:r>
      <w:proofErr w:type="spellEnd"/>
      <w:r>
        <w:rPr>
          <w:spacing w:val="-3"/>
        </w:rPr>
        <w:t xml:space="preserve"> </w:t>
      </w:r>
      <w:proofErr w:type="spellStart"/>
      <w:r>
        <w:t>Personelin</w:t>
      </w:r>
      <w:proofErr w:type="spellEnd"/>
      <w:r>
        <w:rPr>
          <w:spacing w:val="-5"/>
        </w:rPr>
        <w:t xml:space="preserve"> </w:t>
      </w:r>
      <w:proofErr w:type="spellStart"/>
      <w:r>
        <w:t>Yaş</w:t>
      </w:r>
      <w:proofErr w:type="spellEnd"/>
      <w:r>
        <w:t xml:space="preserve"> </w:t>
      </w:r>
      <w:proofErr w:type="spellStart"/>
      <w:r>
        <w:t>Aralığı</w:t>
      </w:r>
      <w:proofErr w:type="spellEnd"/>
    </w:p>
    <w:tbl>
      <w:tblPr>
        <w:tblW w:w="9069" w:type="dxa"/>
        <w:tblInd w:w="-23" w:type="dxa"/>
        <w:tblCellMar>
          <w:left w:w="70" w:type="dxa"/>
          <w:right w:w="70" w:type="dxa"/>
        </w:tblCellMar>
        <w:tblLook w:val="04A0" w:firstRow="1" w:lastRow="0" w:firstColumn="1" w:lastColumn="0" w:noHBand="0" w:noVBand="1"/>
      </w:tblPr>
      <w:tblGrid>
        <w:gridCol w:w="1068"/>
        <w:gridCol w:w="917"/>
        <w:gridCol w:w="1103"/>
        <w:gridCol w:w="1307"/>
        <w:gridCol w:w="1275"/>
        <w:gridCol w:w="1790"/>
        <w:gridCol w:w="1609"/>
      </w:tblGrid>
      <w:tr w:rsidR="00621353" w:rsidRPr="00621353" w:rsidTr="00621353">
        <w:trPr>
          <w:trHeight w:val="556"/>
        </w:trPr>
        <w:tc>
          <w:tcPr>
            <w:tcW w:w="0" w:type="auto"/>
            <w:tcBorders>
              <w:top w:val="double" w:sz="6" w:space="0" w:color="auto"/>
              <w:left w:val="double" w:sz="6" w:space="0" w:color="auto"/>
              <w:bottom w:val="double" w:sz="6" w:space="0" w:color="auto"/>
              <w:right w:val="double" w:sz="6" w:space="0" w:color="auto"/>
            </w:tcBorders>
            <w:shd w:val="clear" w:color="000000" w:fill="B99C71"/>
            <w:vAlign w:val="center"/>
            <w:hideMark/>
          </w:tcPr>
          <w:p w:rsidR="00621353" w:rsidRPr="00621353" w:rsidRDefault="00621353" w:rsidP="00621353">
            <w:pPr>
              <w:pStyle w:val="Stil4"/>
            </w:pPr>
            <w:r w:rsidRPr="00621353">
              <w:t> </w:t>
            </w:r>
          </w:p>
        </w:tc>
        <w:tc>
          <w:tcPr>
            <w:tcW w:w="917" w:type="dxa"/>
            <w:tcBorders>
              <w:top w:val="double" w:sz="6" w:space="0" w:color="auto"/>
              <w:left w:val="nil"/>
              <w:bottom w:val="double" w:sz="6" w:space="0" w:color="auto"/>
              <w:right w:val="double" w:sz="6" w:space="0" w:color="auto"/>
            </w:tcBorders>
            <w:shd w:val="clear" w:color="000000" w:fill="B99C71"/>
            <w:vAlign w:val="center"/>
            <w:hideMark/>
          </w:tcPr>
          <w:p w:rsidR="00621353" w:rsidRPr="00621353" w:rsidRDefault="00621353" w:rsidP="00621353">
            <w:pPr>
              <w:pStyle w:val="Stil4"/>
            </w:pPr>
            <w:r w:rsidRPr="00621353">
              <w:t>20-30 Yaş</w:t>
            </w:r>
          </w:p>
        </w:tc>
        <w:tc>
          <w:tcPr>
            <w:tcW w:w="1103" w:type="dxa"/>
            <w:tcBorders>
              <w:top w:val="double" w:sz="6" w:space="0" w:color="auto"/>
              <w:left w:val="nil"/>
              <w:bottom w:val="double" w:sz="6" w:space="0" w:color="auto"/>
              <w:right w:val="double" w:sz="6" w:space="0" w:color="auto"/>
            </w:tcBorders>
            <w:shd w:val="clear" w:color="000000" w:fill="B99C71"/>
            <w:vAlign w:val="center"/>
            <w:hideMark/>
          </w:tcPr>
          <w:p w:rsidR="00621353" w:rsidRPr="00621353" w:rsidRDefault="00621353" w:rsidP="00621353">
            <w:pPr>
              <w:pStyle w:val="Stil4"/>
            </w:pPr>
            <w:r w:rsidRPr="00621353">
              <w:t>31-40 Yaş</w:t>
            </w:r>
          </w:p>
        </w:tc>
        <w:tc>
          <w:tcPr>
            <w:tcW w:w="1307" w:type="dxa"/>
            <w:tcBorders>
              <w:top w:val="double" w:sz="6" w:space="0" w:color="auto"/>
              <w:left w:val="nil"/>
              <w:bottom w:val="double" w:sz="6" w:space="0" w:color="auto"/>
              <w:right w:val="double" w:sz="6" w:space="0" w:color="auto"/>
            </w:tcBorders>
            <w:shd w:val="clear" w:color="000000" w:fill="B99C71"/>
            <w:vAlign w:val="center"/>
            <w:hideMark/>
          </w:tcPr>
          <w:p w:rsidR="00621353" w:rsidRPr="00621353" w:rsidRDefault="00621353" w:rsidP="00621353">
            <w:pPr>
              <w:pStyle w:val="Stil4"/>
            </w:pPr>
            <w:r w:rsidRPr="00621353">
              <w:t>41-50 Yaş</w:t>
            </w:r>
          </w:p>
        </w:tc>
        <w:tc>
          <w:tcPr>
            <w:tcW w:w="1275" w:type="dxa"/>
            <w:tcBorders>
              <w:top w:val="double" w:sz="6" w:space="0" w:color="auto"/>
              <w:left w:val="nil"/>
              <w:bottom w:val="double" w:sz="6" w:space="0" w:color="auto"/>
              <w:right w:val="double" w:sz="6" w:space="0" w:color="auto"/>
            </w:tcBorders>
            <w:shd w:val="clear" w:color="000000" w:fill="B99C71"/>
            <w:vAlign w:val="center"/>
            <w:hideMark/>
          </w:tcPr>
          <w:p w:rsidR="00621353" w:rsidRPr="00621353" w:rsidRDefault="00621353" w:rsidP="00621353">
            <w:pPr>
              <w:pStyle w:val="Stil4"/>
            </w:pPr>
            <w:r w:rsidRPr="00621353">
              <w:t>51-60 Yaş</w:t>
            </w:r>
          </w:p>
        </w:tc>
        <w:tc>
          <w:tcPr>
            <w:tcW w:w="1790" w:type="dxa"/>
            <w:tcBorders>
              <w:top w:val="double" w:sz="6" w:space="0" w:color="auto"/>
              <w:left w:val="nil"/>
              <w:bottom w:val="double" w:sz="6" w:space="0" w:color="auto"/>
              <w:right w:val="double" w:sz="6" w:space="0" w:color="auto"/>
            </w:tcBorders>
            <w:shd w:val="clear" w:color="000000" w:fill="B99C71"/>
            <w:vAlign w:val="center"/>
            <w:hideMark/>
          </w:tcPr>
          <w:p w:rsidR="00621353" w:rsidRPr="00621353" w:rsidRDefault="00621353" w:rsidP="00621353">
            <w:pPr>
              <w:pStyle w:val="Stil4"/>
            </w:pPr>
            <w:r w:rsidRPr="00621353">
              <w:t>61 ve Üzeri Yaş</w:t>
            </w:r>
          </w:p>
        </w:tc>
        <w:tc>
          <w:tcPr>
            <w:tcW w:w="1609" w:type="dxa"/>
            <w:tcBorders>
              <w:top w:val="double" w:sz="6" w:space="0" w:color="auto"/>
              <w:left w:val="nil"/>
              <w:bottom w:val="double" w:sz="6" w:space="0" w:color="auto"/>
              <w:right w:val="double" w:sz="6" w:space="0" w:color="auto"/>
            </w:tcBorders>
            <w:shd w:val="clear" w:color="000000" w:fill="B99C71"/>
            <w:vAlign w:val="center"/>
            <w:hideMark/>
          </w:tcPr>
          <w:p w:rsidR="00621353" w:rsidRPr="00621353" w:rsidRDefault="00621353" w:rsidP="00621353">
            <w:pPr>
              <w:pStyle w:val="Stil4"/>
            </w:pPr>
            <w:r w:rsidRPr="00621353">
              <w:t>Toplam Personel</w:t>
            </w:r>
          </w:p>
        </w:tc>
      </w:tr>
      <w:tr w:rsidR="00621353" w:rsidRPr="00621353" w:rsidTr="00621353">
        <w:trPr>
          <w:trHeight w:val="649"/>
        </w:trPr>
        <w:tc>
          <w:tcPr>
            <w:tcW w:w="0" w:type="auto"/>
            <w:tcBorders>
              <w:top w:val="nil"/>
              <w:left w:val="double" w:sz="6" w:space="0" w:color="auto"/>
              <w:bottom w:val="double" w:sz="6" w:space="0" w:color="auto"/>
              <w:right w:val="double" w:sz="6" w:space="0" w:color="auto"/>
            </w:tcBorders>
            <w:shd w:val="clear" w:color="auto" w:fill="auto"/>
            <w:vAlign w:val="center"/>
            <w:hideMark/>
          </w:tcPr>
          <w:p w:rsidR="00621353" w:rsidRPr="00621353" w:rsidRDefault="00621353" w:rsidP="00621353">
            <w:pPr>
              <w:pStyle w:val="Stil4"/>
            </w:pPr>
            <w:r w:rsidRPr="00621353">
              <w:t>Kişi Sayısı</w:t>
            </w:r>
          </w:p>
        </w:tc>
        <w:tc>
          <w:tcPr>
            <w:tcW w:w="917" w:type="dxa"/>
            <w:tcBorders>
              <w:top w:val="nil"/>
              <w:left w:val="nil"/>
              <w:bottom w:val="double" w:sz="6" w:space="0" w:color="auto"/>
              <w:right w:val="double" w:sz="6" w:space="0" w:color="auto"/>
            </w:tcBorders>
            <w:shd w:val="clear" w:color="000000" w:fill="FFFFFF"/>
            <w:vAlign w:val="center"/>
            <w:hideMark/>
          </w:tcPr>
          <w:p w:rsidR="00621353" w:rsidRPr="00621353" w:rsidRDefault="00621353" w:rsidP="00621353">
            <w:pPr>
              <w:pStyle w:val="Stil4"/>
            </w:pPr>
            <w:r w:rsidRPr="00621353">
              <w:t> </w:t>
            </w:r>
          </w:p>
        </w:tc>
        <w:tc>
          <w:tcPr>
            <w:tcW w:w="1103" w:type="dxa"/>
            <w:tcBorders>
              <w:top w:val="nil"/>
              <w:left w:val="nil"/>
              <w:bottom w:val="double" w:sz="6" w:space="0" w:color="auto"/>
              <w:right w:val="double" w:sz="6" w:space="0" w:color="auto"/>
            </w:tcBorders>
            <w:shd w:val="clear" w:color="000000" w:fill="FFFFFF"/>
            <w:vAlign w:val="center"/>
            <w:hideMark/>
          </w:tcPr>
          <w:p w:rsidR="00621353" w:rsidRPr="00621353" w:rsidRDefault="00621353" w:rsidP="00621353">
            <w:pPr>
              <w:pStyle w:val="Stil4"/>
            </w:pPr>
            <w:r w:rsidRPr="00621353">
              <w:t> </w:t>
            </w:r>
          </w:p>
        </w:tc>
        <w:tc>
          <w:tcPr>
            <w:tcW w:w="1307" w:type="dxa"/>
            <w:tcBorders>
              <w:top w:val="nil"/>
              <w:left w:val="nil"/>
              <w:bottom w:val="double" w:sz="6" w:space="0" w:color="auto"/>
              <w:right w:val="double" w:sz="6" w:space="0" w:color="auto"/>
            </w:tcBorders>
            <w:shd w:val="clear" w:color="000000" w:fill="FFFFFF"/>
            <w:vAlign w:val="center"/>
            <w:hideMark/>
          </w:tcPr>
          <w:p w:rsidR="00621353" w:rsidRPr="00621353" w:rsidRDefault="00621353" w:rsidP="00621353">
            <w:pPr>
              <w:pStyle w:val="Stil4"/>
            </w:pPr>
            <w:r w:rsidRPr="00621353">
              <w:t> </w:t>
            </w:r>
          </w:p>
        </w:tc>
        <w:tc>
          <w:tcPr>
            <w:tcW w:w="1275" w:type="dxa"/>
            <w:tcBorders>
              <w:top w:val="nil"/>
              <w:left w:val="nil"/>
              <w:bottom w:val="double" w:sz="6" w:space="0" w:color="auto"/>
              <w:right w:val="double" w:sz="6" w:space="0" w:color="auto"/>
            </w:tcBorders>
            <w:shd w:val="clear" w:color="000000" w:fill="FFFFFF"/>
            <w:vAlign w:val="center"/>
            <w:hideMark/>
          </w:tcPr>
          <w:p w:rsidR="00621353" w:rsidRPr="00621353" w:rsidRDefault="00621353" w:rsidP="00621353">
            <w:pPr>
              <w:pStyle w:val="Stil4"/>
            </w:pPr>
            <w:r w:rsidRPr="00621353">
              <w:t> </w:t>
            </w:r>
          </w:p>
        </w:tc>
        <w:tc>
          <w:tcPr>
            <w:tcW w:w="1790" w:type="dxa"/>
            <w:tcBorders>
              <w:top w:val="nil"/>
              <w:left w:val="nil"/>
              <w:bottom w:val="double" w:sz="6" w:space="0" w:color="auto"/>
              <w:right w:val="double" w:sz="6" w:space="0" w:color="auto"/>
            </w:tcBorders>
            <w:shd w:val="clear" w:color="000000" w:fill="FFFFFF"/>
            <w:vAlign w:val="center"/>
            <w:hideMark/>
          </w:tcPr>
          <w:p w:rsidR="00621353" w:rsidRPr="00621353" w:rsidRDefault="00621353" w:rsidP="00621353">
            <w:pPr>
              <w:pStyle w:val="Stil4"/>
            </w:pPr>
            <w:r w:rsidRPr="00621353">
              <w:t> </w:t>
            </w:r>
          </w:p>
        </w:tc>
        <w:tc>
          <w:tcPr>
            <w:tcW w:w="1609" w:type="dxa"/>
            <w:tcBorders>
              <w:top w:val="nil"/>
              <w:left w:val="double" w:sz="6" w:space="0" w:color="auto"/>
              <w:bottom w:val="double" w:sz="6" w:space="0" w:color="auto"/>
              <w:right w:val="double" w:sz="6" w:space="0" w:color="auto"/>
            </w:tcBorders>
            <w:shd w:val="clear" w:color="000000" w:fill="FFFFFF"/>
            <w:vAlign w:val="center"/>
            <w:hideMark/>
          </w:tcPr>
          <w:p w:rsidR="00621353" w:rsidRPr="00621353" w:rsidRDefault="00621353" w:rsidP="00621353">
            <w:pPr>
              <w:pStyle w:val="Stil4"/>
            </w:pPr>
            <w:r w:rsidRPr="00621353">
              <w:t> </w:t>
            </w:r>
          </w:p>
        </w:tc>
      </w:tr>
    </w:tbl>
    <w:p w:rsidR="00621353" w:rsidRPr="000C0E61" w:rsidRDefault="00621353" w:rsidP="00E24BA4">
      <w:pPr>
        <w:rPr>
          <w:rFonts w:cs="Times New Roman"/>
        </w:rPr>
      </w:pPr>
    </w:p>
    <w:p w:rsidR="00E24BA4" w:rsidRDefault="00E24BA4" w:rsidP="00E24BA4">
      <w:pPr>
        <w:pStyle w:val="Stil2"/>
      </w:pPr>
      <w:bookmarkStart w:id="23" w:name="_Toc153118724"/>
      <w:bookmarkStart w:id="24" w:name="_Toc153376766"/>
      <w:r w:rsidRPr="000C0E61">
        <w:t xml:space="preserve"> </w:t>
      </w:r>
      <w:bookmarkStart w:id="25" w:name="_Toc217311503"/>
      <w:r>
        <w:t>5.</w:t>
      </w:r>
      <w:r w:rsidRPr="000C0E61">
        <w:t>Sunulan Hizmetler</w:t>
      </w:r>
      <w:bookmarkEnd w:id="23"/>
      <w:bookmarkEnd w:id="24"/>
      <w:bookmarkEnd w:id="25"/>
    </w:p>
    <w:p w:rsidR="00E24BA4" w:rsidRPr="00AA0A8F" w:rsidRDefault="00E24BA4" w:rsidP="00E24BA4">
      <w:pPr>
        <w:pStyle w:val="2BALIK"/>
        <w:spacing w:line="360" w:lineRule="auto"/>
      </w:pPr>
      <w:r w:rsidRPr="00621353">
        <w:rPr>
          <w:highlight w:val="yellow"/>
        </w:rPr>
        <w:t>ÖRNEK</w:t>
      </w:r>
      <w:r w:rsidR="00621353">
        <w:rPr>
          <w:highlight w:val="yellow"/>
        </w:rPr>
        <w:t xml:space="preserve"> METNİ</w:t>
      </w:r>
      <w:r w:rsidR="00621353" w:rsidRPr="00621353">
        <w:rPr>
          <w:highlight w:val="yellow"/>
        </w:rPr>
        <w:t xml:space="preserve"> BİRİMİNİZE GÖRE DÜZENLEYEBİLİRSİNİZ!</w:t>
      </w:r>
      <w:r w:rsidRPr="00AA0A8F">
        <w:t xml:space="preserve"> Birimimiz; </w:t>
      </w:r>
      <w:r w:rsidRPr="00AA0A8F">
        <w:rPr>
          <w:rStyle w:val="Gl"/>
        </w:rPr>
        <w:t>eğitim-öğretim</w:t>
      </w:r>
      <w:r w:rsidRPr="00AA0A8F">
        <w:t xml:space="preserve"> alanında nitelikli programlar ve öğrenci odaklı öğrenme ortamları sunmakta, </w:t>
      </w:r>
      <w:r w:rsidRPr="00AA0A8F">
        <w:rPr>
          <w:rStyle w:val="Gl"/>
        </w:rPr>
        <w:t>araştırma-geliştirme</w:t>
      </w:r>
      <w:r w:rsidRPr="00AA0A8F">
        <w:t xml:space="preserve"> kapsamında bilimsel projeler ve yayınlarla bilgi üretimini desteklemekte, </w:t>
      </w:r>
      <w:r w:rsidRPr="00AA0A8F">
        <w:rPr>
          <w:rStyle w:val="Gl"/>
        </w:rPr>
        <w:t>toplumsal katkı</w:t>
      </w:r>
      <w:r w:rsidRPr="00AA0A8F">
        <w:t xml:space="preserve"> boyutunda ise kamu, sanayi ve toplumla iş birlikleri ve sosyal sorumluluk faaliyetleri yürütmektedir.</w:t>
      </w:r>
    </w:p>
    <w:p w:rsidR="00E24BA4" w:rsidRDefault="00E24BA4" w:rsidP="00E24BA4">
      <w:pPr>
        <w:pStyle w:val="Stil2"/>
      </w:pPr>
      <w:bookmarkStart w:id="26" w:name="_Toc153118725"/>
      <w:bookmarkStart w:id="27" w:name="_Toc153376767"/>
      <w:bookmarkStart w:id="28" w:name="_Toc217311504"/>
      <w:r w:rsidRPr="000C0E61">
        <w:t xml:space="preserve">5.1. </w:t>
      </w:r>
      <w:bookmarkStart w:id="29" w:name="_Hlk186025481"/>
      <w:r w:rsidRPr="000C0E61">
        <w:t>Eğitim</w:t>
      </w:r>
      <w:r>
        <w:t>-</w:t>
      </w:r>
      <w:proofErr w:type="gramStart"/>
      <w:r>
        <w:t>Öğretim</w:t>
      </w:r>
      <w:r w:rsidRPr="000C0E61">
        <w:t xml:space="preserve"> </w:t>
      </w:r>
      <w:bookmarkEnd w:id="26"/>
      <w:bookmarkEnd w:id="27"/>
      <w:bookmarkEnd w:id="29"/>
      <w:r>
        <w:t xml:space="preserve"> Faaliyetleri</w:t>
      </w:r>
      <w:bookmarkEnd w:id="28"/>
      <w:proofErr w:type="gramEnd"/>
    </w:p>
    <w:p w:rsidR="00E24BA4" w:rsidRPr="00AE69E5" w:rsidRDefault="00E24BA4" w:rsidP="00E24BA4">
      <w:pPr>
        <w:jc w:val="both"/>
        <w:rPr>
          <w:rFonts w:cs="Times New Roman"/>
          <w:i/>
        </w:rPr>
      </w:pPr>
      <w:r w:rsidRPr="00AE69E5">
        <w:rPr>
          <w:rFonts w:cs="Times New Roman"/>
          <w:i/>
          <w:highlight w:val="yellow"/>
        </w:rPr>
        <w:t xml:space="preserve">Bu </w:t>
      </w:r>
      <w:proofErr w:type="spellStart"/>
      <w:r w:rsidRPr="00AE69E5">
        <w:rPr>
          <w:rFonts w:cs="Times New Roman"/>
          <w:i/>
          <w:highlight w:val="yellow"/>
        </w:rPr>
        <w:t>bölümde</w:t>
      </w:r>
      <w:proofErr w:type="spellEnd"/>
      <w:r w:rsidRPr="00AE69E5">
        <w:rPr>
          <w:rFonts w:cs="Times New Roman"/>
          <w:i/>
          <w:highlight w:val="yellow"/>
        </w:rPr>
        <w:t xml:space="preserve">, </w:t>
      </w:r>
      <w:proofErr w:type="spellStart"/>
      <w:r w:rsidRPr="00AE69E5">
        <w:rPr>
          <w:rFonts w:cs="Times New Roman"/>
          <w:i/>
          <w:highlight w:val="yellow"/>
        </w:rPr>
        <w:t>birim</w:t>
      </w:r>
      <w:proofErr w:type="spellEnd"/>
      <w:r w:rsidRPr="00AE69E5">
        <w:rPr>
          <w:rFonts w:cs="Times New Roman"/>
          <w:i/>
          <w:highlight w:val="yellow"/>
        </w:rPr>
        <w:t xml:space="preserve"> </w:t>
      </w:r>
      <w:proofErr w:type="spellStart"/>
      <w:r w:rsidRPr="00AE69E5">
        <w:rPr>
          <w:rFonts w:cs="Times New Roman"/>
          <w:i/>
          <w:highlight w:val="yellow"/>
        </w:rPr>
        <w:t>tarafından</w:t>
      </w:r>
      <w:proofErr w:type="spellEnd"/>
      <w:r w:rsidRPr="00AE69E5">
        <w:rPr>
          <w:rFonts w:cs="Times New Roman"/>
          <w:i/>
          <w:highlight w:val="yellow"/>
        </w:rPr>
        <w:t xml:space="preserve"> </w:t>
      </w:r>
      <w:proofErr w:type="spellStart"/>
      <w:r w:rsidRPr="00AE69E5">
        <w:rPr>
          <w:rFonts w:cs="Times New Roman"/>
          <w:i/>
          <w:highlight w:val="yellow"/>
        </w:rPr>
        <w:t>rapor</w:t>
      </w:r>
      <w:proofErr w:type="spellEnd"/>
      <w:r w:rsidRPr="00AE69E5">
        <w:rPr>
          <w:rFonts w:cs="Times New Roman"/>
          <w:i/>
          <w:highlight w:val="yellow"/>
        </w:rPr>
        <w:t xml:space="preserve"> </w:t>
      </w:r>
      <w:proofErr w:type="spellStart"/>
      <w:r w:rsidRPr="00AE69E5">
        <w:rPr>
          <w:rFonts w:cs="Times New Roman"/>
          <w:i/>
          <w:highlight w:val="yellow"/>
        </w:rPr>
        <w:t>yılı</w:t>
      </w:r>
      <w:proofErr w:type="spellEnd"/>
      <w:r w:rsidRPr="00AE69E5">
        <w:rPr>
          <w:rFonts w:cs="Times New Roman"/>
          <w:i/>
          <w:highlight w:val="yellow"/>
        </w:rPr>
        <w:t xml:space="preserve"> </w:t>
      </w:r>
      <w:proofErr w:type="spellStart"/>
      <w:r w:rsidRPr="00AE69E5">
        <w:rPr>
          <w:rFonts w:cs="Times New Roman"/>
          <w:i/>
          <w:highlight w:val="yellow"/>
        </w:rPr>
        <w:t>içinde</w:t>
      </w:r>
      <w:proofErr w:type="spellEnd"/>
      <w:r w:rsidRPr="00AE69E5">
        <w:rPr>
          <w:rFonts w:cs="Times New Roman"/>
          <w:i/>
          <w:highlight w:val="yellow"/>
        </w:rPr>
        <w:t xml:space="preserve"> </w:t>
      </w:r>
      <w:proofErr w:type="spellStart"/>
      <w:r w:rsidRPr="00AE69E5">
        <w:rPr>
          <w:rFonts w:cs="Times New Roman"/>
          <w:i/>
          <w:highlight w:val="yellow"/>
        </w:rPr>
        <w:t>yürütülen</w:t>
      </w:r>
      <w:proofErr w:type="spellEnd"/>
      <w:r w:rsidRPr="00AE69E5">
        <w:rPr>
          <w:rFonts w:cs="Times New Roman"/>
          <w:i/>
          <w:highlight w:val="yellow"/>
        </w:rPr>
        <w:t xml:space="preserve"> </w:t>
      </w:r>
      <w:proofErr w:type="spellStart"/>
      <w:r w:rsidRPr="00AE69E5">
        <w:rPr>
          <w:rFonts w:cs="Times New Roman"/>
          <w:i/>
          <w:highlight w:val="yellow"/>
        </w:rPr>
        <w:t>eğitim-öğretim</w:t>
      </w:r>
      <w:proofErr w:type="spellEnd"/>
      <w:r w:rsidRPr="00AE69E5">
        <w:rPr>
          <w:rFonts w:cs="Times New Roman"/>
          <w:i/>
          <w:highlight w:val="yellow"/>
        </w:rPr>
        <w:t xml:space="preserve"> </w:t>
      </w:r>
      <w:proofErr w:type="spellStart"/>
      <w:r w:rsidRPr="00AE69E5">
        <w:rPr>
          <w:rFonts w:cs="Times New Roman"/>
          <w:i/>
          <w:highlight w:val="yellow"/>
        </w:rPr>
        <w:t>faaliyetleri</w:t>
      </w:r>
      <w:proofErr w:type="spellEnd"/>
      <w:r w:rsidRPr="00AE69E5">
        <w:rPr>
          <w:rFonts w:cs="Times New Roman"/>
          <w:i/>
          <w:highlight w:val="yellow"/>
        </w:rPr>
        <w:t xml:space="preserve">; </w:t>
      </w:r>
      <w:proofErr w:type="spellStart"/>
      <w:r w:rsidRPr="00AE69E5">
        <w:rPr>
          <w:rFonts w:cs="Times New Roman"/>
          <w:i/>
          <w:highlight w:val="yellow"/>
        </w:rPr>
        <w:t>programlar</w:t>
      </w:r>
      <w:proofErr w:type="spellEnd"/>
      <w:r w:rsidRPr="00AE69E5">
        <w:rPr>
          <w:rFonts w:cs="Times New Roman"/>
          <w:i/>
          <w:highlight w:val="yellow"/>
        </w:rPr>
        <w:t xml:space="preserve">, </w:t>
      </w:r>
      <w:proofErr w:type="spellStart"/>
      <w:r w:rsidRPr="00AE69E5">
        <w:rPr>
          <w:rFonts w:cs="Times New Roman"/>
          <w:i/>
          <w:highlight w:val="yellow"/>
        </w:rPr>
        <w:t>öğrenci</w:t>
      </w:r>
      <w:proofErr w:type="spellEnd"/>
      <w:r w:rsidRPr="00AE69E5">
        <w:rPr>
          <w:rFonts w:cs="Times New Roman"/>
          <w:i/>
          <w:highlight w:val="yellow"/>
        </w:rPr>
        <w:t xml:space="preserve"> </w:t>
      </w:r>
      <w:proofErr w:type="spellStart"/>
      <w:r w:rsidRPr="00AE69E5">
        <w:rPr>
          <w:rFonts w:cs="Times New Roman"/>
          <w:i/>
          <w:highlight w:val="yellow"/>
        </w:rPr>
        <w:t>sayıları</w:t>
      </w:r>
      <w:proofErr w:type="spellEnd"/>
      <w:r w:rsidRPr="00AE69E5">
        <w:rPr>
          <w:rFonts w:cs="Times New Roman"/>
          <w:i/>
          <w:highlight w:val="yellow"/>
        </w:rPr>
        <w:t xml:space="preserve">, </w:t>
      </w:r>
      <w:proofErr w:type="spellStart"/>
      <w:r w:rsidRPr="00AE69E5">
        <w:rPr>
          <w:rFonts w:cs="Times New Roman"/>
          <w:i/>
          <w:highlight w:val="yellow"/>
        </w:rPr>
        <w:t>müfredat</w:t>
      </w:r>
      <w:proofErr w:type="spellEnd"/>
      <w:r w:rsidRPr="00AE69E5">
        <w:rPr>
          <w:rFonts w:cs="Times New Roman"/>
          <w:i/>
          <w:highlight w:val="yellow"/>
        </w:rPr>
        <w:t xml:space="preserve"> </w:t>
      </w:r>
      <w:proofErr w:type="spellStart"/>
      <w:r w:rsidRPr="00AE69E5">
        <w:rPr>
          <w:rFonts w:cs="Times New Roman"/>
          <w:i/>
          <w:highlight w:val="yellow"/>
        </w:rPr>
        <w:t>güncellemeleri</w:t>
      </w:r>
      <w:proofErr w:type="spellEnd"/>
      <w:r w:rsidRPr="00AE69E5">
        <w:rPr>
          <w:rFonts w:cs="Times New Roman"/>
          <w:i/>
          <w:highlight w:val="yellow"/>
        </w:rPr>
        <w:t xml:space="preserve">, </w:t>
      </w:r>
      <w:proofErr w:type="spellStart"/>
      <w:r w:rsidRPr="00AE69E5">
        <w:rPr>
          <w:rFonts w:cs="Times New Roman"/>
          <w:i/>
          <w:highlight w:val="yellow"/>
        </w:rPr>
        <w:t>uygulamalı</w:t>
      </w:r>
      <w:proofErr w:type="spellEnd"/>
      <w:r w:rsidRPr="00AE69E5">
        <w:rPr>
          <w:rFonts w:cs="Times New Roman"/>
          <w:i/>
          <w:highlight w:val="yellow"/>
        </w:rPr>
        <w:t xml:space="preserve"> </w:t>
      </w:r>
      <w:proofErr w:type="spellStart"/>
      <w:r w:rsidRPr="00AE69E5">
        <w:rPr>
          <w:rFonts w:cs="Times New Roman"/>
          <w:i/>
          <w:highlight w:val="yellow"/>
        </w:rPr>
        <w:t>eğitim</w:t>
      </w:r>
      <w:proofErr w:type="spellEnd"/>
      <w:r w:rsidRPr="00AE69E5">
        <w:rPr>
          <w:rFonts w:cs="Times New Roman"/>
          <w:i/>
          <w:highlight w:val="yellow"/>
        </w:rPr>
        <w:t xml:space="preserve"> </w:t>
      </w:r>
      <w:proofErr w:type="spellStart"/>
      <w:r w:rsidRPr="00AE69E5">
        <w:rPr>
          <w:rFonts w:cs="Times New Roman"/>
          <w:i/>
          <w:highlight w:val="yellow"/>
        </w:rPr>
        <w:t>ve</w:t>
      </w:r>
      <w:proofErr w:type="spellEnd"/>
      <w:r w:rsidRPr="00AE69E5">
        <w:rPr>
          <w:rFonts w:cs="Times New Roman"/>
          <w:i/>
          <w:highlight w:val="yellow"/>
        </w:rPr>
        <w:t xml:space="preserve"> </w:t>
      </w:r>
      <w:proofErr w:type="spellStart"/>
      <w:r w:rsidRPr="00AE69E5">
        <w:rPr>
          <w:rFonts w:cs="Times New Roman"/>
          <w:i/>
          <w:highlight w:val="yellow"/>
        </w:rPr>
        <w:t>kalite</w:t>
      </w:r>
      <w:proofErr w:type="spellEnd"/>
      <w:r w:rsidRPr="00AE69E5">
        <w:rPr>
          <w:rFonts w:cs="Times New Roman"/>
          <w:i/>
          <w:highlight w:val="yellow"/>
        </w:rPr>
        <w:t>/</w:t>
      </w:r>
      <w:proofErr w:type="spellStart"/>
      <w:r w:rsidRPr="00AE69E5">
        <w:rPr>
          <w:rFonts w:cs="Times New Roman"/>
          <w:i/>
          <w:highlight w:val="yellow"/>
        </w:rPr>
        <w:t>akreditasyon</w:t>
      </w:r>
      <w:proofErr w:type="spellEnd"/>
      <w:r w:rsidRPr="00AE69E5">
        <w:rPr>
          <w:rFonts w:cs="Times New Roman"/>
          <w:i/>
          <w:highlight w:val="yellow"/>
        </w:rPr>
        <w:t xml:space="preserve"> </w:t>
      </w:r>
      <w:proofErr w:type="spellStart"/>
      <w:r w:rsidRPr="00AE69E5">
        <w:rPr>
          <w:rFonts w:cs="Times New Roman"/>
          <w:i/>
          <w:highlight w:val="yellow"/>
        </w:rPr>
        <w:t>çalışmaları</w:t>
      </w:r>
      <w:proofErr w:type="spellEnd"/>
      <w:r w:rsidRPr="00AE69E5">
        <w:rPr>
          <w:rFonts w:cs="Times New Roman"/>
          <w:i/>
          <w:highlight w:val="yellow"/>
        </w:rPr>
        <w:t xml:space="preserve"> </w:t>
      </w:r>
      <w:proofErr w:type="spellStart"/>
      <w:r w:rsidRPr="00AE69E5">
        <w:rPr>
          <w:rFonts w:cs="Times New Roman"/>
          <w:i/>
          <w:highlight w:val="yellow"/>
        </w:rPr>
        <w:t>özet</w:t>
      </w:r>
      <w:proofErr w:type="spellEnd"/>
      <w:r w:rsidRPr="00AE69E5">
        <w:rPr>
          <w:rFonts w:cs="Times New Roman"/>
          <w:i/>
          <w:highlight w:val="yellow"/>
        </w:rPr>
        <w:t xml:space="preserve"> </w:t>
      </w:r>
      <w:proofErr w:type="spellStart"/>
      <w:r w:rsidRPr="00AE69E5">
        <w:rPr>
          <w:rFonts w:cs="Times New Roman"/>
          <w:i/>
          <w:highlight w:val="yellow"/>
        </w:rPr>
        <w:t>ve</w:t>
      </w:r>
      <w:proofErr w:type="spellEnd"/>
      <w:r w:rsidRPr="00AE69E5">
        <w:rPr>
          <w:rFonts w:cs="Times New Roman"/>
          <w:i/>
          <w:highlight w:val="yellow"/>
        </w:rPr>
        <w:t xml:space="preserve"> </w:t>
      </w:r>
      <w:proofErr w:type="spellStart"/>
      <w:r w:rsidRPr="00AE69E5">
        <w:rPr>
          <w:rFonts w:cs="Times New Roman"/>
          <w:i/>
          <w:highlight w:val="yellow"/>
        </w:rPr>
        <w:t>mümkün</w:t>
      </w:r>
      <w:proofErr w:type="spellEnd"/>
      <w:r w:rsidRPr="00AE69E5">
        <w:rPr>
          <w:rFonts w:cs="Times New Roman"/>
          <w:i/>
          <w:highlight w:val="yellow"/>
        </w:rPr>
        <w:t xml:space="preserve"> </w:t>
      </w:r>
      <w:proofErr w:type="spellStart"/>
      <w:r w:rsidRPr="00AE69E5">
        <w:rPr>
          <w:rFonts w:cs="Times New Roman"/>
          <w:i/>
          <w:highlight w:val="yellow"/>
        </w:rPr>
        <w:t>olduğunca</w:t>
      </w:r>
      <w:proofErr w:type="spellEnd"/>
      <w:r w:rsidRPr="00AE69E5">
        <w:rPr>
          <w:rFonts w:cs="Times New Roman"/>
          <w:i/>
          <w:highlight w:val="yellow"/>
        </w:rPr>
        <w:t xml:space="preserve"> </w:t>
      </w:r>
      <w:proofErr w:type="spellStart"/>
      <w:r w:rsidRPr="00AE69E5">
        <w:rPr>
          <w:rFonts w:cs="Times New Roman"/>
          <w:i/>
          <w:highlight w:val="yellow"/>
        </w:rPr>
        <w:t>sayısal</w:t>
      </w:r>
      <w:proofErr w:type="spellEnd"/>
      <w:r w:rsidRPr="00AE69E5">
        <w:rPr>
          <w:rFonts w:cs="Times New Roman"/>
          <w:i/>
          <w:highlight w:val="yellow"/>
        </w:rPr>
        <w:t xml:space="preserve"> </w:t>
      </w:r>
      <w:proofErr w:type="spellStart"/>
      <w:r w:rsidRPr="00AE69E5">
        <w:rPr>
          <w:rFonts w:cs="Times New Roman"/>
          <w:i/>
          <w:highlight w:val="yellow"/>
        </w:rPr>
        <w:t>verilerle</w:t>
      </w:r>
      <w:proofErr w:type="spellEnd"/>
      <w:r w:rsidRPr="00AE69E5">
        <w:rPr>
          <w:rFonts w:cs="Times New Roman"/>
          <w:i/>
          <w:highlight w:val="yellow"/>
        </w:rPr>
        <w:t xml:space="preserve"> </w:t>
      </w:r>
      <w:proofErr w:type="spellStart"/>
      <w:r w:rsidRPr="00AE69E5">
        <w:rPr>
          <w:rFonts w:cs="Times New Roman"/>
          <w:i/>
          <w:highlight w:val="yellow"/>
        </w:rPr>
        <w:t>birlikte</w:t>
      </w:r>
      <w:proofErr w:type="spellEnd"/>
      <w:r w:rsidRPr="00AE69E5">
        <w:rPr>
          <w:rFonts w:cs="Times New Roman"/>
          <w:i/>
          <w:highlight w:val="yellow"/>
        </w:rPr>
        <w:t xml:space="preserve"> </w:t>
      </w:r>
      <w:proofErr w:type="spellStart"/>
      <w:r w:rsidRPr="00AE69E5">
        <w:rPr>
          <w:rFonts w:cs="Times New Roman"/>
          <w:i/>
          <w:highlight w:val="yellow"/>
        </w:rPr>
        <w:t>sunulacaktır</w:t>
      </w:r>
      <w:proofErr w:type="spellEnd"/>
      <w:r w:rsidRPr="00AE69E5">
        <w:rPr>
          <w:rFonts w:cs="Times New Roman"/>
          <w:i/>
          <w:highlight w:val="yellow"/>
        </w:rPr>
        <w:t>.</w:t>
      </w:r>
    </w:p>
    <w:p w:rsidR="00E24BA4" w:rsidRPr="00AE69E5" w:rsidRDefault="00E24BA4" w:rsidP="00E24BA4">
      <w:pPr>
        <w:pStyle w:val="NormalWeb"/>
        <w:rPr>
          <w:i/>
          <w:highlight w:val="yellow"/>
        </w:rPr>
      </w:pPr>
      <w:r w:rsidRPr="00AE69E5">
        <w:rPr>
          <w:i/>
          <w:highlight w:val="yellow"/>
        </w:rPr>
        <w:t>Bu kapsamda;</w:t>
      </w:r>
    </w:p>
    <w:p w:rsidR="00E24BA4" w:rsidRPr="00AE69E5" w:rsidRDefault="00E24BA4" w:rsidP="00E24BA4">
      <w:pPr>
        <w:pStyle w:val="NormalWeb"/>
        <w:numPr>
          <w:ilvl w:val="0"/>
          <w:numId w:val="31"/>
        </w:numPr>
        <w:jc w:val="both"/>
        <w:rPr>
          <w:i/>
          <w:highlight w:val="yellow"/>
        </w:rPr>
      </w:pPr>
      <w:r w:rsidRPr="00AE69E5">
        <w:rPr>
          <w:i/>
          <w:highlight w:val="yellow"/>
        </w:rPr>
        <w:t xml:space="preserve">Birimde yürütülen </w:t>
      </w:r>
      <w:proofErr w:type="spellStart"/>
      <w:r w:rsidRPr="00AE69E5">
        <w:rPr>
          <w:rStyle w:val="Gl"/>
          <w:i/>
          <w:highlight w:val="yellow"/>
        </w:rPr>
        <w:t>önlisans</w:t>
      </w:r>
      <w:proofErr w:type="spellEnd"/>
      <w:r w:rsidRPr="00AE69E5">
        <w:rPr>
          <w:rStyle w:val="Gl"/>
          <w:i/>
          <w:highlight w:val="yellow"/>
        </w:rPr>
        <w:t>, lisans ve lisansüstü programlar</w:t>
      </w:r>
      <w:r w:rsidRPr="00AE69E5">
        <w:rPr>
          <w:i/>
          <w:highlight w:val="yellow"/>
        </w:rPr>
        <w:t>, öğrenci sayıları ve kontenjanlar,</w:t>
      </w:r>
    </w:p>
    <w:p w:rsidR="00E24BA4" w:rsidRDefault="00E24BA4" w:rsidP="00E24BA4">
      <w:pPr>
        <w:pStyle w:val="NormalWeb"/>
        <w:numPr>
          <w:ilvl w:val="0"/>
          <w:numId w:val="31"/>
        </w:numPr>
        <w:jc w:val="both"/>
        <w:rPr>
          <w:i/>
          <w:highlight w:val="yellow"/>
        </w:rPr>
      </w:pPr>
      <w:r w:rsidRPr="00AE69E5">
        <w:rPr>
          <w:i/>
          <w:highlight w:val="yellow"/>
        </w:rPr>
        <w:t xml:space="preserve">Öğrencilerin </w:t>
      </w:r>
      <w:r w:rsidRPr="00AE69E5">
        <w:rPr>
          <w:rStyle w:val="Gl"/>
          <w:i/>
          <w:highlight w:val="yellow"/>
        </w:rPr>
        <w:t>hareketlilik programları (</w:t>
      </w:r>
      <w:proofErr w:type="spellStart"/>
      <w:r w:rsidRPr="00AE69E5">
        <w:rPr>
          <w:rStyle w:val="Gl"/>
          <w:i/>
          <w:highlight w:val="yellow"/>
        </w:rPr>
        <w:t>Erasmus</w:t>
      </w:r>
      <w:proofErr w:type="spellEnd"/>
      <w:r w:rsidRPr="00AE69E5">
        <w:rPr>
          <w:rStyle w:val="Gl"/>
          <w:i/>
          <w:highlight w:val="yellow"/>
        </w:rPr>
        <w:t>, Farabi vb.)</w:t>
      </w:r>
      <w:r w:rsidRPr="00AE69E5">
        <w:rPr>
          <w:i/>
          <w:highlight w:val="yellow"/>
        </w:rPr>
        <w:t>, sertifika programları, kurslar ve destekleyici eğitim faaliyetleri</w:t>
      </w:r>
      <w:r w:rsidRPr="00AE69E5">
        <w:rPr>
          <w:i/>
          <w:highlight w:val="yellow"/>
        </w:rPr>
        <w:br/>
        <w:t>kısaca açıklanmalıdır.</w:t>
      </w:r>
    </w:p>
    <w:p w:rsidR="001277E6" w:rsidRDefault="001277E6" w:rsidP="001277E6">
      <w:pPr>
        <w:pStyle w:val="NormalWeb"/>
        <w:jc w:val="both"/>
        <w:rPr>
          <w:i/>
          <w:highlight w:val="yellow"/>
        </w:rPr>
      </w:pPr>
    </w:p>
    <w:p w:rsidR="001277E6" w:rsidRDefault="001277E6" w:rsidP="001277E6">
      <w:pPr>
        <w:pStyle w:val="NormalWeb"/>
        <w:jc w:val="both"/>
        <w:rPr>
          <w:i/>
          <w:highlight w:val="yellow"/>
        </w:rPr>
      </w:pPr>
    </w:p>
    <w:p w:rsidR="001277E6" w:rsidRDefault="001277E6" w:rsidP="001277E6">
      <w:pPr>
        <w:pStyle w:val="NormalWeb"/>
        <w:jc w:val="both"/>
        <w:rPr>
          <w:i/>
          <w:highlight w:val="yellow"/>
        </w:rPr>
      </w:pPr>
    </w:p>
    <w:p w:rsidR="001277E6" w:rsidRPr="00AE69E5" w:rsidRDefault="001277E6" w:rsidP="001277E6">
      <w:pPr>
        <w:pStyle w:val="NormalWeb"/>
        <w:jc w:val="both"/>
        <w:rPr>
          <w:i/>
          <w:highlight w:val="yellow"/>
        </w:rPr>
      </w:pPr>
    </w:p>
    <w:p w:rsidR="00E24BA4" w:rsidRDefault="00E24BA4" w:rsidP="00E24BA4">
      <w:pPr>
        <w:pStyle w:val="Stil2"/>
      </w:pPr>
      <w:bookmarkStart w:id="30" w:name="_Toc217311505"/>
      <w:r>
        <w:lastRenderedPageBreak/>
        <w:t>5.1.1. Öğrenci Verileri</w:t>
      </w:r>
      <w:bookmarkEnd w:id="30"/>
    </w:p>
    <w:p w:rsidR="00E24BA4" w:rsidRPr="00324DAA" w:rsidRDefault="00E24BA4" w:rsidP="00E24BA4"/>
    <w:p w:rsidR="00E24BA4" w:rsidRDefault="00E24BA4" w:rsidP="00E24BA4">
      <w:proofErr w:type="spellStart"/>
      <w:r w:rsidRPr="00324DAA">
        <w:t>Yıllara</w:t>
      </w:r>
      <w:proofErr w:type="spellEnd"/>
      <w:r w:rsidRPr="00324DAA">
        <w:t xml:space="preserve"> </w:t>
      </w:r>
      <w:proofErr w:type="spellStart"/>
      <w:r w:rsidRPr="00324DAA">
        <w:t>Göre</w:t>
      </w:r>
      <w:proofErr w:type="spellEnd"/>
      <w:r w:rsidRPr="00324DAA">
        <w:t xml:space="preserve"> </w:t>
      </w:r>
      <w:proofErr w:type="spellStart"/>
      <w:r w:rsidRPr="00324DAA">
        <w:t>Öğrenci</w:t>
      </w:r>
      <w:proofErr w:type="spellEnd"/>
      <w:r w:rsidRPr="00324DAA">
        <w:t xml:space="preserve"> </w:t>
      </w:r>
      <w:proofErr w:type="spellStart"/>
      <w:r w:rsidRPr="00324DAA">
        <w:t>Sayıları</w:t>
      </w:r>
      <w:proofErr w:type="spellEnd"/>
    </w:p>
    <w:tbl>
      <w:tblPr>
        <w:tblW w:w="921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25"/>
        <w:gridCol w:w="1977"/>
        <w:gridCol w:w="1276"/>
        <w:gridCol w:w="2268"/>
        <w:gridCol w:w="2268"/>
      </w:tblGrid>
      <w:tr w:rsidR="00E24BA4" w:rsidRPr="00E03019" w:rsidTr="009D611D">
        <w:trPr>
          <w:tblHeader/>
          <w:tblCellSpacing w:w="15" w:type="dxa"/>
        </w:trPr>
        <w:tc>
          <w:tcPr>
            <w:tcW w:w="1380" w:type="dxa"/>
            <w:shd w:val="clear" w:color="auto" w:fill="B99C71"/>
            <w:vAlign w:val="center"/>
          </w:tcPr>
          <w:p w:rsidR="00E24BA4" w:rsidRPr="00E03019" w:rsidRDefault="00E24BA4" w:rsidP="009D611D">
            <w:pPr>
              <w:pStyle w:val="Stil4"/>
            </w:pPr>
            <w:r>
              <w:t>2021</w:t>
            </w:r>
          </w:p>
        </w:tc>
        <w:tc>
          <w:tcPr>
            <w:tcW w:w="1947" w:type="dxa"/>
            <w:shd w:val="clear" w:color="auto" w:fill="B99C71"/>
          </w:tcPr>
          <w:p w:rsidR="00E24BA4" w:rsidRPr="00897A2E" w:rsidRDefault="00E24BA4" w:rsidP="009D611D">
            <w:pPr>
              <w:pStyle w:val="Stil4"/>
              <w:rPr>
                <w:color w:val="000000" w:themeColor="text1"/>
              </w:rPr>
            </w:pPr>
            <w:r>
              <w:rPr>
                <w:color w:val="000000" w:themeColor="text1"/>
              </w:rPr>
              <w:t>2022</w:t>
            </w:r>
          </w:p>
        </w:tc>
        <w:tc>
          <w:tcPr>
            <w:tcW w:w="1246" w:type="dxa"/>
            <w:shd w:val="clear" w:color="auto" w:fill="B99C71"/>
          </w:tcPr>
          <w:p w:rsidR="00E24BA4" w:rsidRPr="00897A2E" w:rsidRDefault="00E24BA4" w:rsidP="009D611D">
            <w:pPr>
              <w:pStyle w:val="Stil4"/>
              <w:rPr>
                <w:color w:val="000000" w:themeColor="text1"/>
              </w:rPr>
            </w:pPr>
            <w:r>
              <w:rPr>
                <w:color w:val="000000" w:themeColor="text1"/>
              </w:rPr>
              <w:t>2023</w:t>
            </w:r>
          </w:p>
        </w:tc>
        <w:tc>
          <w:tcPr>
            <w:tcW w:w="2238" w:type="dxa"/>
            <w:shd w:val="clear" w:color="auto" w:fill="B99C71"/>
          </w:tcPr>
          <w:p w:rsidR="00E24BA4" w:rsidRPr="00897A2E" w:rsidRDefault="00E24BA4" w:rsidP="009D611D">
            <w:pPr>
              <w:pStyle w:val="Stil4"/>
              <w:rPr>
                <w:color w:val="000000" w:themeColor="text1"/>
              </w:rPr>
            </w:pPr>
            <w:r>
              <w:rPr>
                <w:color w:val="000000" w:themeColor="text1"/>
              </w:rPr>
              <w:t>2024</w:t>
            </w:r>
          </w:p>
        </w:tc>
        <w:tc>
          <w:tcPr>
            <w:tcW w:w="2223" w:type="dxa"/>
            <w:shd w:val="clear" w:color="auto" w:fill="B99C71"/>
            <w:vAlign w:val="center"/>
          </w:tcPr>
          <w:p w:rsidR="00E24BA4" w:rsidRPr="00E03019" w:rsidRDefault="00E24BA4" w:rsidP="009D611D">
            <w:pPr>
              <w:pStyle w:val="Stil4"/>
              <w:rPr>
                <w:color w:val="000000" w:themeColor="text1"/>
              </w:rPr>
            </w:pPr>
            <w:r>
              <w:rPr>
                <w:color w:val="000000" w:themeColor="text1"/>
              </w:rPr>
              <w:t>2025</w:t>
            </w:r>
          </w:p>
        </w:tc>
      </w:tr>
      <w:tr w:rsidR="00E24BA4" w:rsidRPr="00E03019" w:rsidTr="009D611D">
        <w:trPr>
          <w:tblCellSpacing w:w="15" w:type="dxa"/>
        </w:trPr>
        <w:tc>
          <w:tcPr>
            <w:tcW w:w="1380" w:type="dxa"/>
            <w:vAlign w:val="center"/>
          </w:tcPr>
          <w:p w:rsidR="00E24BA4" w:rsidRPr="00E03019" w:rsidRDefault="00E24BA4" w:rsidP="009D611D">
            <w:pPr>
              <w:pStyle w:val="Stil4"/>
            </w:pPr>
          </w:p>
        </w:tc>
        <w:tc>
          <w:tcPr>
            <w:tcW w:w="1947" w:type="dxa"/>
          </w:tcPr>
          <w:p w:rsidR="00E24BA4" w:rsidRPr="00E03019" w:rsidRDefault="00E24BA4" w:rsidP="009D611D">
            <w:pPr>
              <w:pStyle w:val="Stil4"/>
            </w:pPr>
          </w:p>
        </w:tc>
        <w:tc>
          <w:tcPr>
            <w:tcW w:w="1246" w:type="dxa"/>
          </w:tcPr>
          <w:p w:rsidR="00E24BA4" w:rsidRPr="00E03019" w:rsidRDefault="00E24BA4" w:rsidP="009D611D">
            <w:pPr>
              <w:pStyle w:val="Stil4"/>
            </w:pPr>
          </w:p>
        </w:tc>
        <w:tc>
          <w:tcPr>
            <w:tcW w:w="2238" w:type="dxa"/>
          </w:tcPr>
          <w:p w:rsidR="00E24BA4" w:rsidRPr="00E03019" w:rsidRDefault="00E24BA4" w:rsidP="009D611D">
            <w:pPr>
              <w:pStyle w:val="Stil4"/>
            </w:pPr>
          </w:p>
        </w:tc>
        <w:tc>
          <w:tcPr>
            <w:tcW w:w="2223" w:type="dxa"/>
            <w:vAlign w:val="center"/>
            <w:hideMark/>
          </w:tcPr>
          <w:p w:rsidR="00E24BA4" w:rsidRPr="00E03019" w:rsidRDefault="00E24BA4" w:rsidP="009D611D">
            <w:pPr>
              <w:pStyle w:val="Stil4"/>
            </w:pPr>
          </w:p>
        </w:tc>
      </w:tr>
    </w:tbl>
    <w:p w:rsidR="00E24BA4" w:rsidRDefault="00E24BA4" w:rsidP="00E24BA4">
      <w:pPr>
        <w:jc w:val="both"/>
        <w:rPr>
          <w:rFonts w:ascii="Calibri" w:eastAsia="Times New Roman" w:hAnsi="Calibri" w:cs="Calibri"/>
          <w:color w:val="FF0000"/>
          <w:u w:val="single"/>
          <w:lang w:eastAsia="tr-TR"/>
        </w:rPr>
      </w:pPr>
    </w:p>
    <w:p w:rsidR="00E24BA4" w:rsidRDefault="00E24BA4" w:rsidP="00E24BA4">
      <w:proofErr w:type="spellStart"/>
      <w:r>
        <w:t>Bölüm</w:t>
      </w:r>
      <w:proofErr w:type="spellEnd"/>
      <w:r>
        <w:t xml:space="preserve"> </w:t>
      </w:r>
      <w:proofErr w:type="spellStart"/>
      <w:r>
        <w:t>ve</w:t>
      </w:r>
      <w:proofErr w:type="spellEnd"/>
      <w:r>
        <w:t xml:space="preserve"> </w:t>
      </w:r>
      <w:proofErr w:type="spellStart"/>
      <w:r>
        <w:t>Programlar</w:t>
      </w:r>
      <w:proofErr w:type="spellEnd"/>
    </w:p>
    <w:tbl>
      <w:tblPr>
        <w:tblW w:w="921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86"/>
        <w:gridCol w:w="2764"/>
        <w:gridCol w:w="2764"/>
      </w:tblGrid>
      <w:tr w:rsidR="00E24BA4" w:rsidRPr="00E03019" w:rsidTr="009D611D">
        <w:trPr>
          <w:trHeight w:val="355"/>
          <w:tblHeader/>
          <w:tblCellSpacing w:w="15" w:type="dxa"/>
        </w:trPr>
        <w:tc>
          <w:tcPr>
            <w:tcW w:w="3641" w:type="dxa"/>
            <w:shd w:val="clear" w:color="auto" w:fill="B99C71"/>
            <w:vAlign w:val="center"/>
          </w:tcPr>
          <w:p w:rsidR="00E24BA4" w:rsidRPr="00897A2E" w:rsidRDefault="00E24BA4" w:rsidP="009D611D">
            <w:pPr>
              <w:pStyle w:val="Stil4"/>
            </w:pPr>
            <w:r>
              <w:t>Bölüm/Program</w:t>
            </w:r>
          </w:p>
        </w:tc>
        <w:tc>
          <w:tcPr>
            <w:tcW w:w="2734" w:type="dxa"/>
            <w:shd w:val="clear" w:color="auto" w:fill="B99C71"/>
            <w:vAlign w:val="center"/>
          </w:tcPr>
          <w:p w:rsidR="00E24BA4" w:rsidRPr="00E03019" w:rsidRDefault="00E24BA4" w:rsidP="009D611D">
            <w:pPr>
              <w:pStyle w:val="Stil4"/>
            </w:pPr>
            <w:r>
              <w:t>Öğrenci Sayısı</w:t>
            </w:r>
          </w:p>
        </w:tc>
        <w:tc>
          <w:tcPr>
            <w:tcW w:w="2719" w:type="dxa"/>
            <w:shd w:val="clear" w:color="auto" w:fill="B99C71"/>
            <w:vAlign w:val="center"/>
          </w:tcPr>
          <w:p w:rsidR="00E24BA4" w:rsidRPr="00E03019" w:rsidRDefault="00E24BA4" w:rsidP="009D611D">
            <w:pPr>
              <w:pStyle w:val="Stil4"/>
            </w:pPr>
            <w:r>
              <w:t>Öğrenci Doluluk Oranı</w:t>
            </w:r>
          </w:p>
        </w:tc>
      </w:tr>
      <w:tr w:rsidR="00E24BA4" w:rsidRPr="00E03019" w:rsidTr="009D611D">
        <w:trPr>
          <w:tblCellSpacing w:w="15" w:type="dxa"/>
        </w:trPr>
        <w:tc>
          <w:tcPr>
            <w:tcW w:w="3641" w:type="dxa"/>
            <w:vAlign w:val="center"/>
          </w:tcPr>
          <w:p w:rsidR="00E24BA4" w:rsidRPr="00E03019" w:rsidRDefault="00E24BA4" w:rsidP="009D611D">
            <w:pPr>
              <w:pStyle w:val="Stil4"/>
              <w:rPr>
                <w:sz w:val="24"/>
                <w:szCs w:val="24"/>
              </w:rPr>
            </w:pPr>
          </w:p>
        </w:tc>
        <w:tc>
          <w:tcPr>
            <w:tcW w:w="2734" w:type="dxa"/>
            <w:vAlign w:val="center"/>
          </w:tcPr>
          <w:p w:rsidR="00E24BA4" w:rsidRPr="00E03019" w:rsidRDefault="00E24BA4" w:rsidP="009D611D">
            <w:pPr>
              <w:pStyle w:val="Stil4"/>
              <w:rPr>
                <w:sz w:val="24"/>
                <w:szCs w:val="24"/>
              </w:rPr>
            </w:pPr>
          </w:p>
        </w:tc>
        <w:tc>
          <w:tcPr>
            <w:tcW w:w="2719" w:type="dxa"/>
            <w:vAlign w:val="center"/>
          </w:tcPr>
          <w:p w:rsidR="00E24BA4" w:rsidRPr="00E03019" w:rsidRDefault="00E24BA4" w:rsidP="009D611D">
            <w:pPr>
              <w:pStyle w:val="Stil4"/>
              <w:rPr>
                <w:sz w:val="24"/>
                <w:szCs w:val="24"/>
              </w:rPr>
            </w:pPr>
          </w:p>
        </w:tc>
      </w:tr>
      <w:tr w:rsidR="00E24BA4" w:rsidRPr="00E03019" w:rsidTr="009D611D">
        <w:trPr>
          <w:tblCellSpacing w:w="15" w:type="dxa"/>
        </w:trPr>
        <w:tc>
          <w:tcPr>
            <w:tcW w:w="3641" w:type="dxa"/>
            <w:vAlign w:val="center"/>
          </w:tcPr>
          <w:p w:rsidR="00E24BA4" w:rsidRPr="00E03019" w:rsidRDefault="00E24BA4" w:rsidP="009D611D">
            <w:pPr>
              <w:pStyle w:val="Stil4"/>
              <w:rPr>
                <w:sz w:val="24"/>
                <w:szCs w:val="24"/>
              </w:rPr>
            </w:pPr>
          </w:p>
        </w:tc>
        <w:tc>
          <w:tcPr>
            <w:tcW w:w="2734" w:type="dxa"/>
            <w:vAlign w:val="center"/>
          </w:tcPr>
          <w:p w:rsidR="00E24BA4" w:rsidRPr="00E03019" w:rsidRDefault="00E24BA4" w:rsidP="009D611D">
            <w:pPr>
              <w:pStyle w:val="Stil4"/>
              <w:rPr>
                <w:sz w:val="24"/>
                <w:szCs w:val="24"/>
              </w:rPr>
            </w:pPr>
          </w:p>
        </w:tc>
        <w:tc>
          <w:tcPr>
            <w:tcW w:w="2719" w:type="dxa"/>
            <w:vAlign w:val="center"/>
          </w:tcPr>
          <w:p w:rsidR="00E24BA4" w:rsidRPr="00E03019" w:rsidRDefault="00E24BA4" w:rsidP="009D611D">
            <w:pPr>
              <w:pStyle w:val="Stil4"/>
              <w:rPr>
                <w:sz w:val="24"/>
                <w:szCs w:val="24"/>
              </w:rPr>
            </w:pPr>
          </w:p>
        </w:tc>
      </w:tr>
      <w:tr w:rsidR="00E24BA4" w:rsidRPr="00E03019" w:rsidTr="009D611D">
        <w:trPr>
          <w:tblCellSpacing w:w="15" w:type="dxa"/>
        </w:trPr>
        <w:tc>
          <w:tcPr>
            <w:tcW w:w="3641" w:type="dxa"/>
            <w:vAlign w:val="center"/>
          </w:tcPr>
          <w:p w:rsidR="00E24BA4" w:rsidRPr="00E03019" w:rsidRDefault="00E24BA4" w:rsidP="009D611D">
            <w:pPr>
              <w:pStyle w:val="Stil4"/>
              <w:rPr>
                <w:sz w:val="24"/>
                <w:szCs w:val="24"/>
              </w:rPr>
            </w:pPr>
          </w:p>
        </w:tc>
        <w:tc>
          <w:tcPr>
            <w:tcW w:w="2734" w:type="dxa"/>
            <w:vAlign w:val="center"/>
          </w:tcPr>
          <w:p w:rsidR="00E24BA4" w:rsidRPr="00E03019" w:rsidRDefault="00E24BA4" w:rsidP="009D611D">
            <w:pPr>
              <w:pStyle w:val="Stil4"/>
              <w:rPr>
                <w:sz w:val="24"/>
                <w:szCs w:val="24"/>
              </w:rPr>
            </w:pPr>
          </w:p>
        </w:tc>
        <w:tc>
          <w:tcPr>
            <w:tcW w:w="2719" w:type="dxa"/>
            <w:vAlign w:val="center"/>
          </w:tcPr>
          <w:p w:rsidR="00E24BA4" w:rsidRPr="00E03019" w:rsidRDefault="00E24BA4" w:rsidP="009D611D">
            <w:pPr>
              <w:pStyle w:val="Stil4"/>
              <w:rPr>
                <w:sz w:val="24"/>
                <w:szCs w:val="24"/>
              </w:rPr>
            </w:pPr>
          </w:p>
        </w:tc>
      </w:tr>
    </w:tbl>
    <w:p w:rsidR="00E24BA4" w:rsidRDefault="00E24BA4" w:rsidP="00E24BA4">
      <w:pPr>
        <w:jc w:val="both"/>
        <w:rPr>
          <w:rFonts w:ascii="Calibri" w:eastAsia="Times New Roman" w:hAnsi="Calibri" w:cs="Calibri"/>
          <w:color w:val="FF0000"/>
          <w:u w:val="single"/>
          <w:lang w:eastAsia="tr-TR"/>
        </w:rPr>
      </w:pPr>
    </w:p>
    <w:p w:rsidR="00E24BA4" w:rsidRDefault="00E24BA4" w:rsidP="00E24BA4">
      <w:proofErr w:type="spellStart"/>
      <w:r>
        <w:t>Engelli</w:t>
      </w:r>
      <w:proofErr w:type="spellEnd"/>
      <w:r>
        <w:t xml:space="preserve"> </w:t>
      </w:r>
      <w:proofErr w:type="spellStart"/>
      <w:r>
        <w:t>Öğrenci</w:t>
      </w:r>
      <w:proofErr w:type="spellEnd"/>
      <w:r>
        <w:t xml:space="preserve"> </w:t>
      </w:r>
      <w:proofErr w:type="spellStart"/>
      <w:r>
        <w:t>Sayısı</w:t>
      </w:r>
      <w:proofErr w:type="spellEnd"/>
    </w:p>
    <w:tbl>
      <w:tblPr>
        <w:tblW w:w="921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79"/>
        <w:gridCol w:w="2835"/>
      </w:tblGrid>
      <w:tr w:rsidR="00E24BA4" w:rsidRPr="00E03019" w:rsidTr="009D611D">
        <w:trPr>
          <w:trHeight w:val="355"/>
          <w:tblHeader/>
          <w:tblCellSpacing w:w="15" w:type="dxa"/>
        </w:trPr>
        <w:tc>
          <w:tcPr>
            <w:tcW w:w="6334" w:type="dxa"/>
            <w:shd w:val="clear" w:color="auto" w:fill="B99C71"/>
            <w:vAlign w:val="center"/>
          </w:tcPr>
          <w:p w:rsidR="00E24BA4" w:rsidRPr="00897A2E" w:rsidRDefault="00E24BA4" w:rsidP="009D611D">
            <w:pPr>
              <w:pStyle w:val="Stil4"/>
            </w:pPr>
            <w:r>
              <w:t>Bölüm/Program</w:t>
            </w:r>
          </w:p>
        </w:tc>
        <w:tc>
          <w:tcPr>
            <w:tcW w:w="2790" w:type="dxa"/>
            <w:shd w:val="clear" w:color="auto" w:fill="B99C71"/>
            <w:vAlign w:val="center"/>
          </w:tcPr>
          <w:p w:rsidR="00E24BA4" w:rsidRPr="00E03019" w:rsidRDefault="00E24BA4" w:rsidP="009D611D">
            <w:pPr>
              <w:pStyle w:val="Stil4"/>
            </w:pPr>
            <w:r>
              <w:t>Öğrenci Sayısı</w:t>
            </w:r>
          </w:p>
        </w:tc>
      </w:tr>
      <w:tr w:rsidR="00E24BA4" w:rsidRPr="00E03019" w:rsidTr="009D611D">
        <w:trPr>
          <w:tblCellSpacing w:w="15" w:type="dxa"/>
        </w:trPr>
        <w:tc>
          <w:tcPr>
            <w:tcW w:w="6334" w:type="dxa"/>
            <w:vAlign w:val="center"/>
          </w:tcPr>
          <w:p w:rsidR="00E24BA4" w:rsidRPr="00E03019" w:rsidRDefault="00E24BA4" w:rsidP="009D611D">
            <w:pPr>
              <w:pStyle w:val="Stil4"/>
            </w:pPr>
          </w:p>
        </w:tc>
        <w:tc>
          <w:tcPr>
            <w:tcW w:w="2790" w:type="dxa"/>
            <w:vAlign w:val="center"/>
          </w:tcPr>
          <w:p w:rsidR="00E24BA4" w:rsidRPr="00E03019" w:rsidRDefault="00E24BA4" w:rsidP="009D611D">
            <w:pPr>
              <w:pStyle w:val="Stil4"/>
            </w:pPr>
          </w:p>
        </w:tc>
      </w:tr>
      <w:tr w:rsidR="00E24BA4" w:rsidRPr="00E03019" w:rsidTr="009D611D">
        <w:trPr>
          <w:tblCellSpacing w:w="15" w:type="dxa"/>
        </w:trPr>
        <w:tc>
          <w:tcPr>
            <w:tcW w:w="6334" w:type="dxa"/>
            <w:vAlign w:val="center"/>
          </w:tcPr>
          <w:p w:rsidR="00E24BA4" w:rsidRPr="00E03019" w:rsidRDefault="00E24BA4" w:rsidP="009D611D">
            <w:pPr>
              <w:pStyle w:val="Stil4"/>
            </w:pPr>
          </w:p>
        </w:tc>
        <w:tc>
          <w:tcPr>
            <w:tcW w:w="2790" w:type="dxa"/>
            <w:vAlign w:val="center"/>
          </w:tcPr>
          <w:p w:rsidR="00E24BA4" w:rsidRPr="00E03019" w:rsidRDefault="00E24BA4" w:rsidP="009D611D">
            <w:pPr>
              <w:pStyle w:val="Stil4"/>
            </w:pPr>
          </w:p>
        </w:tc>
      </w:tr>
      <w:tr w:rsidR="00E24BA4" w:rsidRPr="00E03019" w:rsidTr="009D611D">
        <w:trPr>
          <w:tblCellSpacing w:w="15" w:type="dxa"/>
        </w:trPr>
        <w:tc>
          <w:tcPr>
            <w:tcW w:w="6334" w:type="dxa"/>
            <w:vAlign w:val="center"/>
          </w:tcPr>
          <w:p w:rsidR="00E24BA4" w:rsidRPr="00E03019" w:rsidRDefault="00E24BA4" w:rsidP="009D611D">
            <w:pPr>
              <w:pStyle w:val="Stil4"/>
            </w:pPr>
          </w:p>
        </w:tc>
        <w:tc>
          <w:tcPr>
            <w:tcW w:w="2790" w:type="dxa"/>
            <w:vAlign w:val="center"/>
          </w:tcPr>
          <w:p w:rsidR="00E24BA4" w:rsidRPr="00E03019" w:rsidRDefault="00E24BA4" w:rsidP="009D611D">
            <w:pPr>
              <w:pStyle w:val="Stil4"/>
            </w:pPr>
          </w:p>
        </w:tc>
      </w:tr>
    </w:tbl>
    <w:p w:rsidR="00E24BA4" w:rsidRDefault="00E24BA4" w:rsidP="00E24BA4">
      <w:pPr>
        <w:jc w:val="both"/>
        <w:rPr>
          <w:rFonts w:ascii="Calibri" w:eastAsia="Times New Roman" w:hAnsi="Calibri" w:cs="Calibri"/>
          <w:color w:val="FF0000"/>
          <w:u w:val="single"/>
          <w:lang w:eastAsia="tr-TR"/>
        </w:rPr>
      </w:pPr>
    </w:p>
    <w:p w:rsidR="00E24BA4" w:rsidRDefault="00E24BA4" w:rsidP="00E24BA4">
      <w:proofErr w:type="spellStart"/>
      <w:r>
        <w:t>Yabancı</w:t>
      </w:r>
      <w:proofErr w:type="spellEnd"/>
      <w:r>
        <w:t xml:space="preserve"> </w:t>
      </w:r>
      <w:proofErr w:type="spellStart"/>
      <w:r>
        <w:t>Uyruklu</w:t>
      </w:r>
      <w:proofErr w:type="spellEnd"/>
      <w:r>
        <w:t xml:space="preserve"> </w:t>
      </w:r>
      <w:proofErr w:type="spellStart"/>
      <w:r>
        <w:t>Öğrenci</w:t>
      </w:r>
      <w:proofErr w:type="spellEnd"/>
      <w:r>
        <w:t xml:space="preserve"> </w:t>
      </w:r>
      <w:proofErr w:type="spellStart"/>
      <w:r>
        <w:t>Sayısı</w:t>
      </w:r>
      <w:proofErr w:type="spellEnd"/>
    </w:p>
    <w:tbl>
      <w:tblPr>
        <w:tblW w:w="921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79"/>
        <w:gridCol w:w="2835"/>
      </w:tblGrid>
      <w:tr w:rsidR="00E24BA4" w:rsidRPr="00E03019" w:rsidTr="009D611D">
        <w:trPr>
          <w:trHeight w:val="355"/>
          <w:tblHeader/>
          <w:tblCellSpacing w:w="15" w:type="dxa"/>
        </w:trPr>
        <w:tc>
          <w:tcPr>
            <w:tcW w:w="6334" w:type="dxa"/>
            <w:shd w:val="clear" w:color="auto" w:fill="B99C71"/>
            <w:vAlign w:val="center"/>
          </w:tcPr>
          <w:p w:rsidR="00E24BA4" w:rsidRPr="00897A2E" w:rsidRDefault="00E24BA4" w:rsidP="009D611D">
            <w:pPr>
              <w:pStyle w:val="Stil4"/>
            </w:pPr>
            <w:r>
              <w:t>Bölüm/Program</w:t>
            </w:r>
          </w:p>
        </w:tc>
        <w:tc>
          <w:tcPr>
            <w:tcW w:w="2790" w:type="dxa"/>
            <w:shd w:val="clear" w:color="auto" w:fill="B99C71"/>
            <w:vAlign w:val="center"/>
          </w:tcPr>
          <w:p w:rsidR="00E24BA4" w:rsidRPr="00E03019" w:rsidRDefault="00E24BA4" w:rsidP="009D611D">
            <w:pPr>
              <w:pStyle w:val="Stil4"/>
            </w:pPr>
            <w:r>
              <w:t>Öğrenci Sayısı</w:t>
            </w:r>
          </w:p>
        </w:tc>
      </w:tr>
      <w:tr w:rsidR="00E24BA4" w:rsidRPr="00E03019" w:rsidTr="009D611D">
        <w:trPr>
          <w:tblCellSpacing w:w="15" w:type="dxa"/>
        </w:trPr>
        <w:tc>
          <w:tcPr>
            <w:tcW w:w="6334" w:type="dxa"/>
            <w:vAlign w:val="center"/>
          </w:tcPr>
          <w:p w:rsidR="00E24BA4" w:rsidRPr="00E03019" w:rsidRDefault="00E24BA4" w:rsidP="009D611D">
            <w:pPr>
              <w:pStyle w:val="Stil4"/>
            </w:pPr>
          </w:p>
        </w:tc>
        <w:tc>
          <w:tcPr>
            <w:tcW w:w="2790" w:type="dxa"/>
            <w:vAlign w:val="center"/>
          </w:tcPr>
          <w:p w:rsidR="00E24BA4" w:rsidRPr="00E03019" w:rsidRDefault="00E24BA4" w:rsidP="009D611D">
            <w:pPr>
              <w:pStyle w:val="Stil4"/>
            </w:pPr>
          </w:p>
        </w:tc>
      </w:tr>
      <w:tr w:rsidR="00E24BA4" w:rsidRPr="00E03019" w:rsidTr="009D611D">
        <w:trPr>
          <w:tblCellSpacing w:w="15" w:type="dxa"/>
        </w:trPr>
        <w:tc>
          <w:tcPr>
            <w:tcW w:w="6334" w:type="dxa"/>
            <w:vAlign w:val="center"/>
          </w:tcPr>
          <w:p w:rsidR="00E24BA4" w:rsidRPr="00E03019" w:rsidRDefault="00E24BA4" w:rsidP="009D611D">
            <w:pPr>
              <w:pStyle w:val="Stil4"/>
            </w:pPr>
          </w:p>
        </w:tc>
        <w:tc>
          <w:tcPr>
            <w:tcW w:w="2790" w:type="dxa"/>
            <w:vAlign w:val="center"/>
          </w:tcPr>
          <w:p w:rsidR="00E24BA4" w:rsidRPr="00E03019" w:rsidRDefault="00E24BA4" w:rsidP="009D611D">
            <w:pPr>
              <w:pStyle w:val="Stil4"/>
            </w:pPr>
          </w:p>
        </w:tc>
      </w:tr>
      <w:tr w:rsidR="00E24BA4" w:rsidRPr="00E03019" w:rsidTr="009D611D">
        <w:trPr>
          <w:tblCellSpacing w:w="15" w:type="dxa"/>
        </w:trPr>
        <w:tc>
          <w:tcPr>
            <w:tcW w:w="6334" w:type="dxa"/>
            <w:vAlign w:val="center"/>
          </w:tcPr>
          <w:p w:rsidR="00E24BA4" w:rsidRPr="00E03019" w:rsidRDefault="00E24BA4" w:rsidP="009D611D">
            <w:pPr>
              <w:pStyle w:val="Stil4"/>
            </w:pPr>
          </w:p>
        </w:tc>
        <w:tc>
          <w:tcPr>
            <w:tcW w:w="2790" w:type="dxa"/>
            <w:vAlign w:val="center"/>
          </w:tcPr>
          <w:p w:rsidR="00E24BA4" w:rsidRPr="00E03019" w:rsidRDefault="00E24BA4" w:rsidP="009D611D">
            <w:pPr>
              <w:pStyle w:val="Stil4"/>
            </w:pPr>
          </w:p>
        </w:tc>
      </w:tr>
    </w:tbl>
    <w:p w:rsidR="00E24BA4" w:rsidRDefault="00E24BA4" w:rsidP="00E24BA4">
      <w:pPr>
        <w:jc w:val="both"/>
        <w:rPr>
          <w:rFonts w:ascii="Calibri" w:eastAsia="Times New Roman" w:hAnsi="Calibri" w:cs="Calibri"/>
          <w:color w:val="FF0000"/>
          <w:u w:val="single"/>
          <w:lang w:eastAsia="tr-TR"/>
        </w:rPr>
      </w:pPr>
    </w:p>
    <w:p w:rsidR="00E24BA4" w:rsidRDefault="00E24BA4" w:rsidP="00E24BA4">
      <w:proofErr w:type="spellStart"/>
      <w:r>
        <w:t>Ayrılan</w:t>
      </w:r>
      <w:proofErr w:type="spellEnd"/>
      <w:r>
        <w:t xml:space="preserve"> </w:t>
      </w:r>
      <w:proofErr w:type="spellStart"/>
      <w:r>
        <w:t>Öğrenci</w:t>
      </w:r>
      <w:proofErr w:type="spellEnd"/>
      <w:r>
        <w:t xml:space="preserve"> </w:t>
      </w:r>
      <w:proofErr w:type="spellStart"/>
      <w:r>
        <w:t>Sayısı</w:t>
      </w:r>
      <w:proofErr w:type="spellEnd"/>
    </w:p>
    <w:tbl>
      <w:tblPr>
        <w:tblW w:w="907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05"/>
        <w:gridCol w:w="1397"/>
        <w:gridCol w:w="1635"/>
        <w:gridCol w:w="871"/>
        <w:gridCol w:w="978"/>
        <w:gridCol w:w="986"/>
      </w:tblGrid>
      <w:tr w:rsidR="00E24BA4" w:rsidRPr="00E03019" w:rsidTr="009D611D">
        <w:trPr>
          <w:trHeight w:val="355"/>
          <w:tblHeader/>
          <w:tblCellSpacing w:w="15" w:type="dxa"/>
        </w:trPr>
        <w:tc>
          <w:tcPr>
            <w:tcW w:w="3160" w:type="dxa"/>
            <w:vMerge w:val="restart"/>
            <w:shd w:val="clear" w:color="auto" w:fill="B99C71"/>
            <w:vAlign w:val="center"/>
          </w:tcPr>
          <w:p w:rsidR="00E24BA4" w:rsidRPr="00897A2E" w:rsidRDefault="00E24BA4" w:rsidP="009D611D">
            <w:pPr>
              <w:pStyle w:val="Stil4"/>
            </w:pPr>
            <w:r>
              <w:t>Bölüm/Program</w:t>
            </w:r>
          </w:p>
        </w:tc>
        <w:tc>
          <w:tcPr>
            <w:tcW w:w="1367" w:type="dxa"/>
            <w:vMerge w:val="restart"/>
            <w:shd w:val="clear" w:color="auto" w:fill="B99C71"/>
          </w:tcPr>
          <w:p w:rsidR="00E24BA4" w:rsidRDefault="00E24BA4" w:rsidP="009D611D">
            <w:pPr>
              <w:pStyle w:val="Stil4"/>
            </w:pPr>
            <w:r>
              <w:t>Öğrenci Sayısı</w:t>
            </w:r>
          </w:p>
        </w:tc>
        <w:tc>
          <w:tcPr>
            <w:tcW w:w="3454" w:type="dxa"/>
            <w:gridSpan w:val="3"/>
            <w:shd w:val="clear" w:color="auto" w:fill="B99C71"/>
            <w:vAlign w:val="center"/>
          </w:tcPr>
          <w:p w:rsidR="00E24BA4" w:rsidRDefault="00E24BA4" w:rsidP="009D611D">
            <w:pPr>
              <w:pStyle w:val="Stil4"/>
              <w:jc w:val="center"/>
            </w:pPr>
            <w:r>
              <w:t>Ayrılma Nedeni</w:t>
            </w:r>
          </w:p>
        </w:tc>
        <w:tc>
          <w:tcPr>
            <w:tcW w:w="941" w:type="dxa"/>
            <w:shd w:val="clear" w:color="auto" w:fill="B99C71"/>
          </w:tcPr>
          <w:p w:rsidR="00E24BA4" w:rsidRDefault="00E24BA4" w:rsidP="009D611D">
            <w:pPr>
              <w:pStyle w:val="Stil4"/>
            </w:pPr>
          </w:p>
        </w:tc>
      </w:tr>
      <w:tr w:rsidR="00E24BA4" w:rsidRPr="00E03019" w:rsidTr="009D611D">
        <w:trPr>
          <w:tblCellSpacing w:w="15" w:type="dxa"/>
        </w:trPr>
        <w:tc>
          <w:tcPr>
            <w:tcW w:w="3160" w:type="dxa"/>
            <w:vMerge/>
            <w:shd w:val="clear" w:color="auto" w:fill="B99C71"/>
            <w:vAlign w:val="center"/>
          </w:tcPr>
          <w:p w:rsidR="00E24BA4" w:rsidRPr="00E03019" w:rsidRDefault="00E24BA4" w:rsidP="009D611D">
            <w:pPr>
              <w:pStyle w:val="Stil4"/>
            </w:pPr>
          </w:p>
        </w:tc>
        <w:tc>
          <w:tcPr>
            <w:tcW w:w="1367" w:type="dxa"/>
            <w:vMerge/>
            <w:shd w:val="clear" w:color="auto" w:fill="B99C71"/>
          </w:tcPr>
          <w:p w:rsidR="00E24BA4" w:rsidRPr="00E03019" w:rsidRDefault="00E24BA4" w:rsidP="009D611D">
            <w:pPr>
              <w:pStyle w:val="Stil4"/>
            </w:pPr>
          </w:p>
        </w:tc>
        <w:tc>
          <w:tcPr>
            <w:tcW w:w="1605" w:type="dxa"/>
            <w:shd w:val="clear" w:color="auto" w:fill="262F59"/>
          </w:tcPr>
          <w:p w:rsidR="00E24BA4" w:rsidRPr="00E03019" w:rsidRDefault="00E24BA4" w:rsidP="009D611D">
            <w:pPr>
              <w:pStyle w:val="Stil4"/>
            </w:pPr>
            <w:r>
              <w:t>Başarısızlık (Azami Süre)</w:t>
            </w:r>
          </w:p>
        </w:tc>
        <w:tc>
          <w:tcPr>
            <w:tcW w:w="841" w:type="dxa"/>
            <w:shd w:val="clear" w:color="auto" w:fill="262F59"/>
          </w:tcPr>
          <w:p w:rsidR="00E24BA4" w:rsidRPr="00E03019" w:rsidRDefault="00E24BA4" w:rsidP="009D611D">
            <w:pPr>
              <w:pStyle w:val="Stil4"/>
            </w:pPr>
            <w:r>
              <w:t>Yatay Geçiş</w:t>
            </w:r>
          </w:p>
        </w:tc>
        <w:tc>
          <w:tcPr>
            <w:tcW w:w="948" w:type="dxa"/>
            <w:shd w:val="clear" w:color="auto" w:fill="262F59"/>
          </w:tcPr>
          <w:p w:rsidR="00E24BA4" w:rsidRPr="00E03019" w:rsidRDefault="00E24BA4" w:rsidP="009D611D">
            <w:pPr>
              <w:pStyle w:val="Stil4"/>
            </w:pPr>
            <w:r>
              <w:t>Diğer</w:t>
            </w:r>
          </w:p>
        </w:tc>
        <w:tc>
          <w:tcPr>
            <w:tcW w:w="941" w:type="dxa"/>
            <w:shd w:val="clear" w:color="auto" w:fill="262F59"/>
          </w:tcPr>
          <w:p w:rsidR="00E24BA4" w:rsidRDefault="00E24BA4" w:rsidP="009D611D">
            <w:pPr>
              <w:pStyle w:val="Stil4"/>
            </w:pPr>
            <w:r>
              <w:t>Toplam</w:t>
            </w:r>
          </w:p>
        </w:tc>
      </w:tr>
      <w:tr w:rsidR="00E24BA4" w:rsidRPr="00E03019" w:rsidTr="009D611D">
        <w:trPr>
          <w:tblCellSpacing w:w="15" w:type="dxa"/>
        </w:trPr>
        <w:tc>
          <w:tcPr>
            <w:tcW w:w="3160" w:type="dxa"/>
            <w:vAlign w:val="center"/>
          </w:tcPr>
          <w:p w:rsidR="00E24BA4" w:rsidRPr="00E03019" w:rsidRDefault="00E24BA4" w:rsidP="009D611D">
            <w:pPr>
              <w:pStyle w:val="Stil4"/>
            </w:pPr>
          </w:p>
        </w:tc>
        <w:tc>
          <w:tcPr>
            <w:tcW w:w="1367" w:type="dxa"/>
          </w:tcPr>
          <w:p w:rsidR="00E24BA4" w:rsidRPr="00E03019" w:rsidRDefault="00E24BA4" w:rsidP="009D611D">
            <w:pPr>
              <w:pStyle w:val="Stil4"/>
            </w:pPr>
          </w:p>
        </w:tc>
        <w:tc>
          <w:tcPr>
            <w:tcW w:w="1605" w:type="dxa"/>
            <w:vAlign w:val="center"/>
          </w:tcPr>
          <w:p w:rsidR="00E24BA4" w:rsidRPr="00E03019" w:rsidRDefault="00E24BA4" w:rsidP="009D611D">
            <w:pPr>
              <w:pStyle w:val="Stil4"/>
            </w:pPr>
          </w:p>
        </w:tc>
        <w:tc>
          <w:tcPr>
            <w:tcW w:w="841" w:type="dxa"/>
          </w:tcPr>
          <w:p w:rsidR="00E24BA4" w:rsidRPr="00E03019" w:rsidRDefault="00E24BA4" w:rsidP="009D611D">
            <w:pPr>
              <w:pStyle w:val="Stil4"/>
            </w:pPr>
          </w:p>
        </w:tc>
        <w:tc>
          <w:tcPr>
            <w:tcW w:w="948" w:type="dxa"/>
          </w:tcPr>
          <w:p w:rsidR="00E24BA4" w:rsidRPr="00E03019" w:rsidRDefault="00E24BA4" w:rsidP="009D611D">
            <w:pPr>
              <w:pStyle w:val="Stil4"/>
            </w:pPr>
          </w:p>
        </w:tc>
        <w:tc>
          <w:tcPr>
            <w:tcW w:w="941" w:type="dxa"/>
          </w:tcPr>
          <w:p w:rsidR="00E24BA4" w:rsidRPr="00E03019" w:rsidRDefault="00E24BA4" w:rsidP="009D611D">
            <w:pPr>
              <w:pStyle w:val="Stil4"/>
            </w:pPr>
          </w:p>
        </w:tc>
      </w:tr>
      <w:tr w:rsidR="00E24BA4" w:rsidRPr="00E03019" w:rsidTr="009D611D">
        <w:trPr>
          <w:tblCellSpacing w:w="15" w:type="dxa"/>
        </w:trPr>
        <w:tc>
          <w:tcPr>
            <w:tcW w:w="3160" w:type="dxa"/>
            <w:vAlign w:val="center"/>
          </w:tcPr>
          <w:p w:rsidR="00E24BA4" w:rsidRPr="00E03019" w:rsidRDefault="00E24BA4" w:rsidP="009D611D">
            <w:pPr>
              <w:pStyle w:val="Stil4"/>
            </w:pPr>
          </w:p>
        </w:tc>
        <w:tc>
          <w:tcPr>
            <w:tcW w:w="1367" w:type="dxa"/>
          </w:tcPr>
          <w:p w:rsidR="00E24BA4" w:rsidRPr="00E03019" w:rsidRDefault="00E24BA4" w:rsidP="009D611D">
            <w:pPr>
              <w:pStyle w:val="Stil4"/>
            </w:pPr>
          </w:p>
        </w:tc>
        <w:tc>
          <w:tcPr>
            <w:tcW w:w="1605" w:type="dxa"/>
            <w:vAlign w:val="center"/>
          </w:tcPr>
          <w:p w:rsidR="00E24BA4" w:rsidRPr="00E03019" w:rsidRDefault="00E24BA4" w:rsidP="009D611D">
            <w:pPr>
              <w:pStyle w:val="Stil4"/>
            </w:pPr>
          </w:p>
        </w:tc>
        <w:tc>
          <w:tcPr>
            <w:tcW w:w="841" w:type="dxa"/>
          </w:tcPr>
          <w:p w:rsidR="00E24BA4" w:rsidRPr="00E03019" w:rsidRDefault="00E24BA4" w:rsidP="009D611D">
            <w:pPr>
              <w:pStyle w:val="Stil4"/>
            </w:pPr>
          </w:p>
        </w:tc>
        <w:tc>
          <w:tcPr>
            <w:tcW w:w="948" w:type="dxa"/>
          </w:tcPr>
          <w:p w:rsidR="00E24BA4" w:rsidRPr="00E03019" w:rsidRDefault="00E24BA4" w:rsidP="009D611D">
            <w:pPr>
              <w:pStyle w:val="Stil4"/>
            </w:pPr>
          </w:p>
        </w:tc>
        <w:tc>
          <w:tcPr>
            <w:tcW w:w="941" w:type="dxa"/>
          </w:tcPr>
          <w:p w:rsidR="00E24BA4" w:rsidRPr="00E03019" w:rsidRDefault="00E24BA4" w:rsidP="009D611D">
            <w:pPr>
              <w:pStyle w:val="Stil4"/>
            </w:pPr>
          </w:p>
        </w:tc>
      </w:tr>
      <w:tr w:rsidR="00E24BA4" w:rsidRPr="00E03019" w:rsidTr="009D611D">
        <w:trPr>
          <w:tblCellSpacing w:w="15" w:type="dxa"/>
        </w:trPr>
        <w:tc>
          <w:tcPr>
            <w:tcW w:w="3160" w:type="dxa"/>
            <w:vAlign w:val="center"/>
          </w:tcPr>
          <w:p w:rsidR="00E24BA4" w:rsidRPr="00E03019" w:rsidRDefault="00E24BA4" w:rsidP="009D611D">
            <w:pPr>
              <w:pStyle w:val="Stil4"/>
            </w:pPr>
          </w:p>
        </w:tc>
        <w:tc>
          <w:tcPr>
            <w:tcW w:w="1367" w:type="dxa"/>
          </w:tcPr>
          <w:p w:rsidR="00E24BA4" w:rsidRPr="00E03019" w:rsidRDefault="00E24BA4" w:rsidP="009D611D">
            <w:pPr>
              <w:pStyle w:val="Stil4"/>
            </w:pPr>
          </w:p>
        </w:tc>
        <w:tc>
          <w:tcPr>
            <w:tcW w:w="1605" w:type="dxa"/>
            <w:vAlign w:val="center"/>
          </w:tcPr>
          <w:p w:rsidR="00E24BA4" w:rsidRPr="00E03019" w:rsidRDefault="00E24BA4" w:rsidP="009D611D">
            <w:pPr>
              <w:pStyle w:val="Stil4"/>
            </w:pPr>
          </w:p>
        </w:tc>
        <w:tc>
          <w:tcPr>
            <w:tcW w:w="841" w:type="dxa"/>
          </w:tcPr>
          <w:p w:rsidR="00E24BA4" w:rsidRPr="00E03019" w:rsidRDefault="00E24BA4" w:rsidP="009D611D">
            <w:pPr>
              <w:pStyle w:val="Stil4"/>
            </w:pPr>
          </w:p>
        </w:tc>
        <w:tc>
          <w:tcPr>
            <w:tcW w:w="948" w:type="dxa"/>
          </w:tcPr>
          <w:p w:rsidR="00E24BA4" w:rsidRPr="00E03019" w:rsidRDefault="00E24BA4" w:rsidP="009D611D">
            <w:pPr>
              <w:pStyle w:val="Stil4"/>
            </w:pPr>
          </w:p>
        </w:tc>
        <w:tc>
          <w:tcPr>
            <w:tcW w:w="941" w:type="dxa"/>
          </w:tcPr>
          <w:p w:rsidR="00E24BA4" w:rsidRPr="00E03019" w:rsidRDefault="00E24BA4" w:rsidP="009D611D">
            <w:pPr>
              <w:pStyle w:val="Stil4"/>
            </w:pPr>
          </w:p>
        </w:tc>
      </w:tr>
    </w:tbl>
    <w:p w:rsidR="00E24BA4" w:rsidRPr="00AA0A8F" w:rsidRDefault="00E24BA4" w:rsidP="00E24BA4">
      <w:pPr>
        <w:jc w:val="both"/>
        <w:rPr>
          <w:rFonts w:ascii="Calibri" w:eastAsia="Times New Roman" w:hAnsi="Calibri" w:cs="Calibri"/>
          <w:u w:val="single"/>
          <w:lang w:eastAsia="tr-TR"/>
        </w:rPr>
      </w:pPr>
    </w:p>
    <w:p w:rsidR="00BF2249" w:rsidRDefault="00BF2249" w:rsidP="00E24BA4"/>
    <w:p w:rsidR="00BF2249" w:rsidRDefault="00BF2249" w:rsidP="00E24BA4"/>
    <w:p w:rsidR="00BF2249" w:rsidRDefault="00BF2249" w:rsidP="00E24BA4"/>
    <w:p w:rsidR="00E24BA4" w:rsidRDefault="00E24BA4" w:rsidP="00E24BA4">
      <w:proofErr w:type="spellStart"/>
      <w:r w:rsidRPr="008D3E72">
        <w:t>Değişim</w:t>
      </w:r>
      <w:proofErr w:type="spellEnd"/>
      <w:r>
        <w:t xml:space="preserve"> </w:t>
      </w:r>
      <w:proofErr w:type="spellStart"/>
      <w:r>
        <w:t>Programı</w:t>
      </w:r>
      <w:proofErr w:type="spellEnd"/>
      <w:r>
        <w:t xml:space="preserve"> </w:t>
      </w:r>
      <w:proofErr w:type="spellStart"/>
      <w:r>
        <w:t>Verileri</w:t>
      </w:r>
      <w:proofErr w:type="spellEnd"/>
    </w:p>
    <w:tbl>
      <w:tblPr>
        <w:tblW w:w="906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55"/>
        <w:gridCol w:w="992"/>
        <w:gridCol w:w="1276"/>
        <w:gridCol w:w="992"/>
        <w:gridCol w:w="992"/>
        <w:gridCol w:w="2370"/>
        <w:gridCol w:w="886"/>
      </w:tblGrid>
      <w:tr w:rsidR="00E24BA4" w:rsidRPr="008D3E72" w:rsidTr="009D611D">
        <w:trPr>
          <w:trHeight w:val="355"/>
          <w:tblHeader/>
          <w:tblCellSpacing w:w="15" w:type="dxa"/>
        </w:trPr>
        <w:tc>
          <w:tcPr>
            <w:tcW w:w="1510" w:type="dxa"/>
            <w:vMerge w:val="restart"/>
            <w:shd w:val="clear" w:color="auto" w:fill="B99C71"/>
            <w:vAlign w:val="center"/>
          </w:tcPr>
          <w:p w:rsidR="00E24BA4" w:rsidRPr="008D3E72" w:rsidRDefault="00E24BA4" w:rsidP="009D611D">
            <w:pPr>
              <w:pStyle w:val="Stil4"/>
            </w:pPr>
            <w:r w:rsidRPr="008D3E72">
              <w:t xml:space="preserve">Program Türü </w:t>
            </w:r>
          </w:p>
        </w:tc>
        <w:tc>
          <w:tcPr>
            <w:tcW w:w="4222" w:type="dxa"/>
            <w:gridSpan w:val="4"/>
            <w:shd w:val="clear" w:color="auto" w:fill="B99C71"/>
            <w:vAlign w:val="center"/>
          </w:tcPr>
          <w:p w:rsidR="00E24BA4" w:rsidRPr="008D3E72" w:rsidRDefault="00E24BA4" w:rsidP="009D611D">
            <w:pPr>
              <w:pStyle w:val="Stil4"/>
            </w:pPr>
            <w:r w:rsidRPr="008D3E72">
              <w:t>Değişimden Faydalanan Kişi Sayısı</w:t>
            </w:r>
          </w:p>
        </w:tc>
        <w:tc>
          <w:tcPr>
            <w:tcW w:w="2340" w:type="dxa"/>
            <w:vMerge w:val="restart"/>
            <w:shd w:val="clear" w:color="auto" w:fill="B99C71"/>
            <w:vAlign w:val="bottom"/>
          </w:tcPr>
          <w:p w:rsidR="00E24BA4" w:rsidRPr="008D3E72" w:rsidRDefault="00E24BA4" w:rsidP="009D611D">
            <w:pPr>
              <w:pStyle w:val="Stil4"/>
            </w:pPr>
          </w:p>
          <w:p w:rsidR="00E24BA4" w:rsidRPr="008D3E72" w:rsidRDefault="00E24BA4" w:rsidP="009D611D">
            <w:pPr>
              <w:pStyle w:val="Stil4"/>
            </w:pPr>
            <w:r w:rsidRPr="008D3E72">
              <w:t>Ülke</w:t>
            </w:r>
          </w:p>
        </w:tc>
        <w:tc>
          <w:tcPr>
            <w:tcW w:w="841" w:type="dxa"/>
            <w:vMerge w:val="restart"/>
            <w:shd w:val="clear" w:color="auto" w:fill="B99C71"/>
            <w:vAlign w:val="bottom"/>
          </w:tcPr>
          <w:p w:rsidR="00E24BA4" w:rsidRPr="008D3E72" w:rsidRDefault="00E24BA4" w:rsidP="009D611D">
            <w:pPr>
              <w:pStyle w:val="Stil4"/>
            </w:pPr>
          </w:p>
          <w:p w:rsidR="00E24BA4" w:rsidRPr="008D3E72" w:rsidRDefault="00E24BA4" w:rsidP="009D611D">
            <w:pPr>
              <w:pStyle w:val="Stil4"/>
            </w:pPr>
            <w:r w:rsidRPr="008D3E72">
              <w:t>Tarih</w:t>
            </w:r>
          </w:p>
        </w:tc>
      </w:tr>
      <w:tr w:rsidR="00E24BA4" w:rsidRPr="008D3E72" w:rsidTr="009D611D">
        <w:trPr>
          <w:trHeight w:val="108"/>
          <w:tblCellSpacing w:w="15" w:type="dxa"/>
        </w:trPr>
        <w:tc>
          <w:tcPr>
            <w:tcW w:w="1510" w:type="dxa"/>
            <w:vMerge/>
            <w:vAlign w:val="center"/>
          </w:tcPr>
          <w:p w:rsidR="00E24BA4" w:rsidRPr="008D3E72" w:rsidRDefault="00E24BA4" w:rsidP="009D611D">
            <w:pPr>
              <w:pStyle w:val="Stil4"/>
            </w:pPr>
          </w:p>
        </w:tc>
        <w:tc>
          <w:tcPr>
            <w:tcW w:w="962" w:type="dxa"/>
            <w:shd w:val="clear" w:color="auto" w:fill="262F59"/>
          </w:tcPr>
          <w:p w:rsidR="00E24BA4" w:rsidRPr="008D3E72" w:rsidRDefault="00E24BA4" w:rsidP="009D611D">
            <w:pPr>
              <w:pStyle w:val="Stil4"/>
            </w:pPr>
            <w:r w:rsidRPr="008D3E72">
              <w:t>Personel</w:t>
            </w:r>
          </w:p>
        </w:tc>
        <w:tc>
          <w:tcPr>
            <w:tcW w:w="1246" w:type="dxa"/>
            <w:shd w:val="clear" w:color="auto" w:fill="262F59"/>
          </w:tcPr>
          <w:p w:rsidR="00E24BA4" w:rsidRPr="008D3E72" w:rsidRDefault="00E24BA4" w:rsidP="009D611D">
            <w:pPr>
              <w:pStyle w:val="Stil4"/>
            </w:pPr>
            <w:r w:rsidRPr="008D3E72">
              <w:t>Öğrenci</w:t>
            </w:r>
          </w:p>
        </w:tc>
        <w:tc>
          <w:tcPr>
            <w:tcW w:w="962" w:type="dxa"/>
            <w:shd w:val="clear" w:color="auto" w:fill="262F59"/>
          </w:tcPr>
          <w:p w:rsidR="00E24BA4" w:rsidRPr="008D3E72" w:rsidRDefault="00E24BA4" w:rsidP="009D611D">
            <w:pPr>
              <w:pStyle w:val="Stil4"/>
            </w:pPr>
            <w:r w:rsidRPr="008D3E72">
              <w:t>Gelen</w:t>
            </w:r>
          </w:p>
        </w:tc>
        <w:tc>
          <w:tcPr>
            <w:tcW w:w="962" w:type="dxa"/>
            <w:shd w:val="clear" w:color="auto" w:fill="262F59"/>
            <w:vAlign w:val="bottom"/>
          </w:tcPr>
          <w:p w:rsidR="00E24BA4" w:rsidRPr="008D3E72" w:rsidRDefault="00E24BA4" w:rsidP="009D611D">
            <w:pPr>
              <w:pStyle w:val="Stil4"/>
            </w:pPr>
            <w:r w:rsidRPr="008D3E72">
              <w:t>Giden</w:t>
            </w:r>
          </w:p>
        </w:tc>
        <w:tc>
          <w:tcPr>
            <w:tcW w:w="2340" w:type="dxa"/>
            <w:vMerge/>
          </w:tcPr>
          <w:p w:rsidR="00E24BA4" w:rsidRPr="008D3E72" w:rsidRDefault="00E24BA4" w:rsidP="009D611D">
            <w:pPr>
              <w:pStyle w:val="Stil4"/>
            </w:pPr>
          </w:p>
        </w:tc>
        <w:tc>
          <w:tcPr>
            <w:tcW w:w="841" w:type="dxa"/>
            <w:vMerge/>
          </w:tcPr>
          <w:p w:rsidR="00E24BA4" w:rsidRPr="008D3E72" w:rsidRDefault="00E24BA4" w:rsidP="009D611D">
            <w:pPr>
              <w:pStyle w:val="Stil4"/>
            </w:pPr>
          </w:p>
        </w:tc>
      </w:tr>
      <w:tr w:rsidR="00E24BA4" w:rsidRPr="008D3E72" w:rsidTr="009D611D">
        <w:trPr>
          <w:tblCellSpacing w:w="15" w:type="dxa"/>
        </w:trPr>
        <w:tc>
          <w:tcPr>
            <w:tcW w:w="1510" w:type="dxa"/>
            <w:vAlign w:val="center"/>
          </w:tcPr>
          <w:p w:rsidR="00E24BA4" w:rsidRPr="008D3E72" w:rsidRDefault="00E24BA4" w:rsidP="009D611D">
            <w:pPr>
              <w:pStyle w:val="Stil4"/>
            </w:pPr>
            <w:proofErr w:type="spellStart"/>
            <w:r w:rsidRPr="008D3E72">
              <w:t>Erasmus</w:t>
            </w:r>
            <w:proofErr w:type="spellEnd"/>
          </w:p>
        </w:tc>
        <w:tc>
          <w:tcPr>
            <w:tcW w:w="962" w:type="dxa"/>
            <w:vAlign w:val="center"/>
          </w:tcPr>
          <w:p w:rsidR="00E24BA4" w:rsidRPr="008D3E72" w:rsidRDefault="00E24BA4" w:rsidP="009D611D">
            <w:pPr>
              <w:pStyle w:val="Stil4"/>
            </w:pPr>
          </w:p>
        </w:tc>
        <w:tc>
          <w:tcPr>
            <w:tcW w:w="1246" w:type="dxa"/>
          </w:tcPr>
          <w:p w:rsidR="00E24BA4" w:rsidRPr="008D3E72" w:rsidRDefault="00E24BA4" w:rsidP="009D611D">
            <w:pPr>
              <w:pStyle w:val="Stil4"/>
            </w:pPr>
          </w:p>
        </w:tc>
        <w:tc>
          <w:tcPr>
            <w:tcW w:w="962" w:type="dxa"/>
          </w:tcPr>
          <w:p w:rsidR="00E24BA4" w:rsidRPr="008D3E72" w:rsidRDefault="00E24BA4" w:rsidP="009D611D">
            <w:pPr>
              <w:pStyle w:val="Stil4"/>
            </w:pPr>
          </w:p>
        </w:tc>
        <w:tc>
          <w:tcPr>
            <w:tcW w:w="962" w:type="dxa"/>
          </w:tcPr>
          <w:p w:rsidR="00E24BA4" w:rsidRPr="008D3E72" w:rsidRDefault="00E24BA4" w:rsidP="009D611D">
            <w:pPr>
              <w:pStyle w:val="Stil4"/>
            </w:pPr>
          </w:p>
        </w:tc>
        <w:tc>
          <w:tcPr>
            <w:tcW w:w="2340" w:type="dxa"/>
          </w:tcPr>
          <w:p w:rsidR="00E24BA4" w:rsidRPr="008D3E72" w:rsidRDefault="00E24BA4" w:rsidP="009D611D">
            <w:pPr>
              <w:pStyle w:val="Stil4"/>
            </w:pPr>
          </w:p>
        </w:tc>
        <w:tc>
          <w:tcPr>
            <w:tcW w:w="841" w:type="dxa"/>
          </w:tcPr>
          <w:p w:rsidR="00E24BA4" w:rsidRPr="008D3E72" w:rsidRDefault="00E24BA4" w:rsidP="009D611D">
            <w:pPr>
              <w:pStyle w:val="Stil4"/>
            </w:pPr>
          </w:p>
        </w:tc>
      </w:tr>
      <w:tr w:rsidR="00E24BA4" w:rsidRPr="008D3E72" w:rsidTr="009D611D">
        <w:trPr>
          <w:tblCellSpacing w:w="15" w:type="dxa"/>
        </w:trPr>
        <w:tc>
          <w:tcPr>
            <w:tcW w:w="1510" w:type="dxa"/>
            <w:vAlign w:val="center"/>
          </w:tcPr>
          <w:p w:rsidR="00E24BA4" w:rsidRPr="008D3E72" w:rsidRDefault="00E24BA4" w:rsidP="009D611D">
            <w:pPr>
              <w:pStyle w:val="Stil4"/>
            </w:pPr>
          </w:p>
        </w:tc>
        <w:tc>
          <w:tcPr>
            <w:tcW w:w="962" w:type="dxa"/>
            <w:vAlign w:val="center"/>
          </w:tcPr>
          <w:p w:rsidR="00E24BA4" w:rsidRPr="008D3E72" w:rsidRDefault="00E24BA4" w:rsidP="009D611D">
            <w:pPr>
              <w:pStyle w:val="Stil4"/>
            </w:pPr>
          </w:p>
        </w:tc>
        <w:tc>
          <w:tcPr>
            <w:tcW w:w="1246" w:type="dxa"/>
          </w:tcPr>
          <w:p w:rsidR="00E24BA4" w:rsidRPr="008D3E72" w:rsidRDefault="00E24BA4" w:rsidP="009D611D">
            <w:pPr>
              <w:pStyle w:val="Stil4"/>
            </w:pPr>
          </w:p>
        </w:tc>
        <w:tc>
          <w:tcPr>
            <w:tcW w:w="962" w:type="dxa"/>
          </w:tcPr>
          <w:p w:rsidR="00E24BA4" w:rsidRPr="008D3E72" w:rsidRDefault="00E24BA4" w:rsidP="009D611D">
            <w:pPr>
              <w:pStyle w:val="Stil4"/>
            </w:pPr>
          </w:p>
        </w:tc>
        <w:tc>
          <w:tcPr>
            <w:tcW w:w="962" w:type="dxa"/>
          </w:tcPr>
          <w:p w:rsidR="00E24BA4" w:rsidRPr="008D3E72" w:rsidRDefault="00E24BA4" w:rsidP="009D611D">
            <w:pPr>
              <w:pStyle w:val="Stil4"/>
            </w:pPr>
          </w:p>
        </w:tc>
        <w:tc>
          <w:tcPr>
            <w:tcW w:w="2340" w:type="dxa"/>
          </w:tcPr>
          <w:p w:rsidR="00E24BA4" w:rsidRPr="008D3E72" w:rsidRDefault="00E24BA4" w:rsidP="009D611D">
            <w:pPr>
              <w:pStyle w:val="Stil4"/>
            </w:pPr>
          </w:p>
        </w:tc>
        <w:tc>
          <w:tcPr>
            <w:tcW w:w="841" w:type="dxa"/>
          </w:tcPr>
          <w:p w:rsidR="00E24BA4" w:rsidRPr="008D3E72" w:rsidRDefault="00E24BA4" w:rsidP="009D611D">
            <w:pPr>
              <w:pStyle w:val="Stil4"/>
            </w:pPr>
          </w:p>
        </w:tc>
      </w:tr>
    </w:tbl>
    <w:p w:rsidR="00E24BA4" w:rsidRDefault="00E24BA4" w:rsidP="00E24BA4">
      <w:pPr>
        <w:jc w:val="both"/>
      </w:pPr>
    </w:p>
    <w:p w:rsidR="00E24BA4" w:rsidRDefault="00E24BA4" w:rsidP="00E24BA4">
      <w:proofErr w:type="spellStart"/>
      <w:r>
        <w:t>Lisansüstü</w:t>
      </w:r>
      <w:proofErr w:type="spellEnd"/>
      <w:r>
        <w:t xml:space="preserve"> </w:t>
      </w:r>
      <w:proofErr w:type="spellStart"/>
      <w:r>
        <w:t>Programlar</w:t>
      </w:r>
      <w:proofErr w:type="spellEnd"/>
      <w:r>
        <w:t xml:space="preserve"> </w:t>
      </w:r>
      <w:proofErr w:type="spellStart"/>
      <w:r>
        <w:t>Eğitim-Öğretim</w:t>
      </w:r>
      <w:proofErr w:type="spellEnd"/>
      <w:r>
        <w:t xml:space="preserve"> </w:t>
      </w:r>
      <w:proofErr w:type="spellStart"/>
      <w:r>
        <w:t>Faaliyetleri</w:t>
      </w:r>
      <w:proofErr w:type="spellEnd"/>
    </w:p>
    <w:tbl>
      <w:tblPr>
        <w:tblW w:w="935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61"/>
        <w:gridCol w:w="2241"/>
        <w:gridCol w:w="1134"/>
        <w:gridCol w:w="1276"/>
        <w:gridCol w:w="992"/>
        <w:gridCol w:w="1134"/>
        <w:gridCol w:w="1418"/>
      </w:tblGrid>
      <w:tr w:rsidR="00E24BA4" w:rsidRPr="0007764D" w:rsidTr="009D611D">
        <w:trPr>
          <w:tblHeader/>
          <w:tblCellSpacing w:w="15" w:type="dxa"/>
        </w:trPr>
        <w:tc>
          <w:tcPr>
            <w:tcW w:w="0" w:type="auto"/>
            <w:shd w:val="clear" w:color="auto" w:fill="B99C71"/>
            <w:vAlign w:val="center"/>
            <w:hideMark/>
          </w:tcPr>
          <w:p w:rsidR="00E24BA4" w:rsidRPr="0007764D" w:rsidRDefault="00E24BA4" w:rsidP="009D611D">
            <w:pPr>
              <w:jc w:val="center"/>
              <w:rPr>
                <w:rFonts w:eastAsia="Times New Roman" w:cs="Times New Roman"/>
                <w:b/>
                <w:bCs/>
                <w:szCs w:val="20"/>
                <w:lang w:eastAsia="tr-TR"/>
              </w:rPr>
            </w:pPr>
            <w:r w:rsidRPr="0007764D">
              <w:rPr>
                <w:rFonts w:eastAsia="Times New Roman" w:cs="Times New Roman"/>
                <w:bCs/>
                <w:szCs w:val="20"/>
                <w:lang w:eastAsia="tr-TR"/>
              </w:rPr>
              <w:t>Program</w:t>
            </w:r>
          </w:p>
          <w:p w:rsidR="00E24BA4" w:rsidRPr="004B59C8" w:rsidRDefault="00E24BA4" w:rsidP="009D611D">
            <w:pPr>
              <w:jc w:val="center"/>
              <w:rPr>
                <w:rFonts w:eastAsia="Times New Roman" w:cs="Times New Roman"/>
                <w:b/>
                <w:bCs/>
                <w:szCs w:val="20"/>
                <w:lang w:eastAsia="tr-TR"/>
              </w:rPr>
            </w:pPr>
            <w:proofErr w:type="spellStart"/>
            <w:r w:rsidRPr="004B59C8">
              <w:rPr>
                <w:rFonts w:eastAsia="Times New Roman" w:cs="Times New Roman"/>
                <w:bCs/>
                <w:szCs w:val="20"/>
                <w:lang w:eastAsia="tr-TR"/>
              </w:rPr>
              <w:t>Türü</w:t>
            </w:r>
            <w:proofErr w:type="spellEnd"/>
            <w:r w:rsidRPr="004B59C8">
              <w:rPr>
                <w:rFonts w:eastAsia="Times New Roman" w:cs="Times New Roman"/>
                <w:bCs/>
                <w:szCs w:val="20"/>
                <w:lang w:eastAsia="tr-TR"/>
              </w:rPr>
              <w:t xml:space="preserve"> (YL/DR)</w:t>
            </w:r>
          </w:p>
        </w:tc>
        <w:tc>
          <w:tcPr>
            <w:tcW w:w="2211" w:type="dxa"/>
            <w:shd w:val="clear" w:color="auto" w:fill="B99C71"/>
            <w:vAlign w:val="center"/>
            <w:hideMark/>
          </w:tcPr>
          <w:p w:rsidR="00E24BA4" w:rsidRPr="004B59C8" w:rsidRDefault="00E24BA4" w:rsidP="009D611D">
            <w:pPr>
              <w:jc w:val="center"/>
              <w:rPr>
                <w:rFonts w:eastAsia="Times New Roman" w:cs="Times New Roman"/>
                <w:b/>
                <w:bCs/>
                <w:szCs w:val="20"/>
                <w:lang w:eastAsia="tr-TR"/>
              </w:rPr>
            </w:pPr>
            <w:r w:rsidRPr="004B59C8">
              <w:rPr>
                <w:rFonts w:eastAsia="Times New Roman" w:cs="Times New Roman"/>
                <w:bCs/>
                <w:szCs w:val="20"/>
                <w:lang w:eastAsia="tr-TR"/>
              </w:rPr>
              <w:t xml:space="preserve">Program </w:t>
            </w:r>
            <w:proofErr w:type="spellStart"/>
            <w:r w:rsidRPr="004B59C8">
              <w:rPr>
                <w:rFonts w:eastAsia="Times New Roman" w:cs="Times New Roman"/>
                <w:bCs/>
                <w:szCs w:val="20"/>
                <w:lang w:eastAsia="tr-TR"/>
              </w:rPr>
              <w:t>Adı</w:t>
            </w:r>
            <w:proofErr w:type="spellEnd"/>
          </w:p>
        </w:tc>
        <w:tc>
          <w:tcPr>
            <w:tcW w:w="1104" w:type="dxa"/>
            <w:shd w:val="clear" w:color="auto" w:fill="B99C71"/>
            <w:vAlign w:val="center"/>
            <w:hideMark/>
          </w:tcPr>
          <w:p w:rsidR="00E24BA4" w:rsidRPr="004B59C8" w:rsidRDefault="00E24BA4" w:rsidP="009D611D">
            <w:pPr>
              <w:jc w:val="center"/>
              <w:rPr>
                <w:rFonts w:eastAsia="Times New Roman" w:cs="Times New Roman"/>
                <w:b/>
                <w:bCs/>
                <w:szCs w:val="20"/>
                <w:lang w:eastAsia="tr-TR"/>
              </w:rPr>
            </w:pPr>
            <w:proofErr w:type="spellStart"/>
            <w:r w:rsidRPr="004B59C8">
              <w:rPr>
                <w:rFonts w:eastAsia="Times New Roman" w:cs="Times New Roman"/>
                <w:bCs/>
                <w:szCs w:val="20"/>
                <w:lang w:eastAsia="tr-TR"/>
              </w:rPr>
              <w:t>Öğrenci</w:t>
            </w:r>
            <w:proofErr w:type="spellEnd"/>
            <w:r w:rsidRPr="004B59C8">
              <w:rPr>
                <w:rFonts w:eastAsia="Times New Roman" w:cs="Times New Roman"/>
                <w:bCs/>
                <w:szCs w:val="20"/>
                <w:lang w:eastAsia="tr-TR"/>
              </w:rPr>
              <w:t xml:space="preserve"> </w:t>
            </w:r>
            <w:proofErr w:type="spellStart"/>
            <w:r w:rsidRPr="004B59C8">
              <w:rPr>
                <w:rFonts w:eastAsia="Times New Roman" w:cs="Times New Roman"/>
                <w:bCs/>
                <w:szCs w:val="20"/>
                <w:lang w:eastAsia="tr-TR"/>
              </w:rPr>
              <w:t>Sayısı</w:t>
            </w:r>
            <w:proofErr w:type="spellEnd"/>
          </w:p>
        </w:tc>
        <w:tc>
          <w:tcPr>
            <w:tcW w:w="1246" w:type="dxa"/>
            <w:shd w:val="clear" w:color="auto" w:fill="B99C71"/>
            <w:vAlign w:val="center"/>
            <w:hideMark/>
          </w:tcPr>
          <w:p w:rsidR="00E24BA4" w:rsidRPr="004B59C8" w:rsidRDefault="00E24BA4" w:rsidP="009D611D">
            <w:pPr>
              <w:jc w:val="center"/>
              <w:rPr>
                <w:rFonts w:eastAsia="Times New Roman" w:cs="Times New Roman"/>
                <w:b/>
                <w:bCs/>
                <w:szCs w:val="20"/>
                <w:lang w:eastAsia="tr-TR"/>
              </w:rPr>
            </w:pPr>
            <w:proofErr w:type="spellStart"/>
            <w:r w:rsidRPr="004B59C8">
              <w:rPr>
                <w:rFonts w:eastAsia="Times New Roman" w:cs="Times New Roman"/>
                <w:bCs/>
                <w:szCs w:val="20"/>
                <w:lang w:eastAsia="tr-TR"/>
              </w:rPr>
              <w:t>Yeni</w:t>
            </w:r>
            <w:proofErr w:type="spellEnd"/>
            <w:r w:rsidRPr="004B59C8">
              <w:rPr>
                <w:rFonts w:eastAsia="Times New Roman" w:cs="Times New Roman"/>
                <w:bCs/>
                <w:szCs w:val="20"/>
                <w:lang w:eastAsia="tr-TR"/>
              </w:rPr>
              <w:t xml:space="preserve"> </w:t>
            </w:r>
            <w:proofErr w:type="spellStart"/>
            <w:r w:rsidRPr="004B59C8">
              <w:rPr>
                <w:rFonts w:eastAsia="Times New Roman" w:cs="Times New Roman"/>
                <w:bCs/>
                <w:szCs w:val="20"/>
                <w:lang w:eastAsia="tr-TR"/>
              </w:rPr>
              <w:t>Kayıt</w:t>
            </w:r>
            <w:proofErr w:type="spellEnd"/>
            <w:r w:rsidRPr="004B59C8">
              <w:rPr>
                <w:rFonts w:eastAsia="Times New Roman" w:cs="Times New Roman"/>
                <w:bCs/>
                <w:szCs w:val="20"/>
                <w:lang w:eastAsia="tr-TR"/>
              </w:rPr>
              <w:t xml:space="preserve"> </w:t>
            </w:r>
            <w:proofErr w:type="spellStart"/>
            <w:r w:rsidRPr="004B59C8">
              <w:rPr>
                <w:rFonts w:eastAsia="Times New Roman" w:cs="Times New Roman"/>
                <w:bCs/>
                <w:szCs w:val="20"/>
                <w:lang w:eastAsia="tr-TR"/>
              </w:rPr>
              <w:t>Sayısı</w:t>
            </w:r>
            <w:proofErr w:type="spellEnd"/>
          </w:p>
        </w:tc>
        <w:tc>
          <w:tcPr>
            <w:tcW w:w="962" w:type="dxa"/>
            <w:shd w:val="clear" w:color="auto" w:fill="B99C71"/>
            <w:vAlign w:val="center"/>
            <w:hideMark/>
          </w:tcPr>
          <w:p w:rsidR="00E24BA4" w:rsidRPr="004B59C8" w:rsidRDefault="00E24BA4" w:rsidP="009D611D">
            <w:pPr>
              <w:jc w:val="center"/>
              <w:rPr>
                <w:rFonts w:eastAsia="Times New Roman" w:cs="Times New Roman"/>
                <w:b/>
                <w:bCs/>
                <w:szCs w:val="20"/>
                <w:lang w:eastAsia="tr-TR"/>
              </w:rPr>
            </w:pPr>
            <w:proofErr w:type="spellStart"/>
            <w:r w:rsidRPr="004B59C8">
              <w:rPr>
                <w:rFonts w:eastAsia="Times New Roman" w:cs="Times New Roman"/>
                <w:bCs/>
                <w:szCs w:val="20"/>
                <w:lang w:eastAsia="tr-TR"/>
              </w:rPr>
              <w:t>Mezun</w:t>
            </w:r>
            <w:proofErr w:type="spellEnd"/>
            <w:r w:rsidRPr="004B59C8">
              <w:rPr>
                <w:rFonts w:eastAsia="Times New Roman" w:cs="Times New Roman"/>
                <w:bCs/>
                <w:szCs w:val="20"/>
                <w:lang w:eastAsia="tr-TR"/>
              </w:rPr>
              <w:t xml:space="preserve"> </w:t>
            </w:r>
            <w:proofErr w:type="spellStart"/>
            <w:r w:rsidRPr="004B59C8">
              <w:rPr>
                <w:rFonts w:eastAsia="Times New Roman" w:cs="Times New Roman"/>
                <w:bCs/>
                <w:szCs w:val="20"/>
                <w:lang w:eastAsia="tr-TR"/>
              </w:rPr>
              <w:t>Sayısı</w:t>
            </w:r>
            <w:proofErr w:type="spellEnd"/>
          </w:p>
        </w:tc>
        <w:tc>
          <w:tcPr>
            <w:tcW w:w="1104" w:type="dxa"/>
            <w:shd w:val="clear" w:color="auto" w:fill="B99C71"/>
            <w:vAlign w:val="center"/>
            <w:hideMark/>
          </w:tcPr>
          <w:p w:rsidR="00E24BA4" w:rsidRPr="004B59C8" w:rsidRDefault="00E24BA4" w:rsidP="009D611D">
            <w:pPr>
              <w:jc w:val="center"/>
              <w:rPr>
                <w:rFonts w:eastAsia="Times New Roman" w:cs="Times New Roman"/>
                <w:b/>
                <w:bCs/>
                <w:szCs w:val="20"/>
                <w:lang w:eastAsia="tr-TR"/>
              </w:rPr>
            </w:pPr>
            <w:proofErr w:type="spellStart"/>
            <w:r w:rsidRPr="004B59C8">
              <w:rPr>
                <w:rFonts w:eastAsia="Times New Roman" w:cs="Times New Roman"/>
                <w:bCs/>
                <w:szCs w:val="20"/>
                <w:lang w:eastAsia="tr-TR"/>
              </w:rPr>
              <w:t>Tez</w:t>
            </w:r>
            <w:proofErr w:type="spellEnd"/>
            <w:r w:rsidRPr="004B59C8">
              <w:rPr>
                <w:rFonts w:eastAsia="Times New Roman" w:cs="Times New Roman"/>
                <w:bCs/>
                <w:szCs w:val="20"/>
                <w:lang w:eastAsia="tr-TR"/>
              </w:rPr>
              <w:t xml:space="preserve"> / </w:t>
            </w:r>
            <w:proofErr w:type="spellStart"/>
            <w:r w:rsidRPr="004B59C8">
              <w:rPr>
                <w:rFonts w:eastAsia="Times New Roman" w:cs="Times New Roman"/>
                <w:bCs/>
                <w:szCs w:val="20"/>
                <w:lang w:eastAsia="tr-TR"/>
              </w:rPr>
              <w:t>Proje</w:t>
            </w:r>
            <w:proofErr w:type="spellEnd"/>
            <w:r w:rsidRPr="004B59C8">
              <w:rPr>
                <w:rFonts w:eastAsia="Times New Roman" w:cs="Times New Roman"/>
                <w:bCs/>
                <w:szCs w:val="20"/>
                <w:lang w:eastAsia="tr-TR"/>
              </w:rPr>
              <w:t xml:space="preserve"> </w:t>
            </w:r>
            <w:proofErr w:type="spellStart"/>
            <w:r w:rsidRPr="004B59C8">
              <w:rPr>
                <w:rFonts w:eastAsia="Times New Roman" w:cs="Times New Roman"/>
                <w:bCs/>
                <w:szCs w:val="20"/>
                <w:lang w:eastAsia="tr-TR"/>
              </w:rPr>
              <w:t>Sayısı</w:t>
            </w:r>
            <w:proofErr w:type="spellEnd"/>
          </w:p>
        </w:tc>
        <w:tc>
          <w:tcPr>
            <w:tcW w:w="1373" w:type="dxa"/>
            <w:shd w:val="clear" w:color="auto" w:fill="B99C71"/>
            <w:vAlign w:val="center"/>
            <w:hideMark/>
          </w:tcPr>
          <w:p w:rsidR="00E24BA4" w:rsidRPr="004B59C8" w:rsidRDefault="00E24BA4" w:rsidP="009D611D">
            <w:pPr>
              <w:jc w:val="center"/>
              <w:rPr>
                <w:rFonts w:eastAsia="Times New Roman" w:cs="Times New Roman"/>
                <w:b/>
                <w:bCs/>
                <w:szCs w:val="20"/>
                <w:lang w:eastAsia="tr-TR"/>
              </w:rPr>
            </w:pPr>
            <w:proofErr w:type="spellStart"/>
            <w:r w:rsidRPr="004B59C8">
              <w:rPr>
                <w:rFonts w:eastAsia="Times New Roman" w:cs="Times New Roman"/>
                <w:bCs/>
                <w:szCs w:val="20"/>
                <w:lang w:eastAsia="tr-TR"/>
              </w:rPr>
              <w:t>Açılan</w:t>
            </w:r>
            <w:proofErr w:type="spellEnd"/>
            <w:r w:rsidRPr="004B59C8">
              <w:rPr>
                <w:rFonts w:eastAsia="Times New Roman" w:cs="Times New Roman"/>
                <w:bCs/>
                <w:szCs w:val="20"/>
                <w:lang w:eastAsia="tr-TR"/>
              </w:rPr>
              <w:t xml:space="preserve"> </w:t>
            </w:r>
            <w:proofErr w:type="spellStart"/>
            <w:r w:rsidRPr="004B59C8">
              <w:rPr>
                <w:rFonts w:eastAsia="Times New Roman" w:cs="Times New Roman"/>
                <w:bCs/>
                <w:szCs w:val="20"/>
                <w:lang w:eastAsia="tr-TR"/>
              </w:rPr>
              <w:t>Ders</w:t>
            </w:r>
            <w:proofErr w:type="spellEnd"/>
            <w:r w:rsidRPr="004B59C8">
              <w:rPr>
                <w:rFonts w:eastAsia="Times New Roman" w:cs="Times New Roman"/>
                <w:bCs/>
                <w:szCs w:val="20"/>
                <w:lang w:eastAsia="tr-TR"/>
              </w:rPr>
              <w:t xml:space="preserve"> </w:t>
            </w:r>
            <w:proofErr w:type="spellStart"/>
            <w:r w:rsidRPr="004B59C8">
              <w:rPr>
                <w:rFonts w:eastAsia="Times New Roman" w:cs="Times New Roman"/>
                <w:bCs/>
                <w:szCs w:val="20"/>
                <w:lang w:eastAsia="tr-TR"/>
              </w:rPr>
              <w:t>Sayısı</w:t>
            </w:r>
            <w:proofErr w:type="spellEnd"/>
          </w:p>
        </w:tc>
      </w:tr>
      <w:tr w:rsidR="00E24BA4" w:rsidRPr="0007764D" w:rsidTr="009D611D">
        <w:trPr>
          <w:tblCellSpacing w:w="15" w:type="dxa"/>
        </w:trPr>
        <w:tc>
          <w:tcPr>
            <w:tcW w:w="0" w:type="auto"/>
            <w:vAlign w:val="center"/>
            <w:hideMark/>
          </w:tcPr>
          <w:p w:rsidR="00E24BA4" w:rsidRPr="004B59C8" w:rsidRDefault="00E24BA4" w:rsidP="009D611D">
            <w:pPr>
              <w:rPr>
                <w:rFonts w:eastAsia="Times New Roman" w:cs="Times New Roman"/>
                <w:szCs w:val="20"/>
                <w:lang w:eastAsia="tr-TR"/>
              </w:rPr>
            </w:pPr>
            <w:r w:rsidRPr="004B59C8">
              <w:rPr>
                <w:rFonts w:eastAsia="Times New Roman" w:cs="Times New Roman"/>
                <w:szCs w:val="20"/>
                <w:lang w:eastAsia="tr-TR"/>
              </w:rPr>
              <w:t xml:space="preserve">YL </w:t>
            </w:r>
          </w:p>
        </w:tc>
        <w:tc>
          <w:tcPr>
            <w:tcW w:w="2211" w:type="dxa"/>
            <w:vAlign w:val="center"/>
            <w:hideMark/>
          </w:tcPr>
          <w:p w:rsidR="00E24BA4" w:rsidRPr="004B59C8" w:rsidRDefault="00E24BA4" w:rsidP="009D611D">
            <w:pPr>
              <w:rPr>
                <w:rFonts w:eastAsia="Times New Roman" w:cs="Times New Roman"/>
                <w:szCs w:val="20"/>
                <w:lang w:eastAsia="tr-TR"/>
              </w:rPr>
            </w:pPr>
            <w:r w:rsidRPr="004B59C8">
              <w:rPr>
                <w:rFonts w:eastAsia="Times New Roman" w:cs="Times New Roman"/>
                <w:szCs w:val="20"/>
                <w:lang w:eastAsia="tr-TR"/>
              </w:rPr>
              <w:t>…</w:t>
            </w:r>
          </w:p>
        </w:tc>
        <w:tc>
          <w:tcPr>
            <w:tcW w:w="1104" w:type="dxa"/>
            <w:vAlign w:val="center"/>
            <w:hideMark/>
          </w:tcPr>
          <w:p w:rsidR="00E24BA4" w:rsidRPr="004B59C8" w:rsidRDefault="00E24BA4" w:rsidP="009D611D">
            <w:pPr>
              <w:rPr>
                <w:rFonts w:eastAsia="Times New Roman" w:cs="Times New Roman"/>
                <w:szCs w:val="20"/>
                <w:lang w:eastAsia="tr-TR"/>
              </w:rPr>
            </w:pPr>
            <w:r w:rsidRPr="004B59C8">
              <w:rPr>
                <w:rFonts w:eastAsia="Times New Roman" w:cs="Times New Roman"/>
                <w:szCs w:val="20"/>
                <w:lang w:eastAsia="tr-TR"/>
              </w:rPr>
              <w:t>…</w:t>
            </w:r>
          </w:p>
        </w:tc>
        <w:tc>
          <w:tcPr>
            <w:tcW w:w="1246" w:type="dxa"/>
            <w:vAlign w:val="center"/>
            <w:hideMark/>
          </w:tcPr>
          <w:p w:rsidR="00E24BA4" w:rsidRPr="004B59C8" w:rsidRDefault="00E24BA4" w:rsidP="009D611D">
            <w:pPr>
              <w:rPr>
                <w:rFonts w:eastAsia="Times New Roman" w:cs="Times New Roman"/>
                <w:szCs w:val="20"/>
                <w:lang w:eastAsia="tr-TR"/>
              </w:rPr>
            </w:pPr>
            <w:r w:rsidRPr="004B59C8">
              <w:rPr>
                <w:rFonts w:eastAsia="Times New Roman" w:cs="Times New Roman"/>
                <w:szCs w:val="20"/>
                <w:lang w:eastAsia="tr-TR"/>
              </w:rPr>
              <w:t>…</w:t>
            </w:r>
          </w:p>
        </w:tc>
        <w:tc>
          <w:tcPr>
            <w:tcW w:w="962" w:type="dxa"/>
            <w:vAlign w:val="center"/>
            <w:hideMark/>
          </w:tcPr>
          <w:p w:rsidR="00E24BA4" w:rsidRPr="004B59C8" w:rsidRDefault="00E24BA4" w:rsidP="009D611D">
            <w:pPr>
              <w:rPr>
                <w:rFonts w:eastAsia="Times New Roman" w:cs="Times New Roman"/>
                <w:szCs w:val="20"/>
                <w:lang w:eastAsia="tr-TR"/>
              </w:rPr>
            </w:pPr>
            <w:r w:rsidRPr="004B59C8">
              <w:rPr>
                <w:rFonts w:eastAsia="Times New Roman" w:cs="Times New Roman"/>
                <w:szCs w:val="20"/>
                <w:lang w:eastAsia="tr-TR"/>
              </w:rPr>
              <w:t>…</w:t>
            </w:r>
          </w:p>
        </w:tc>
        <w:tc>
          <w:tcPr>
            <w:tcW w:w="1104" w:type="dxa"/>
            <w:vAlign w:val="center"/>
            <w:hideMark/>
          </w:tcPr>
          <w:p w:rsidR="00E24BA4" w:rsidRPr="004B59C8" w:rsidRDefault="00E24BA4" w:rsidP="009D611D">
            <w:pPr>
              <w:rPr>
                <w:rFonts w:eastAsia="Times New Roman" w:cs="Times New Roman"/>
                <w:szCs w:val="20"/>
                <w:lang w:eastAsia="tr-TR"/>
              </w:rPr>
            </w:pPr>
            <w:r w:rsidRPr="004B59C8">
              <w:rPr>
                <w:rFonts w:eastAsia="Times New Roman" w:cs="Times New Roman"/>
                <w:szCs w:val="20"/>
                <w:lang w:eastAsia="tr-TR"/>
              </w:rPr>
              <w:t>…</w:t>
            </w:r>
          </w:p>
        </w:tc>
        <w:tc>
          <w:tcPr>
            <w:tcW w:w="1373" w:type="dxa"/>
            <w:vAlign w:val="center"/>
            <w:hideMark/>
          </w:tcPr>
          <w:p w:rsidR="00E24BA4" w:rsidRPr="004B59C8" w:rsidRDefault="00E24BA4" w:rsidP="009D611D">
            <w:pPr>
              <w:rPr>
                <w:rFonts w:eastAsia="Times New Roman" w:cs="Times New Roman"/>
                <w:szCs w:val="20"/>
                <w:lang w:eastAsia="tr-TR"/>
              </w:rPr>
            </w:pPr>
            <w:r w:rsidRPr="004B59C8">
              <w:rPr>
                <w:rFonts w:eastAsia="Times New Roman" w:cs="Times New Roman"/>
                <w:szCs w:val="20"/>
                <w:lang w:eastAsia="tr-TR"/>
              </w:rPr>
              <w:t>…</w:t>
            </w:r>
          </w:p>
        </w:tc>
      </w:tr>
      <w:tr w:rsidR="00E24BA4" w:rsidRPr="0007764D" w:rsidTr="009D611D">
        <w:trPr>
          <w:tblCellSpacing w:w="15" w:type="dxa"/>
        </w:trPr>
        <w:tc>
          <w:tcPr>
            <w:tcW w:w="0" w:type="auto"/>
            <w:vAlign w:val="center"/>
          </w:tcPr>
          <w:p w:rsidR="00E24BA4" w:rsidRPr="0007764D" w:rsidRDefault="00E24BA4" w:rsidP="009D611D">
            <w:pPr>
              <w:rPr>
                <w:rFonts w:eastAsia="Times New Roman" w:cs="Times New Roman"/>
                <w:szCs w:val="20"/>
                <w:lang w:eastAsia="tr-TR"/>
              </w:rPr>
            </w:pPr>
            <w:r w:rsidRPr="004B59C8">
              <w:rPr>
                <w:rFonts w:eastAsia="Times New Roman" w:cs="Times New Roman"/>
                <w:szCs w:val="20"/>
                <w:lang w:eastAsia="tr-TR"/>
              </w:rPr>
              <w:t>DR</w:t>
            </w:r>
          </w:p>
        </w:tc>
        <w:tc>
          <w:tcPr>
            <w:tcW w:w="2211" w:type="dxa"/>
            <w:vAlign w:val="center"/>
          </w:tcPr>
          <w:p w:rsidR="00E24BA4" w:rsidRPr="0007764D" w:rsidRDefault="00E24BA4" w:rsidP="009D611D">
            <w:pPr>
              <w:rPr>
                <w:rFonts w:eastAsia="Times New Roman" w:cs="Times New Roman"/>
                <w:szCs w:val="20"/>
                <w:lang w:eastAsia="tr-TR"/>
              </w:rPr>
            </w:pPr>
          </w:p>
        </w:tc>
        <w:tc>
          <w:tcPr>
            <w:tcW w:w="1104" w:type="dxa"/>
            <w:vAlign w:val="center"/>
          </w:tcPr>
          <w:p w:rsidR="00E24BA4" w:rsidRPr="0007764D" w:rsidRDefault="00E24BA4" w:rsidP="009D611D">
            <w:pPr>
              <w:rPr>
                <w:rFonts w:eastAsia="Times New Roman" w:cs="Times New Roman"/>
                <w:szCs w:val="20"/>
                <w:lang w:eastAsia="tr-TR"/>
              </w:rPr>
            </w:pPr>
          </w:p>
        </w:tc>
        <w:tc>
          <w:tcPr>
            <w:tcW w:w="1246" w:type="dxa"/>
            <w:vAlign w:val="center"/>
          </w:tcPr>
          <w:p w:rsidR="00E24BA4" w:rsidRPr="0007764D" w:rsidRDefault="00E24BA4" w:rsidP="009D611D">
            <w:pPr>
              <w:rPr>
                <w:rFonts w:eastAsia="Times New Roman" w:cs="Times New Roman"/>
                <w:szCs w:val="20"/>
                <w:lang w:eastAsia="tr-TR"/>
              </w:rPr>
            </w:pPr>
          </w:p>
        </w:tc>
        <w:tc>
          <w:tcPr>
            <w:tcW w:w="962" w:type="dxa"/>
            <w:vAlign w:val="center"/>
          </w:tcPr>
          <w:p w:rsidR="00E24BA4" w:rsidRPr="0007764D" w:rsidRDefault="00E24BA4" w:rsidP="009D611D">
            <w:pPr>
              <w:rPr>
                <w:rFonts w:eastAsia="Times New Roman" w:cs="Times New Roman"/>
                <w:szCs w:val="20"/>
                <w:lang w:eastAsia="tr-TR"/>
              </w:rPr>
            </w:pPr>
          </w:p>
        </w:tc>
        <w:tc>
          <w:tcPr>
            <w:tcW w:w="1104" w:type="dxa"/>
            <w:vAlign w:val="center"/>
          </w:tcPr>
          <w:p w:rsidR="00E24BA4" w:rsidRPr="0007764D" w:rsidRDefault="00E24BA4" w:rsidP="009D611D">
            <w:pPr>
              <w:rPr>
                <w:rFonts w:eastAsia="Times New Roman" w:cs="Times New Roman"/>
                <w:szCs w:val="20"/>
                <w:lang w:eastAsia="tr-TR"/>
              </w:rPr>
            </w:pPr>
          </w:p>
        </w:tc>
        <w:tc>
          <w:tcPr>
            <w:tcW w:w="1373" w:type="dxa"/>
            <w:vAlign w:val="center"/>
          </w:tcPr>
          <w:p w:rsidR="00E24BA4" w:rsidRPr="0007764D" w:rsidRDefault="00E24BA4" w:rsidP="009D611D">
            <w:pPr>
              <w:rPr>
                <w:rFonts w:eastAsia="Times New Roman" w:cs="Times New Roman"/>
                <w:szCs w:val="20"/>
                <w:lang w:eastAsia="tr-TR"/>
              </w:rPr>
            </w:pPr>
          </w:p>
        </w:tc>
      </w:tr>
    </w:tbl>
    <w:p w:rsidR="00E24BA4" w:rsidRDefault="00E24BA4" w:rsidP="00E24BA4"/>
    <w:p w:rsidR="00E24BA4" w:rsidRDefault="00E24BA4" w:rsidP="00E24BA4">
      <w:pPr>
        <w:pStyle w:val="Stil2"/>
      </w:pPr>
      <w:bookmarkStart w:id="31" w:name="_Toc217311506"/>
      <w:r>
        <w:t>5.2. Araştırma Geliştirme Faaliyetleri</w:t>
      </w:r>
      <w:bookmarkEnd w:id="31"/>
    </w:p>
    <w:p w:rsidR="00E24BA4" w:rsidRPr="00FA5DFA" w:rsidRDefault="00E24BA4" w:rsidP="00E24BA4">
      <w:pPr>
        <w:jc w:val="both"/>
        <w:rPr>
          <w:rFonts w:ascii="Calibri" w:eastAsia="Times New Roman" w:hAnsi="Calibri" w:cs="Calibri"/>
          <w:u w:val="single"/>
          <w:lang w:eastAsia="tr-TR"/>
        </w:rPr>
      </w:pPr>
    </w:p>
    <w:p w:rsidR="00E24BA4" w:rsidRPr="00FA5DFA" w:rsidRDefault="0010651D" w:rsidP="00E24BA4">
      <w:pPr>
        <w:rPr>
          <w:rFonts w:ascii="Calibri" w:eastAsia="Times New Roman" w:hAnsi="Calibri" w:cs="Calibri"/>
          <w:u w:val="single"/>
          <w:lang w:eastAsia="tr-TR"/>
        </w:rPr>
      </w:pPr>
      <w:r w:rsidRPr="0010651D">
        <w:t xml:space="preserve">BAP </w:t>
      </w:r>
      <w:proofErr w:type="spellStart"/>
      <w:r w:rsidRPr="0010651D">
        <w:t>Birimi</w:t>
      </w:r>
      <w:proofErr w:type="spellEnd"/>
      <w:r w:rsidRPr="0010651D">
        <w:t xml:space="preserve"> </w:t>
      </w:r>
      <w:proofErr w:type="spellStart"/>
      <w:r w:rsidRPr="0010651D">
        <w:t>Tarafından</w:t>
      </w:r>
      <w:proofErr w:type="spellEnd"/>
      <w:r w:rsidRPr="0010651D">
        <w:t xml:space="preserve"> </w:t>
      </w:r>
      <w:proofErr w:type="spellStart"/>
      <w:r w:rsidRPr="0010651D">
        <w:t>Desteklenen</w:t>
      </w:r>
      <w:proofErr w:type="spellEnd"/>
      <w:r w:rsidRPr="0010651D">
        <w:t xml:space="preserve"> </w:t>
      </w:r>
      <w:proofErr w:type="spellStart"/>
      <w:r w:rsidRPr="0010651D">
        <w:t>Bilimsel</w:t>
      </w:r>
      <w:proofErr w:type="spellEnd"/>
      <w:r w:rsidRPr="0010651D">
        <w:t xml:space="preserve"> </w:t>
      </w:r>
      <w:proofErr w:type="spellStart"/>
      <w:r w:rsidRPr="0010651D">
        <w:t>Araştırma</w:t>
      </w:r>
      <w:proofErr w:type="spellEnd"/>
      <w:r w:rsidRPr="0010651D">
        <w:t xml:space="preserve"> </w:t>
      </w:r>
      <w:proofErr w:type="spellStart"/>
      <w:r w:rsidRPr="0010651D">
        <w:t>Projeleri</w:t>
      </w:r>
      <w:proofErr w:type="spellEnd"/>
    </w:p>
    <w:tbl>
      <w:tblPr>
        <w:tblW w:w="5000" w:type="pct"/>
        <w:tblCellMar>
          <w:left w:w="70" w:type="dxa"/>
          <w:right w:w="70" w:type="dxa"/>
        </w:tblCellMar>
        <w:tblLook w:val="04A0" w:firstRow="1" w:lastRow="0" w:firstColumn="1" w:lastColumn="0" w:noHBand="0" w:noVBand="1"/>
      </w:tblPr>
      <w:tblGrid>
        <w:gridCol w:w="1458"/>
        <w:gridCol w:w="1591"/>
        <w:gridCol w:w="1605"/>
        <w:gridCol w:w="2861"/>
        <w:gridCol w:w="1511"/>
      </w:tblGrid>
      <w:tr w:rsidR="00BE5BDA" w:rsidRPr="00BE5BDA" w:rsidTr="0010651D">
        <w:trPr>
          <w:trHeight w:val="315"/>
        </w:trPr>
        <w:tc>
          <w:tcPr>
            <w:tcW w:w="807" w:type="pct"/>
            <w:vMerge w:val="restart"/>
            <w:tcBorders>
              <w:top w:val="double" w:sz="6" w:space="0" w:color="auto"/>
              <w:left w:val="double" w:sz="6" w:space="0" w:color="auto"/>
              <w:bottom w:val="double" w:sz="6" w:space="0" w:color="auto"/>
              <w:right w:val="double" w:sz="6" w:space="0" w:color="auto"/>
            </w:tcBorders>
            <w:shd w:val="clear" w:color="000000" w:fill="B99C71"/>
            <w:noWrap/>
            <w:vAlign w:val="center"/>
            <w:hideMark/>
          </w:tcPr>
          <w:p w:rsidR="00BE5BDA" w:rsidRPr="00BE5BDA" w:rsidRDefault="00BE5BDA" w:rsidP="00BE5BDA">
            <w:pPr>
              <w:spacing w:after="0" w:line="240" w:lineRule="auto"/>
              <w:jc w:val="center"/>
              <w:rPr>
                <w:rFonts w:ascii="Times New Roman" w:eastAsia="Times New Roman" w:hAnsi="Times New Roman" w:cs="Times New Roman"/>
                <w:b/>
                <w:bCs/>
                <w:color w:val="000000"/>
                <w:sz w:val="20"/>
                <w:szCs w:val="20"/>
                <w:lang w:val="tr-TR" w:eastAsia="tr-TR"/>
              </w:rPr>
            </w:pPr>
            <w:r w:rsidRPr="00BE5BDA">
              <w:rPr>
                <w:rFonts w:ascii="Times New Roman" w:eastAsia="Times New Roman" w:hAnsi="Times New Roman" w:cs="Times New Roman"/>
                <w:b/>
                <w:bCs/>
                <w:color w:val="000000"/>
                <w:sz w:val="20"/>
                <w:szCs w:val="20"/>
                <w:lang w:val="tr-TR" w:eastAsia="tr-TR"/>
              </w:rPr>
              <w:t>Projenin Adı</w:t>
            </w:r>
          </w:p>
        </w:tc>
        <w:tc>
          <w:tcPr>
            <w:tcW w:w="881" w:type="pct"/>
            <w:vMerge w:val="restart"/>
            <w:tcBorders>
              <w:top w:val="double" w:sz="6" w:space="0" w:color="auto"/>
              <w:left w:val="double" w:sz="6" w:space="0" w:color="auto"/>
              <w:bottom w:val="double" w:sz="6" w:space="0" w:color="auto"/>
              <w:right w:val="double" w:sz="6" w:space="0" w:color="auto"/>
            </w:tcBorders>
            <w:shd w:val="clear" w:color="000000" w:fill="B99C71"/>
            <w:noWrap/>
            <w:vAlign w:val="center"/>
            <w:hideMark/>
          </w:tcPr>
          <w:p w:rsidR="00BE5BDA" w:rsidRPr="00BE5BDA" w:rsidRDefault="00BE5BDA" w:rsidP="00BE5BDA">
            <w:pPr>
              <w:spacing w:after="0" w:line="240" w:lineRule="auto"/>
              <w:jc w:val="center"/>
              <w:rPr>
                <w:rFonts w:ascii="Times New Roman" w:eastAsia="Times New Roman" w:hAnsi="Times New Roman" w:cs="Times New Roman"/>
                <w:b/>
                <w:bCs/>
                <w:color w:val="000000"/>
                <w:sz w:val="20"/>
                <w:szCs w:val="20"/>
                <w:lang w:val="tr-TR" w:eastAsia="tr-TR"/>
              </w:rPr>
            </w:pPr>
            <w:r w:rsidRPr="00BE5BDA">
              <w:rPr>
                <w:rFonts w:ascii="Times New Roman" w:eastAsia="Times New Roman" w:hAnsi="Times New Roman" w:cs="Times New Roman"/>
                <w:b/>
                <w:bCs/>
                <w:color w:val="000000"/>
                <w:sz w:val="20"/>
                <w:szCs w:val="20"/>
                <w:lang w:val="tr-TR" w:eastAsia="tr-TR"/>
              </w:rPr>
              <w:t>Yürütücüsü</w:t>
            </w:r>
          </w:p>
        </w:tc>
        <w:tc>
          <w:tcPr>
            <w:tcW w:w="889" w:type="pct"/>
            <w:vMerge w:val="restart"/>
            <w:tcBorders>
              <w:top w:val="double" w:sz="6" w:space="0" w:color="auto"/>
              <w:left w:val="double" w:sz="6" w:space="0" w:color="auto"/>
              <w:bottom w:val="double" w:sz="6" w:space="0" w:color="auto"/>
              <w:right w:val="double" w:sz="6" w:space="0" w:color="auto"/>
            </w:tcBorders>
            <w:shd w:val="clear" w:color="000000" w:fill="B99C71"/>
            <w:vAlign w:val="center"/>
            <w:hideMark/>
          </w:tcPr>
          <w:p w:rsidR="00BE5BDA" w:rsidRPr="00BE5BDA" w:rsidRDefault="00BE5BDA" w:rsidP="00BE5BDA">
            <w:pPr>
              <w:spacing w:after="0" w:line="240" w:lineRule="auto"/>
              <w:jc w:val="center"/>
              <w:rPr>
                <w:rFonts w:ascii="Times New Roman" w:eastAsia="Times New Roman" w:hAnsi="Times New Roman" w:cs="Times New Roman"/>
                <w:b/>
                <w:bCs/>
                <w:color w:val="000000"/>
                <w:sz w:val="20"/>
                <w:szCs w:val="20"/>
                <w:lang w:val="tr-TR" w:eastAsia="tr-TR"/>
              </w:rPr>
            </w:pPr>
            <w:r w:rsidRPr="00BE5BDA">
              <w:rPr>
                <w:rFonts w:ascii="Times New Roman" w:eastAsia="Times New Roman" w:hAnsi="Times New Roman" w:cs="Times New Roman"/>
                <w:b/>
                <w:bCs/>
                <w:color w:val="000000"/>
                <w:sz w:val="20"/>
                <w:szCs w:val="20"/>
                <w:lang w:val="tr-TR" w:eastAsia="tr-TR"/>
              </w:rPr>
              <w:t>Projenin Durumu</w:t>
            </w:r>
          </w:p>
        </w:tc>
        <w:tc>
          <w:tcPr>
            <w:tcW w:w="2422" w:type="pct"/>
            <w:gridSpan w:val="2"/>
            <w:tcBorders>
              <w:top w:val="double" w:sz="6" w:space="0" w:color="auto"/>
              <w:left w:val="nil"/>
              <w:bottom w:val="double" w:sz="6" w:space="0" w:color="auto"/>
              <w:right w:val="double" w:sz="6" w:space="0" w:color="auto"/>
            </w:tcBorders>
            <w:shd w:val="clear" w:color="000000" w:fill="262F59"/>
            <w:noWrap/>
            <w:vAlign w:val="center"/>
            <w:hideMark/>
          </w:tcPr>
          <w:p w:rsidR="00BE5BDA" w:rsidRPr="00BE5BDA" w:rsidRDefault="00BE5BDA" w:rsidP="00BE5BDA">
            <w:pPr>
              <w:spacing w:after="0" w:line="240" w:lineRule="auto"/>
              <w:jc w:val="center"/>
              <w:rPr>
                <w:rFonts w:ascii="Times New Roman" w:eastAsia="Times New Roman" w:hAnsi="Times New Roman" w:cs="Times New Roman"/>
                <w:b/>
                <w:bCs/>
                <w:color w:val="FFFFFF"/>
                <w:sz w:val="20"/>
                <w:szCs w:val="20"/>
                <w:lang w:val="tr-TR" w:eastAsia="tr-TR"/>
              </w:rPr>
            </w:pPr>
            <w:r w:rsidRPr="00BE5BDA">
              <w:rPr>
                <w:rFonts w:ascii="Times New Roman" w:eastAsia="Times New Roman" w:hAnsi="Times New Roman" w:cs="Times New Roman"/>
                <w:b/>
                <w:bCs/>
                <w:color w:val="FFFFFF"/>
                <w:sz w:val="20"/>
                <w:szCs w:val="20"/>
                <w:lang w:val="tr-TR" w:eastAsia="tr-TR"/>
              </w:rPr>
              <w:t>Proje Süresi</w:t>
            </w:r>
          </w:p>
        </w:tc>
      </w:tr>
      <w:tr w:rsidR="00BE5BDA" w:rsidRPr="00BE5BDA" w:rsidTr="0010651D">
        <w:trPr>
          <w:trHeight w:val="330"/>
        </w:trPr>
        <w:tc>
          <w:tcPr>
            <w:tcW w:w="807" w:type="pct"/>
            <w:vMerge/>
            <w:tcBorders>
              <w:top w:val="double" w:sz="6" w:space="0" w:color="auto"/>
              <w:left w:val="double" w:sz="6" w:space="0" w:color="auto"/>
              <w:bottom w:val="double" w:sz="6" w:space="0" w:color="auto"/>
              <w:right w:val="double" w:sz="6" w:space="0" w:color="auto"/>
            </w:tcBorders>
            <w:vAlign w:val="center"/>
            <w:hideMark/>
          </w:tcPr>
          <w:p w:rsidR="00BE5BDA" w:rsidRPr="00BE5BDA" w:rsidRDefault="00BE5BDA" w:rsidP="00BE5BDA">
            <w:pPr>
              <w:spacing w:after="0" w:line="240" w:lineRule="auto"/>
              <w:rPr>
                <w:rFonts w:ascii="Times New Roman" w:eastAsia="Times New Roman" w:hAnsi="Times New Roman" w:cs="Times New Roman"/>
                <w:b/>
                <w:bCs/>
                <w:color w:val="000000"/>
                <w:sz w:val="20"/>
                <w:szCs w:val="20"/>
                <w:lang w:val="tr-TR" w:eastAsia="tr-TR"/>
              </w:rPr>
            </w:pPr>
          </w:p>
        </w:tc>
        <w:tc>
          <w:tcPr>
            <w:tcW w:w="881" w:type="pct"/>
            <w:vMerge/>
            <w:tcBorders>
              <w:top w:val="double" w:sz="6" w:space="0" w:color="auto"/>
              <w:left w:val="double" w:sz="6" w:space="0" w:color="auto"/>
              <w:bottom w:val="double" w:sz="6" w:space="0" w:color="auto"/>
              <w:right w:val="double" w:sz="6" w:space="0" w:color="auto"/>
            </w:tcBorders>
            <w:vAlign w:val="center"/>
            <w:hideMark/>
          </w:tcPr>
          <w:p w:rsidR="00BE5BDA" w:rsidRPr="00BE5BDA" w:rsidRDefault="00BE5BDA" w:rsidP="00BE5BDA">
            <w:pPr>
              <w:spacing w:after="0" w:line="240" w:lineRule="auto"/>
              <w:rPr>
                <w:rFonts w:ascii="Times New Roman" w:eastAsia="Times New Roman" w:hAnsi="Times New Roman" w:cs="Times New Roman"/>
                <w:b/>
                <w:bCs/>
                <w:color w:val="000000"/>
                <w:sz w:val="20"/>
                <w:szCs w:val="20"/>
                <w:lang w:val="tr-TR" w:eastAsia="tr-TR"/>
              </w:rPr>
            </w:pPr>
          </w:p>
        </w:tc>
        <w:tc>
          <w:tcPr>
            <w:tcW w:w="889" w:type="pct"/>
            <w:vMerge/>
            <w:tcBorders>
              <w:top w:val="double" w:sz="6" w:space="0" w:color="auto"/>
              <w:left w:val="double" w:sz="6" w:space="0" w:color="auto"/>
              <w:bottom w:val="double" w:sz="6" w:space="0" w:color="auto"/>
              <w:right w:val="double" w:sz="6" w:space="0" w:color="auto"/>
            </w:tcBorders>
            <w:vAlign w:val="center"/>
            <w:hideMark/>
          </w:tcPr>
          <w:p w:rsidR="00BE5BDA" w:rsidRPr="00BE5BDA" w:rsidRDefault="00BE5BDA" w:rsidP="00BE5BDA">
            <w:pPr>
              <w:spacing w:after="0" w:line="240" w:lineRule="auto"/>
              <w:rPr>
                <w:rFonts w:ascii="Times New Roman" w:eastAsia="Times New Roman" w:hAnsi="Times New Roman" w:cs="Times New Roman"/>
                <w:b/>
                <w:bCs/>
                <w:color w:val="000000"/>
                <w:sz w:val="20"/>
                <w:szCs w:val="20"/>
                <w:lang w:val="tr-TR" w:eastAsia="tr-TR"/>
              </w:rPr>
            </w:pPr>
          </w:p>
        </w:tc>
        <w:tc>
          <w:tcPr>
            <w:tcW w:w="1585" w:type="pct"/>
            <w:tcBorders>
              <w:top w:val="nil"/>
              <w:left w:val="nil"/>
              <w:bottom w:val="double" w:sz="6" w:space="0" w:color="auto"/>
              <w:right w:val="double" w:sz="6" w:space="0" w:color="auto"/>
            </w:tcBorders>
            <w:shd w:val="clear" w:color="000000" w:fill="B99C71"/>
            <w:vAlign w:val="center"/>
            <w:hideMark/>
          </w:tcPr>
          <w:p w:rsidR="00BE5BDA" w:rsidRPr="00BE5BDA" w:rsidRDefault="00BE5BDA" w:rsidP="00BE5BDA">
            <w:pPr>
              <w:spacing w:after="0" w:line="240" w:lineRule="auto"/>
              <w:jc w:val="center"/>
              <w:rPr>
                <w:rFonts w:ascii="Times New Roman" w:eastAsia="Times New Roman" w:hAnsi="Times New Roman" w:cs="Times New Roman"/>
                <w:b/>
                <w:bCs/>
                <w:color w:val="FFFFFF"/>
                <w:sz w:val="20"/>
                <w:szCs w:val="20"/>
                <w:lang w:val="tr-TR" w:eastAsia="tr-TR"/>
              </w:rPr>
            </w:pPr>
            <w:r w:rsidRPr="00BE5BDA">
              <w:rPr>
                <w:rFonts w:ascii="Times New Roman" w:eastAsia="Times New Roman" w:hAnsi="Times New Roman" w:cs="Times New Roman"/>
                <w:b/>
                <w:bCs/>
                <w:color w:val="FFFFFF"/>
                <w:sz w:val="20"/>
                <w:szCs w:val="20"/>
                <w:lang w:val="tr-TR" w:eastAsia="tr-TR"/>
              </w:rPr>
              <w:t>Başlangıç Tarihi</w:t>
            </w:r>
          </w:p>
        </w:tc>
        <w:tc>
          <w:tcPr>
            <w:tcW w:w="837" w:type="pct"/>
            <w:tcBorders>
              <w:top w:val="nil"/>
              <w:left w:val="nil"/>
              <w:bottom w:val="double" w:sz="6" w:space="0" w:color="auto"/>
              <w:right w:val="double" w:sz="6" w:space="0" w:color="auto"/>
            </w:tcBorders>
            <w:shd w:val="clear" w:color="000000" w:fill="B99C71"/>
            <w:vAlign w:val="center"/>
            <w:hideMark/>
          </w:tcPr>
          <w:p w:rsidR="00BE5BDA" w:rsidRPr="00BE5BDA" w:rsidRDefault="00BE5BDA" w:rsidP="00BE5BDA">
            <w:pPr>
              <w:spacing w:after="0" w:line="240" w:lineRule="auto"/>
              <w:jc w:val="center"/>
              <w:rPr>
                <w:rFonts w:ascii="Times New Roman" w:eastAsia="Times New Roman" w:hAnsi="Times New Roman" w:cs="Times New Roman"/>
                <w:b/>
                <w:bCs/>
                <w:color w:val="FFFFFF"/>
                <w:sz w:val="20"/>
                <w:szCs w:val="20"/>
                <w:lang w:val="tr-TR" w:eastAsia="tr-TR"/>
              </w:rPr>
            </w:pPr>
            <w:r w:rsidRPr="00BE5BDA">
              <w:rPr>
                <w:rFonts w:ascii="Times New Roman" w:eastAsia="Times New Roman" w:hAnsi="Times New Roman" w:cs="Times New Roman"/>
                <w:b/>
                <w:bCs/>
                <w:color w:val="FFFFFF"/>
                <w:sz w:val="20"/>
                <w:szCs w:val="20"/>
                <w:lang w:val="tr-TR" w:eastAsia="tr-TR"/>
              </w:rPr>
              <w:t>Bitiş Tarihi</w:t>
            </w:r>
          </w:p>
        </w:tc>
      </w:tr>
      <w:tr w:rsidR="00BE5BDA" w:rsidRPr="00BE5BDA" w:rsidTr="0010651D">
        <w:trPr>
          <w:trHeight w:val="315"/>
        </w:trPr>
        <w:tc>
          <w:tcPr>
            <w:tcW w:w="807" w:type="pct"/>
            <w:tcBorders>
              <w:top w:val="nil"/>
              <w:left w:val="double" w:sz="6" w:space="0" w:color="auto"/>
              <w:bottom w:val="double" w:sz="6" w:space="0" w:color="auto"/>
              <w:right w:val="double" w:sz="6" w:space="0" w:color="auto"/>
            </w:tcBorders>
            <w:shd w:val="clear" w:color="000000" w:fill="FFFFFF"/>
            <w:vAlign w:val="center"/>
            <w:hideMark/>
          </w:tcPr>
          <w:p w:rsidR="00BE5BDA" w:rsidRPr="00BE5BDA" w:rsidRDefault="00BE5BDA" w:rsidP="00BE5BDA">
            <w:pPr>
              <w:spacing w:after="0" w:line="240" w:lineRule="auto"/>
              <w:rPr>
                <w:rFonts w:ascii="Times New Roman" w:eastAsia="Times New Roman" w:hAnsi="Times New Roman" w:cs="Times New Roman"/>
                <w:b/>
                <w:bCs/>
                <w:color w:val="000000"/>
                <w:sz w:val="20"/>
                <w:szCs w:val="20"/>
                <w:lang w:val="tr-TR" w:eastAsia="tr-TR"/>
              </w:rPr>
            </w:pPr>
            <w:r w:rsidRPr="00BE5BDA">
              <w:rPr>
                <w:rFonts w:ascii="Times New Roman" w:eastAsia="Times New Roman" w:hAnsi="Times New Roman" w:cs="Times New Roman"/>
                <w:b/>
                <w:bCs/>
                <w:color w:val="000000"/>
                <w:sz w:val="20"/>
                <w:szCs w:val="20"/>
                <w:lang w:val="tr-TR" w:eastAsia="tr-TR"/>
              </w:rPr>
              <w:t> </w:t>
            </w:r>
          </w:p>
        </w:tc>
        <w:tc>
          <w:tcPr>
            <w:tcW w:w="881" w:type="pct"/>
            <w:tcBorders>
              <w:top w:val="nil"/>
              <w:left w:val="nil"/>
              <w:bottom w:val="double" w:sz="6" w:space="0" w:color="auto"/>
              <w:right w:val="double" w:sz="6" w:space="0" w:color="auto"/>
            </w:tcBorders>
            <w:shd w:val="clear" w:color="000000" w:fill="FFFFFF"/>
            <w:noWrap/>
            <w:vAlign w:val="center"/>
            <w:hideMark/>
          </w:tcPr>
          <w:p w:rsidR="00BE5BDA" w:rsidRPr="00BE5BDA" w:rsidRDefault="00BE5BDA" w:rsidP="00BE5BDA">
            <w:pPr>
              <w:spacing w:after="0" w:line="240" w:lineRule="auto"/>
              <w:rPr>
                <w:rFonts w:ascii="Times New Roman" w:eastAsia="Times New Roman" w:hAnsi="Times New Roman" w:cs="Times New Roman"/>
                <w:b/>
                <w:bCs/>
                <w:color w:val="000000"/>
                <w:sz w:val="20"/>
                <w:szCs w:val="20"/>
                <w:lang w:val="tr-TR" w:eastAsia="tr-TR"/>
              </w:rPr>
            </w:pPr>
            <w:r w:rsidRPr="00BE5BDA">
              <w:rPr>
                <w:rFonts w:ascii="Times New Roman" w:eastAsia="Times New Roman" w:hAnsi="Times New Roman" w:cs="Times New Roman"/>
                <w:b/>
                <w:bCs/>
                <w:color w:val="000000"/>
                <w:sz w:val="20"/>
                <w:szCs w:val="20"/>
                <w:lang w:val="tr-TR" w:eastAsia="tr-TR"/>
              </w:rPr>
              <w:t> </w:t>
            </w:r>
          </w:p>
        </w:tc>
        <w:tc>
          <w:tcPr>
            <w:tcW w:w="889" w:type="pct"/>
            <w:tcBorders>
              <w:top w:val="nil"/>
              <w:left w:val="nil"/>
              <w:bottom w:val="double" w:sz="6" w:space="0" w:color="auto"/>
              <w:right w:val="double" w:sz="6" w:space="0" w:color="auto"/>
            </w:tcBorders>
            <w:shd w:val="clear" w:color="000000" w:fill="FFFFFF"/>
            <w:vAlign w:val="center"/>
            <w:hideMark/>
          </w:tcPr>
          <w:p w:rsidR="00BE5BDA" w:rsidRPr="00BE5BDA" w:rsidRDefault="00BE5BDA" w:rsidP="00BE5BDA">
            <w:pPr>
              <w:spacing w:after="0" w:line="240" w:lineRule="auto"/>
              <w:rPr>
                <w:rFonts w:ascii="Times New Roman" w:eastAsia="Times New Roman" w:hAnsi="Times New Roman" w:cs="Times New Roman"/>
                <w:b/>
                <w:bCs/>
                <w:color w:val="000000"/>
                <w:sz w:val="20"/>
                <w:szCs w:val="20"/>
                <w:lang w:val="tr-TR" w:eastAsia="tr-TR"/>
              </w:rPr>
            </w:pPr>
            <w:r w:rsidRPr="00BE5BDA">
              <w:rPr>
                <w:rFonts w:ascii="Times New Roman" w:eastAsia="Times New Roman" w:hAnsi="Times New Roman" w:cs="Times New Roman"/>
                <w:b/>
                <w:bCs/>
                <w:color w:val="000000"/>
                <w:sz w:val="20"/>
                <w:szCs w:val="20"/>
                <w:lang w:val="tr-TR" w:eastAsia="tr-TR"/>
              </w:rPr>
              <w:t> </w:t>
            </w:r>
          </w:p>
        </w:tc>
        <w:tc>
          <w:tcPr>
            <w:tcW w:w="1585" w:type="pct"/>
            <w:tcBorders>
              <w:top w:val="nil"/>
              <w:left w:val="nil"/>
              <w:bottom w:val="double" w:sz="6" w:space="0" w:color="auto"/>
              <w:right w:val="double" w:sz="6" w:space="0" w:color="auto"/>
            </w:tcBorders>
            <w:shd w:val="clear" w:color="000000" w:fill="FFFFFF"/>
            <w:noWrap/>
            <w:vAlign w:val="center"/>
            <w:hideMark/>
          </w:tcPr>
          <w:p w:rsidR="00BE5BDA" w:rsidRPr="00BE5BDA" w:rsidRDefault="00BE5BDA" w:rsidP="00BE5BDA">
            <w:pPr>
              <w:spacing w:after="0" w:line="240" w:lineRule="auto"/>
              <w:rPr>
                <w:rFonts w:ascii="Times New Roman" w:eastAsia="Times New Roman" w:hAnsi="Times New Roman" w:cs="Times New Roman"/>
                <w:b/>
                <w:bCs/>
                <w:color w:val="000000"/>
                <w:sz w:val="20"/>
                <w:szCs w:val="20"/>
                <w:lang w:val="tr-TR" w:eastAsia="tr-TR"/>
              </w:rPr>
            </w:pPr>
            <w:r w:rsidRPr="00BE5BDA">
              <w:rPr>
                <w:rFonts w:ascii="Times New Roman" w:eastAsia="Times New Roman" w:hAnsi="Times New Roman" w:cs="Times New Roman"/>
                <w:b/>
                <w:bCs/>
                <w:color w:val="000000"/>
                <w:sz w:val="20"/>
                <w:szCs w:val="20"/>
                <w:lang w:val="tr-TR" w:eastAsia="tr-TR"/>
              </w:rPr>
              <w:t> </w:t>
            </w:r>
          </w:p>
        </w:tc>
        <w:tc>
          <w:tcPr>
            <w:tcW w:w="837" w:type="pct"/>
            <w:tcBorders>
              <w:top w:val="nil"/>
              <w:left w:val="nil"/>
              <w:bottom w:val="double" w:sz="6" w:space="0" w:color="auto"/>
              <w:right w:val="double" w:sz="6" w:space="0" w:color="auto"/>
            </w:tcBorders>
            <w:shd w:val="clear" w:color="000000" w:fill="FFFFFF"/>
            <w:vAlign w:val="center"/>
            <w:hideMark/>
          </w:tcPr>
          <w:p w:rsidR="00BE5BDA" w:rsidRPr="00BE5BDA" w:rsidRDefault="00BE5BDA" w:rsidP="00BE5BDA">
            <w:pPr>
              <w:spacing w:after="0" w:line="240" w:lineRule="auto"/>
              <w:rPr>
                <w:rFonts w:ascii="Times New Roman" w:eastAsia="Times New Roman" w:hAnsi="Times New Roman" w:cs="Times New Roman"/>
                <w:b/>
                <w:bCs/>
                <w:color w:val="000000"/>
                <w:sz w:val="20"/>
                <w:szCs w:val="20"/>
                <w:lang w:val="tr-TR" w:eastAsia="tr-TR"/>
              </w:rPr>
            </w:pPr>
            <w:r w:rsidRPr="00BE5BDA">
              <w:rPr>
                <w:rFonts w:ascii="Times New Roman" w:eastAsia="Times New Roman" w:hAnsi="Times New Roman" w:cs="Times New Roman"/>
                <w:b/>
                <w:bCs/>
                <w:color w:val="000000"/>
                <w:sz w:val="20"/>
                <w:szCs w:val="20"/>
                <w:lang w:val="tr-TR" w:eastAsia="tr-TR"/>
              </w:rPr>
              <w:t> </w:t>
            </w:r>
          </w:p>
        </w:tc>
      </w:tr>
      <w:tr w:rsidR="00BE5BDA" w:rsidRPr="00BE5BDA" w:rsidTr="0010651D">
        <w:trPr>
          <w:trHeight w:val="315"/>
        </w:trPr>
        <w:tc>
          <w:tcPr>
            <w:tcW w:w="807" w:type="pct"/>
            <w:tcBorders>
              <w:top w:val="nil"/>
              <w:left w:val="double" w:sz="6" w:space="0" w:color="auto"/>
              <w:bottom w:val="double" w:sz="6" w:space="0" w:color="auto"/>
              <w:right w:val="double" w:sz="6" w:space="0" w:color="auto"/>
            </w:tcBorders>
            <w:shd w:val="clear" w:color="000000" w:fill="FFFFFF"/>
            <w:vAlign w:val="center"/>
            <w:hideMark/>
          </w:tcPr>
          <w:p w:rsidR="00BE5BDA" w:rsidRPr="00BE5BDA" w:rsidRDefault="00BE5BDA" w:rsidP="00BE5BDA">
            <w:pPr>
              <w:spacing w:after="0" w:line="240" w:lineRule="auto"/>
              <w:rPr>
                <w:rFonts w:ascii="Times New Roman" w:eastAsia="Times New Roman" w:hAnsi="Times New Roman" w:cs="Times New Roman"/>
                <w:b/>
                <w:bCs/>
                <w:color w:val="000000"/>
                <w:sz w:val="20"/>
                <w:szCs w:val="20"/>
                <w:lang w:val="tr-TR" w:eastAsia="tr-TR"/>
              </w:rPr>
            </w:pPr>
            <w:r w:rsidRPr="00BE5BDA">
              <w:rPr>
                <w:rFonts w:ascii="Times New Roman" w:eastAsia="Times New Roman" w:hAnsi="Times New Roman" w:cs="Times New Roman"/>
                <w:b/>
                <w:bCs/>
                <w:color w:val="000000"/>
                <w:sz w:val="20"/>
                <w:szCs w:val="20"/>
                <w:lang w:val="tr-TR" w:eastAsia="tr-TR"/>
              </w:rPr>
              <w:t> </w:t>
            </w:r>
          </w:p>
        </w:tc>
        <w:tc>
          <w:tcPr>
            <w:tcW w:w="881" w:type="pct"/>
            <w:tcBorders>
              <w:top w:val="nil"/>
              <w:left w:val="nil"/>
              <w:bottom w:val="double" w:sz="6" w:space="0" w:color="auto"/>
              <w:right w:val="double" w:sz="6" w:space="0" w:color="auto"/>
            </w:tcBorders>
            <w:shd w:val="clear" w:color="000000" w:fill="FFFFFF"/>
            <w:noWrap/>
            <w:vAlign w:val="center"/>
            <w:hideMark/>
          </w:tcPr>
          <w:p w:rsidR="00BE5BDA" w:rsidRPr="00BE5BDA" w:rsidRDefault="00BE5BDA" w:rsidP="00BE5BDA">
            <w:pPr>
              <w:spacing w:after="0" w:line="240" w:lineRule="auto"/>
              <w:rPr>
                <w:rFonts w:ascii="Times New Roman" w:eastAsia="Times New Roman" w:hAnsi="Times New Roman" w:cs="Times New Roman"/>
                <w:b/>
                <w:bCs/>
                <w:color w:val="000000"/>
                <w:sz w:val="20"/>
                <w:szCs w:val="20"/>
                <w:lang w:val="tr-TR" w:eastAsia="tr-TR"/>
              </w:rPr>
            </w:pPr>
            <w:r w:rsidRPr="00BE5BDA">
              <w:rPr>
                <w:rFonts w:ascii="Times New Roman" w:eastAsia="Times New Roman" w:hAnsi="Times New Roman" w:cs="Times New Roman"/>
                <w:b/>
                <w:bCs/>
                <w:color w:val="000000"/>
                <w:sz w:val="20"/>
                <w:szCs w:val="20"/>
                <w:lang w:val="tr-TR" w:eastAsia="tr-TR"/>
              </w:rPr>
              <w:t> </w:t>
            </w:r>
          </w:p>
        </w:tc>
        <w:tc>
          <w:tcPr>
            <w:tcW w:w="889" w:type="pct"/>
            <w:tcBorders>
              <w:top w:val="nil"/>
              <w:left w:val="nil"/>
              <w:bottom w:val="double" w:sz="6" w:space="0" w:color="auto"/>
              <w:right w:val="double" w:sz="6" w:space="0" w:color="auto"/>
            </w:tcBorders>
            <w:shd w:val="clear" w:color="000000" w:fill="FFFFFF"/>
            <w:vAlign w:val="center"/>
            <w:hideMark/>
          </w:tcPr>
          <w:p w:rsidR="00BE5BDA" w:rsidRPr="00BE5BDA" w:rsidRDefault="00BE5BDA" w:rsidP="00BE5BDA">
            <w:pPr>
              <w:spacing w:after="0" w:line="240" w:lineRule="auto"/>
              <w:rPr>
                <w:rFonts w:ascii="Times New Roman" w:eastAsia="Times New Roman" w:hAnsi="Times New Roman" w:cs="Times New Roman"/>
                <w:b/>
                <w:bCs/>
                <w:color w:val="000000"/>
                <w:sz w:val="20"/>
                <w:szCs w:val="20"/>
                <w:lang w:val="tr-TR" w:eastAsia="tr-TR"/>
              </w:rPr>
            </w:pPr>
            <w:r w:rsidRPr="00BE5BDA">
              <w:rPr>
                <w:rFonts w:ascii="Times New Roman" w:eastAsia="Times New Roman" w:hAnsi="Times New Roman" w:cs="Times New Roman"/>
                <w:b/>
                <w:bCs/>
                <w:color w:val="000000"/>
                <w:sz w:val="20"/>
                <w:szCs w:val="20"/>
                <w:lang w:val="tr-TR" w:eastAsia="tr-TR"/>
              </w:rPr>
              <w:t> </w:t>
            </w:r>
          </w:p>
        </w:tc>
        <w:tc>
          <w:tcPr>
            <w:tcW w:w="1585" w:type="pct"/>
            <w:tcBorders>
              <w:top w:val="nil"/>
              <w:left w:val="nil"/>
              <w:bottom w:val="double" w:sz="6" w:space="0" w:color="auto"/>
              <w:right w:val="double" w:sz="6" w:space="0" w:color="auto"/>
            </w:tcBorders>
            <w:shd w:val="clear" w:color="000000" w:fill="FFFFFF"/>
            <w:noWrap/>
            <w:vAlign w:val="center"/>
            <w:hideMark/>
          </w:tcPr>
          <w:p w:rsidR="00BE5BDA" w:rsidRPr="00BE5BDA" w:rsidRDefault="00BE5BDA" w:rsidP="00BE5BDA">
            <w:pPr>
              <w:spacing w:after="0" w:line="240" w:lineRule="auto"/>
              <w:rPr>
                <w:rFonts w:ascii="Times New Roman" w:eastAsia="Times New Roman" w:hAnsi="Times New Roman" w:cs="Times New Roman"/>
                <w:b/>
                <w:bCs/>
                <w:color w:val="000000"/>
                <w:sz w:val="20"/>
                <w:szCs w:val="20"/>
                <w:lang w:val="tr-TR" w:eastAsia="tr-TR"/>
              </w:rPr>
            </w:pPr>
            <w:r w:rsidRPr="00BE5BDA">
              <w:rPr>
                <w:rFonts w:ascii="Times New Roman" w:eastAsia="Times New Roman" w:hAnsi="Times New Roman" w:cs="Times New Roman"/>
                <w:b/>
                <w:bCs/>
                <w:color w:val="000000"/>
                <w:sz w:val="20"/>
                <w:szCs w:val="20"/>
                <w:lang w:val="tr-TR" w:eastAsia="tr-TR"/>
              </w:rPr>
              <w:t> </w:t>
            </w:r>
          </w:p>
        </w:tc>
        <w:tc>
          <w:tcPr>
            <w:tcW w:w="837" w:type="pct"/>
            <w:tcBorders>
              <w:top w:val="nil"/>
              <w:left w:val="nil"/>
              <w:bottom w:val="double" w:sz="6" w:space="0" w:color="auto"/>
              <w:right w:val="double" w:sz="6" w:space="0" w:color="auto"/>
            </w:tcBorders>
            <w:shd w:val="clear" w:color="000000" w:fill="FFFFFF"/>
            <w:vAlign w:val="center"/>
            <w:hideMark/>
          </w:tcPr>
          <w:p w:rsidR="00BE5BDA" w:rsidRPr="00BE5BDA" w:rsidRDefault="00BE5BDA" w:rsidP="00BE5BDA">
            <w:pPr>
              <w:spacing w:after="0" w:line="240" w:lineRule="auto"/>
              <w:rPr>
                <w:rFonts w:ascii="Times New Roman" w:eastAsia="Times New Roman" w:hAnsi="Times New Roman" w:cs="Times New Roman"/>
                <w:b/>
                <w:bCs/>
                <w:color w:val="000000"/>
                <w:sz w:val="20"/>
                <w:szCs w:val="20"/>
                <w:lang w:val="tr-TR" w:eastAsia="tr-TR"/>
              </w:rPr>
            </w:pPr>
            <w:r w:rsidRPr="00BE5BDA">
              <w:rPr>
                <w:rFonts w:ascii="Times New Roman" w:eastAsia="Times New Roman" w:hAnsi="Times New Roman" w:cs="Times New Roman"/>
                <w:b/>
                <w:bCs/>
                <w:color w:val="000000"/>
                <w:sz w:val="20"/>
                <w:szCs w:val="20"/>
                <w:lang w:val="tr-TR" w:eastAsia="tr-TR"/>
              </w:rPr>
              <w:t> </w:t>
            </w:r>
          </w:p>
        </w:tc>
      </w:tr>
    </w:tbl>
    <w:p w:rsidR="00E24BA4" w:rsidRDefault="00E24BA4" w:rsidP="00E24BA4">
      <w:pPr>
        <w:jc w:val="both"/>
        <w:rPr>
          <w:rFonts w:ascii="Calibri" w:eastAsia="Times New Roman" w:hAnsi="Calibri" w:cs="Calibri"/>
          <w:u w:val="single"/>
          <w:lang w:eastAsia="tr-TR"/>
        </w:rPr>
      </w:pPr>
    </w:p>
    <w:p w:rsidR="00621353" w:rsidRPr="00FA5DFA" w:rsidRDefault="00621353" w:rsidP="00621353">
      <w:pPr>
        <w:rPr>
          <w:lang w:eastAsia="tr-TR"/>
        </w:rPr>
      </w:pPr>
      <w:proofErr w:type="spellStart"/>
      <w:r>
        <w:rPr>
          <w:lang w:eastAsia="tr-TR"/>
        </w:rPr>
        <w:t>Dış</w:t>
      </w:r>
      <w:proofErr w:type="spellEnd"/>
      <w:r>
        <w:rPr>
          <w:lang w:eastAsia="tr-TR"/>
        </w:rPr>
        <w:t xml:space="preserve"> </w:t>
      </w:r>
      <w:proofErr w:type="spellStart"/>
      <w:r>
        <w:rPr>
          <w:lang w:eastAsia="tr-TR"/>
        </w:rPr>
        <w:t>Kaynaklı</w:t>
      </w:r>
      <w:proofErr w:type="spellEnd"/>
      <w:r>
        <w:rPr>
          <w:lang w:eastAsia="tr-TR"/>
        </w:rPr>
        <w:t xml:space="preserve"> </w:t>
      </w:r>
      <w:proofErr w:type="spellStart"/>
      <w:r>
        <w:rPr>
          <w:lang w:eastAsia="tr-TR"/>
        </w:rPr>
        <w:t>Projeler</w:t>
      </w:r>
      <w:proofErr w:type="spellEnd"/>
    </w:p>
    <w:tbl>
      <w:tblPr>
        <w:tblW w:w="5025" w:type="pct"/>
        <w:tblInd w:w="-23" w:type="dxa"/>
        <w:tblCellMar>
          <w:left w:w="70" w:type="dxa"/>
          <w:right w:w="70" w:type="dxa"/>
        </w:tblCellMar>
        <w:tblLook w:val="04A0" w:firstRow="1" w:lastRow="0" w:firstColumn="1" w:lastColumn="0" w:noHBand="0" w:noVBand="1"/>
      </w:tblPr>
      <w:tblGrid>
        <w:gridCol w:w="1333"/>
        <w:gridCol w:w="1827"/>
        <w:gridCol w:w="1827"/>
        <w:gridCol w:w="1662"/>
        <w:gridCol w:w="1473"/>
        <w:gridCol w:w="949"/>
      </w:tblGrid>
      <w:tr w:rsidR="007F26AE" w:rsidRPr="00F25ABA" w:rsidTr="00621353">
        <w:trPr>
          <w:trHeight w:val="330"/>
        </w:trPr>
        <w:tc>
          <w:tcPr>
            <w:tcW w:w="735" w:type="pct"/>
            <w:vMerge w:val="restart"/>
            <w:tcBorders>
              <w:top w:val="double" w:sz="6" w:space="0" w:color="auto"/>
              <w:left w:val="double" w:sz="6" w:space="0" w:color="auto"/>
              <w:bottom w:val="double" w:sz="6" w:space="0" w:color="auto"/>
              <w:right w:val="double" w:sz="6" w:space="0" w:color="auto"/>
            </w:tcBorders>
            <w:shd w:val="clear" w:color="000000" w:fill="B99C71"/>
            <w:noWrap/>
            <w:vAlign w:val="center"/>
            <w:hideMark/>
          </w:tcPr>
          <w:p w:rsidR="007F26AE" w:rsidRPr="00F25ABA" w:rsidRDefault="007F26AE" w:rsidP="00F25ABA">
            <w:pPr>
              <w:spacing w:after="0" w:line="240" w:lineRule="auto"/>
              <w:jc w:val="center"/>
              <w:rPr>
                <w:rFonts w:ascii="Times New Roman" w:eastAsia="Times New Roman" w:hAnsi="Times New Roman" w:cs="Times New Roman"/>
                <w:b/>
                <w:bCs/>
                <w:color w:val="000000"/>
                <w:sz w:val="18"/>
                <w:szCs w:val="18"/>
                <w:lang w:val="tr-TR" w:eastAsia="tr-TR"/>
              </w:rPr>
            </w:pPr>
            <w:r w:rsidRPr="00F25ABA">
              <w:rPr>
                <w:rFonts w:ascii="Times New Roman" w:eastAsia="Times New Roman" w:hAnsi="Times New Roman" w:cs="Times New Roman"/>
                <w:b/>
                <w:bCs/>
                <w:color w:val="000000"/>
                <w:sz w:val="18"/>
                <w:szCs w:val="18"/>
                <w:lang w:val="tr-TR" w:eastAsia="tr-TR"/>
              </w:rPr>
              <w:t>Projenin Adı</w:t>
            </w:r>
          </w:p>
        </w:tc>
        <w:tc>
          <w:tcPr>
            <w:tcW w:w="1007" w:type="pct"/>
            <w:vMerge w:val="restart"/>
            <w:tcBorders>
              <w:top w:val="double" w:sz="6" w:space="0" w:color="auto"/>
              <w:left w:val="double" w:sz="6" w:space="0" w:color="auto"/>
              <w:bottom w:val="double" w:sz="6" w:space="0" w:color="auto"/>
              <w:right w:val="double" w:sz="6" w:space="0" w:color="auto"/>
            </w:tcBorders>
            <w:shd w:val="clear" w:color="000000" w:fill="B99C71"/>
            <w:noWrap/>
            <w:vAlign w:val="center"/>
            <w:hideMark/>
          </w:tcPr>
          <w:p w:rsidR="007F26AE" w:rsidRPr="00F25ABA" w:rsidRDefault="007F26AE" w:rsidP="00F25ABA">
            <w:pPr>
              <w:spacing w:after="0" w:line="240" w:lineRule="auto"/>
              <w:jc w:val="center"/>
              <w:rPr>
                <w:rFonts w:ascii="Times New Roman" w:eastAsia="Times New Roman" w:hAnsi="Times New Roman" w:cs="Times New Roman"/>
                <w:b/>
                <w:bCs/>
                <w:color w:val="000000"/>
                <w:sz w:val="18"/>
                <w:szCs w:val="18"/>
                <w:lang w:val="tr-TR" w:eastAsia="tr-TR"/>
              </w:rPr>
            </w:pPr>
            <w:r w:rsidRPr="00F25ABA">
              <w:rPr>
                <w:rFonts w:ascii="Times New Roman" w:eastAsia="Times New Roman" w:hAnsi="Times New Roman" w:cs="Times New Roman"/>
                <w:b/>
                <w:bCs/>
                <w:color w:val="000000"/>
                <w:sz w:val="18"/>
                <w:szCs w:val="18"/>
                <w:lang w:val="tr-TR" w:eastAsia="tr-TR"/>
              </w:rPr>
              <w:t>Yürütücüsü</w:t>
            </w:r>
          </w:p>
        </w:tc>
        <w:tc>
          <w:tcPr>
            <w:tcW w:w="1007" w:type="pct"/>
            <w:vMerge w:val="restart"/>
            <w:tcBorders>
              <w:top w:val="double" w:sz="6" w:space="0" w:color="auto"/>
              <w:left w:val="double" w:sz="6" w:space="0" w:color="auto"/>
              <w:bottom w:val="double" w:sz="6" w:space="0" w:color="auto"/>
              <w:right w:val="double" w:sz="6" w:space="0" w:color="auto"/>
            </w:tcBorders>
            <w:shd w:val="clear" w:color="000000" w:fill="B99C71"/>
            <w:vAlign w:val="center"/>
            <w:hideMark/>
          </w:tcPr>
          <w:p w:rsidR="007F26AE" w:rsidRPr="00F25ABA" w:rsidRDefault="007F26AE" w:rsidP="00F25ABA">
            <w:pPr>
              <w:spacing w:after="0" w:line="240" w:lineRule="auto"/>
              <w:jc w:val="center"/>
              <w:rPr>
                <w:rFonts w:ascii="Times New Roman" w:eastAsia="Times New Roman" w:hAnsi="Times New Roman" w:cs="Times New Roman"/>
                <w:b/>
                <w:bCs/>
                <w:color w:val="000000"/>
                <w:sz w:val="18"/>
                <w:szCs w:val="18"/>
                <w:lang w:val="tr-TR" w:eastAsia="tr-TR"/>
              </w:rPr>
            </w:pPr>
            <w:r w:rsidRPr="00F25ABA">
              <w:rPr>
                <w:rFonts w:ascii="Times New Roman" w:eastAsia="Times New Roman" w:hAnsi="Times New Roman" w:cs="Times New Roman"/>
                <w:b/>
                <w:bCs/>
                <w:color w:val="000000"/>
                <w:sz w:val="18"/>
                <w:szCs w:val="18"/>
                <w:lang w:val="tr-TR" w:eastAsia="tr-TR"/>
              </w:rPr>
              <w:t>Destekleyen Kurum/Kuruluş</w:t>
            </w:r>
          </w:p>
        </w:tc>
        <w:tc>
          <w:tcPr>
            <w:tcW w:w="916" w:type="pct"/>
            <w:vMerge w:val="restart"/>
            <w:tcBorders>
              <w:top w:val="double" w:sz="6" w:space="0" w:color="auto"/>
              <w:left w:val="double" w:sz="6" w:space="0" w:color="auto"/>
              <w:bottom w:val="double" w:sz="6" w:space="0" w:color="auto"/>
              <w:right w:val="double" w:sz="6" w:space="0" w:color="auto"/>
            </w:tcBorders>
            <w:shd w:val="clear" w:color="000000" w:fill="B99C71"/>
            <w:vAlign w:val="center"/>
            <w:hideMark/>
          </w:tcPr>
          <w:p w:rsidR="007F26AE" w:rsidRPr="00F25ABA" w:rsidRDefault="007F26AE" w:rsidP="00F25ABA">
            <w:pPr>
              <w:spacing w:after="0" w:line="240" w:lineRule="auto"/>
              <w:jc w:val="center"/>
              <w:rPr>
                <w:rFonts w:ascii="Times New Roman" w:eastAsia="Times New Roman" w:hAnsi="Times New Roman" w:cs="Times New Roman"/>
                <w:b/>
                <w:bCs/>
                <w:color w:val="000000"/>
                <w:sz w:val="18"/>
                <w:szCs w:val="18"/>
                <w:lang w:val="tr-TR" w:eastAsia="tr-TR"/>
              </w:rPr>
            </w:pPr>
            <w:r w:rsidRPr="00F25ABA">
              <w:rPr>
                <w:rFonts w:ascii="Times New Roman" w:eastAsia="Times New Roman" w:hAnsi="Times New Roman" w:cs="Times New Roman"/>
                <w:b/>
                <w:bCs/>
                <w:color w:val="000000"/>
                <w:sz w:val="18"/>
                <w:szCs w:val="18"/>
                <w:lang w:val="tr-TR" w:eastAsia="tr-TR"/>
              </w:rPr>
              <w:t>Projenin Durumu</w:t>
            </w:r>
          </w:p>
        </w:tc>
        <w:tc>
          <w:tcPr>
            <w:tcW w:w="1335" w:type="pct"/>
            <w:gridSpan w:val="2"/>
            <w:tcBorders>
              <w:top w:val="double" w:sz="6" w:space="0" w:color="auto"/>
              <w:left w:val="nil"/>
              <w:bottom w:val="double" w:sz="6" w:space="0" w:color="auto"/>
              <w:right w:val="double" w:sz="6" w:space="0" w:color="auto"/>
            </w:tcBorders>
            <w:shd w:val="clear" w:color="000000" w:fill="262F59"/>
            <w:vAlign w:val="center"/>
            <w:hideMark/>
          </w:tcPr>
          <w:p w:rsidR="007F26AE" w:rsidRPr="00F25ABA" w:rsidRDefault="007F26AE" w:rsidP="00F25ABA">
            <w:pPr>
              <w:spacing w:after="0" w:line="240" w:lineRule="auto"/>
              <w:jc w:val="center"/>
              <w:rPr>
                <w:rFonts w:ascii="Times New Roman" w:eastAsia="Times New Roman" w:hAnsi="Times New Roman" w:cs="Times New Roman"/>
                <w:b/>
                <w:bCs/>
                <w:color w:val="FFFFFF"/>
                <w:sz w:val="18"/>
                <w:szCs w:val="18"/>
                <w:lang w:val="tr-TR" w:eastAsia="tr-TR"/>
              </w:rPr>
            </w:pPr>
            <w:r w:rsidRPr="00F25ABA">
              <w:rPr>
                <w:rFonts w:ascii="Times New Roman" w:eastAsia="Times New Roman" w:hAnsi="Times New Roman" w:cs="Times New Roman"/>
                <w:b/>
                <w:bCs/>
                <w:color w:val="FFFFFF"/>
                <w:sz w:val="18"/>
                <w:szCs w:val="18"/>
                <w:lang w:val="tr-TR" w:eastAsia="tr-TR"/>
              </w:rPr>
              <w:t>Proje Süresi</w:t>
            </w:r>
          </w:p>
        </w:tc>
      </w:tr>
      <w:tr w:rsidR="007F26AE" w:rsidRPr="00F25ABA" w:rsidTr="00621353">
        <w:trPr>
          <w:trHeight w:val="330"/>
        </w:trPr>
        <w:tc>
          <w:tcPr>
            <w:tcW w:w="735" w:type="pct"/>
            <w:vMerge/>
            <w:tcBorders>
              <w:top w:val="double" w:sz="6" w:space="0" w:color="auto"/>
              <w:left w:val="double" w:sz="6" w:space="0" w:color="auto"/>
              <w:bottom w:val="double" w:sz="6" w:space="0" w:color="auto"/>
              <w:right w:val="double" w:sz="6" w:space="0" w:color="auto"/>
            </w:tcBorders>
            <w:vAlign w:val="center"/>
            <w:hideMark/>
          </w:tcPr>
          <w:p w:rsidR="007F26AE" w:rsidRPr="00F25ABA" w:rsidRDefault="007F26AE" w:rsidP="00F25ABA">
            <w:pPr>
              <w:spacing w:after="0" w:line="240" w:lineRule="auto"/>
              <w:rPr>
                <w:rFonts w:ascii="Times New Roman" w:eastAsia="Times New Roman" w:hAnsi="Times New Roman" w:cs="Times New Roman"/>
                <w:b/>
                <w:bCs/>
                <w:color w:val="000000"/>
                <w:sz w:val="18"/>
                <w:szCs w:val="18"/>
                <w:lang w:val="tr-TR" w:eastAsia="tr-TR"/>
              </w:rPr>
            </w:pPr>
          </w:p>
        </w:tc>
        <w:tc>
          <w:tcPr>
            <w:tcW w:w="1007" w:type="pct"/>
            <w:vMerge/>
            <w:tcBorders>
              <w:top w:val="double" w:sz="6" w:space="0" w:color="auto"/>
              <w:left w:val="double" w:sz="6" w:space="0" w:color="auto"/>
              <w:bottom w:val="double" w:sz="6" w:space="0" w:color="auto"/>
              <w:right w:val="double" w:sz="6" w:space="0" w:color="auto"/>
            </w:tcBorders>
            <w:vAlign w:val="center"/>
            <w:hideMark/>
          </w:tcPr>
          <w:p w:rsidR="007F26AE" w:rsidRPr="00F25ABA" w:rsidRDefault="007F26AE" w:rsidP="00F25ABA">
            <w:pPr>
              <w:spacing w:after="0" w:line="240" w:lineRule="auto"/>
              <w:rPr>
                <w:rFonts w:ascii="Times New Roman" w:eastAsia="Times New Roman" w:hAnsi="Times New Roman" w:cs="Times New Roman"/>
                <w:b/>
                <w:bCs/>
                <w:color w:val="000000"/>
                <w:sz w:val="18"/>
                <w:szCs w:val="18"/>
                <w:lang w:val="tr-TR" w:eastAsia="tr-TR"/>
              </w:rPr>
            </w:pPr>
          </w:p>
        </w:tc>
        <w:tc>
          <w:tcPr>
            <w:tcW w:w="1007" w:type="pct"/>
            <w:vMerge/>
            <w:tcBorders>
              <w:top w:val="double" w:sz="6" w:space="0" w:color="auto"/>
              <w:left w:val="double" w:sz="6" w:space="0" w:color="auto"/>
              <w:bottom w:val="double" w:sz="6" w:space="0" w:color="auto"/>
              <w:right w:val="double" w:sz="6" w:space="0" w:color="auto"/>
            </w:tcBorders>
            <w:vAlign w:val="center"/>
            <w:hideMark/>
          </w:tcPr>
          <w:p w:rsidR="007F26AE" w:rsidRPr="00F25ABA" w:rsidRDefault="007F26AE" w:rsidP="00F25ABA">
            <w:pPr>
              <w:spacing w:after="0" w:line="240" w:lineRule="auto"/>
              <w:rPr>
                <w:rFonts w:ascii="Times New Roman" w:eastAsia="Times New Roman" w:hAnsi="Times New Roman" w:cs="Times New Roman"/>
                <w:b/>
                <w:bCs/>
                <w:color w:val="000000"/>
                <w:sz w:val="18"/>
                <w:szCs w:val="18"/>
                <w:lang w:val="tr-TR" w:eastAsia="tr-TR"/>
              </w:rPr>
            </w:pPr>
          </w:p>
        </w:tc>
        <w:tc>
          <w:tcPr>
            <w:tcW w:w="916" w:type="pct"/>
            <w:vMerge/>
            <w:tcBorders>
              <w:top w:val="double" w:sz="6" w:space="0" w:color="auto"/>
              <w:left w:val="double" w:sz="6" w:space="0" w:color="auto"/>
              <w:bottom w:val="double" w:sz="6" w:space="0" w:color="auto"/>
              <w:right w:val="double" w:sz="6" w:space="0" w:color="auto"/>
            </w:tcBorders>
            <w:vAlign w:val="center"/>
            <w:hideMark/>
          </w:tcPr>
          <w:p w:rsidR="007F26AE" w:rsidRPr="00F25ABA" w:rsidRDefault="007F26AE" w:rsidP="00F25ABA">
            <w:pPr>
              <w:spacing w:after="0" w:line="240" w:lineRule="auto"/>
              <w:rPr>
                <w:rFonts w:ascii="Times New Roman" w:eastAsia="Times New Roman" w:hAnsi="Times New Roman" w:cs="Times New Roman"/>
                <w:b/>
                <w:bCs/>
                <w:color w:val="000000"/>
                <w:sz w:val="18"/>
                <w:szCs w:val="18"/>
                <w:lang w:val="tr-TR" w:eastAsia="tr-TR"/>
              </w:rPr>
            </w:pPr>
          </w:p>
        </w:tc>
        <w:tc>
          <w:tcPr>
            <w:tcW w:w="812" w:type="pct"/>
            <w:tcBorders>
              <w:top w:val="nil"/>
              <w:left w:val="nil"/>
              <w:bottom w:val="double" w:sz="6" w:space="0" w:color="auto"/>
              <w:right w:val="double" w:sz="6" w:space="0" w:color="auto"/>
            </w:tcBorders>
            <w:shd w:val="clear" w:color="000000" w:fill="B99C71"/>
            <w:vAlign w:val="center"/>
            <w:hideMark/>
          </w:tcPr>
          <w:p w:rsidR="007F26AE" w:rsidRPr="00F25ABA" w:rsidRDefault="007F26AE" w:rsidP="00F25ABA">
            <w:pPr>
              <w:spacing w:after="0" w:line="240" w:lineRule="auto"/>
              <w:jc w:val="center"/>
              <w:rPr>
                <w:rFonts w:ascii="Times New Roman" w:eastAsia="Times New Roman" w:hAnsi="Times New Roman" w:cs="Times New Roman"/>
                <w:b/>
                <w:bCs/>
                <w:color w:val="000000"/>
                <w:sz w:val="18"/>
                <w:szCs w:val="18"/>
                <w:lang w:val="tr-TR" w:eastAsia="tr-TR"/>
              </w:rPr>
            </w:pPr>
            <w:r w:rsidRPr="00F25ABA">
              <w:rPr>
                <w:rFonts w:ascii="Times New Roman" w:eastAsia="Times New Roman" w:hAnsi="Times New Roman" w:cs="Times New Roman"/>
                <w:b/>
                <w:bCs/>
                <w:color w:val="000000"/>
                <w:sz w:val="18"/>
                <w:szCs w:val="18"/>
                <w:lang w:val="tr-TR" w:eastAsia="tr-TR"/>
              </w:rPr>
              <w:t>Başlangıç Tarihi</w:t>
            </w:r>
          </w:p>
        </w:tc>
        <w:tc>
          <w:tcPr>
            <w:tcW w:w="523" w:type="pct"/>
            <w:tcBorders>
              <w:top w:val="nil"/>
              <w:left w:val="nil"/>
              <w:bottom w:val="double" w:sz="6" w:space="0" w:color="auto"/>
              <w:right w:val="double" w:sz="6" w:space="0" w:color="auto"/>
            </w:tcBorders>
            <w:shd w:val="clear" w:color="000000" w:fill="B99C71"/>
            <w:vAlign w:val="center"/>
            <w:hideMark/>
          </w:tcPr>
          <w:p w:rsidR="007F26AE" w:rsidRPr="00F25ABA" w:rsidRDefault="007F26AE" w:rsidP="00F25ABA">
            <w:pPr>
              <w:spacing w:after="0" w:line="240" w:lineRule="auto"/>
              <w:jc w:val="center"/>
              <w:rPr>
                <w:rFonts w:ascii="Times New Roman" w:eastAsia="Times New Roman" w:hAnsi="Times New Roman" w:cs="Times New Roman"/>
                <w:b/>
                <w:bCs/>
                <w:color w:val="000000"/>
                <w:sz w:val="18"/>
                <w:szCs w:val="18"/>
                <w:lang w:val="tr-TR" w:eastAsia="tr-TR"/>
              </w:rPr>
            </w:pPr>
            <w:r w:rsidRPr="00F25ABA">
              <w:rPr>
                <w:rFonts w:ascii="Times New Roman" w:eastAsia="Times New Roman" w:hAnsi="Times New Roman" w:cs="Times New Roman"/>
                <w:b/>
                <w:bCs/>
                <w:color w:val="000000"/>
                <w:sz w:val="18"/>
                <w:szCs w:val="18"/>
                <w:lang w:val="tr-TR" w:eastAsia="tr-TR"/>
              </w:rPr>
              <w:t>Bitiş tarihi</w:t>
            </w:r>
          </w:p>
        </w:tc>
      </w:tr>
      <w:tr w:rsidR="007F26AE" w:rsidRPr="00F25ABA" w:rsidTr="00621353">
        <w:trPr>
          <w:trHeight w:val="330"/>
        </w:trPr>
        <w:tc>
          <w:tcPr>
            <w:tcW w:w="735" w:type="pct"/>
            <w:tcBorders>
              <w:top w:val="nil"/>
              <w:left w:val="double" w:sz="6" w:space="0" w:color="auto"/>
              <w:bottom w:val="double" w:sz="6" w:space="0" w:color="auto"/>
              <w:right w:val="double" w:sz="6" w:space="0" w:color="auto"/>
            </w:tcBorders>
            <w:shd w:val="clear" w:color="000000" w:fill="FFFFFF"/>
            <w:vAlign w:val="center"/>
            <w:hideMark/>
          </w:tcPr>
          <w:p w:rsidR="007F26AE" w:rsidRPr="00F25ABA" w:rsidRDefault="007F26AE" w:rsidP="00F25ABA">
            <w:pPr>
              <w:spacing w:after="0" w:line="240" w:lineRule="auto"/>
              <w:rPr>
                <w:rFonts w:ascii="Times New Roman" w:eastAsia="Times New Roman" w:hAnsi="Times New Roman" w:cs="Times New Roman"/>
                <w:color w:val="000000"/>
                <w:sz w:val="18"/>
                <w:szCs w:val="18"/>
                <w:lang w:val="tr-TR" w:eastAsia="tr-TR"/>
              </w:rPr>
            </w:pPr>
            <w:r w:rsidRPr="00F25ABA">
              <w:rPr>
                <w:rFonts w:ascii="Times New Roman" w:eastAsia="Times New Roman" w:hAnsi="Times New Roman" w:cs="Times New Roman"/>
                <w:color w:val="000000"/>
                <w:sz w:val="18"/>
                <w:szCs w:val="18"/>
                <w:lang w:val="tr-TR" w:eastAsia="tr-TR"/>
              </w:rPr>
              <w:t> </w:t>
            </w:r>
          </w:p>
        </w:tc>
        <w:tc>
          <w:tcPr>
            <w:tcW w:w="1007" w:type="pct"/>
            <w:tcBorders>
              <w:top w:val="nil"/>
              <w:left w:val="nil"/>
              <w:bottom w:val="double" w:sz="6" w:space="0" w:color="auto"/>
              <w:right w:val="double" w:sz="6" w:space="0" w:color="auto"/>
            </w:tcBorders>
            <w:shd w:val="clear" w:color="000000" w:fill="FFFFFF"/>
            <w:noWrap/>
            <w:vAlign w:val="center"/>
            <w:hideMark/>
          </w:tcPr>
          <w:p w:rsidR="007F26AE" w:rsidRPr="00F25ABA" w:rsidRDefault="007F26AE" w:rsidP="00F25ABA">
            <w:pPr>
              <w:spacing w:after="0" w:line="240" w:lineRule="auto"/>
              <w:jc w:val="center"/>
              <w:rPr>
                <w:rFonts w:ascii="Times New Roman" w:eastAsia="Times New Roman" w:hAnsi="Times New Roman" w:cs="Times New Roman"/>
                <w:color w:val="000000"/>
                <w:sz w:val="18"/>
                <w:szCs w:val="18"/>
                <w:lang w:val="tr-TR" w:eastAsia="tr-TR"/>
              </w:rPr>
            </w:pPr>
            <w:r w:rsidRPr="00F25ABA">
              <w:rPr>
                <w:rFonts w:ascii="Times New Roman" w:eastAsia="Times New Roman" w:hAnsi="Times New Roman" w:cs="Times New Roman"/>
                <w:color w:val="000000"/>
                <w:sz w:val="18"/>
                <w:szCs w:val="18"/>
                <w:lang w:val="tr-TR" w:eastAsia="tr-TR"/>
              </w:rPr>
              <w:t> </w:t>
            </w:r>
          </w:p>
        </w:tc>
        <w:tc>
          <w:tcPr>
            <w:tcW w:w="1007" w:type="pct"/>
            <w:tcBorders>
              <w:top w:val="nil"/>
              <w:left w:val="nil"/>
              <w:bottom w:val="double" w:sz="6" w:space="0" w:color="auto"/>
              <w:right w:val="double" w:sz="6" w:space="0" w:color="auto"/>
            </w:tcBorders>
            <w:shd w:val="clear" w:color="000000" w:fill="FFFFFF"/>
            <w:vAlign w:val="center"/>
            <w:hideMark/>
          </w:tcPr>
          <w:p w:rsidR="007F26AE" w:rsidRPr="00F25ABA" w:rsidRDefault="007F26AE" w:rsidP="00F25ABA">
            <w:pPr>
              <w:spacing w:after="0" w:line="240" w:lineRule="auto"/>
              <w:jc w:val="center"/>
              <w:rPr>
                <w:rFonts w:ascii="Times New Roman" w:eastAsia="Times New Roman" w:hAnsi="Times New Roman" w:cs="Times New Roman"/>
                <w:color w:val="000000"/>
                <w:sz w:val="18"/>
                <w:szCs w:val="18"/>
                <w:lang w:val="tr-TR" w:eastAsia="tr-TR"/>
              </w:rPr>
            </w:pPr>
            <w:r w:rsidRPr="00F25ABA">
              <w:rPr>
                <w:rFonts w:ascii="Times New Roman" w:eastAsia="Times New Roman" w:hAnsi="Times New Roman" w:cs="Times New Roman"/>
                <w:color w:val="000000"/>
                <w:sz w:val="18"/>
                <w:szCs w:val="18"/>
                <w:lang w:val="tr-TR" w:eastAsia="tr-TR"/>
              </w:rPr>
              <w:t> </w:t>
            </w:r>
          </w:p>
        </w:tc>
        <w:tc>
          <w:tcPr>
            <w:tcW w:w="916" w:type="pct"/>
            <w:tcBorders>
              <w:top w:val="nil"/>
              <w:left w:val="nil"/>
              <w:bottom w:val="double" w:sz="6" w:space="0" w:color="auto"/>
              <w:right w:val="double" w:sz="6" w:space="0" w:color="auto"/>
            </w:tcBorders>
            <w:shd w:val="clear" w:color="000000" w:fill="FFFFFF"/>
            <w:vAlign w:val="center"/>
            <w:hideMark/>
          </w:tcPr>
          <w:p w:rsidR="007F26AE" w:rsidRPr="00F25ABA" w:rsidRDefault="007F26AE" w:rsidP="00F25ABA">
            <w:pPr>
              <w:spacing w:after="0" w:line="240" w:lineRule="auto"/>
              <w:jc w:val="center"/>
              <w:rPr>
                <w:rFonts w:ascii="Times New Roman" w:eastAsia="Times New Roman" w:hAnsi="Times New Roman" w:cs="Times New Roman"/>
                <w:color w:val="000000"/>
                <w:sz w:val="18"/>
                <w:szCs w:val="18"/>
                <w:lang w:val="tr-TR" w:eastAsia="tr-TR"/>
              </w:rPr>
            </w:pPr>
            <w:r w:rsidRPr="00F25ABA">
              <w:rPr>
                <w:rFonts w:ascii="Times New Roman" w:eastAsia="Times New Roman" w:hAnsi="Times New Roman" w:cs="Times New Roman"/>
                <w:color w:val="000000"/>
                <w:sz w:val="18"/>
                <w:szCs w:val="18"/>
                <w:lang w:val="tr-TR" w:eastAsia="tr-TR"/>
              </w:rPr>
              <w:t> </w:t>
            </w:r>
          </w:p>
        </w:tc>
        <w:tc>
          <w:tcPr>
            <w:tcW w:w="812" w:type="pct"/>
            <w:tcBorders>
              <w:top w:val="nil"/>
              <w:left w:val="nil"/>
              <w:bottom w:val="double" w:sz="6" w:space="0" w:color="auto"/>
              <w:right w:val="double" w:sz="6" w:space="0" w:color="auto"/>
            </w:tcBorders>
            <w:shd w:val="clear" w:color="000000" w:fill="FFFFFF"/>
            <w:vAlign w:val="center"/>
            <w:hideMark/>
          </w:tcPr>
          <w:p w:rsidR="007F26AE" w:rsidRPr="00F25ABA" w:rsidRDefault="007F26AE" w:rsidP="00F25ABA">
            <w:pPr>
              <w:spacing w:after="0" w:line="240" w:lineRule="auto"/>
              <w:rPr>
                <w:rFonts w:ascii="Times New Roman" w:eastAsia="Times New Roman" w:hAnsi="Times New Roman" w:cs="Times New Roman"/>
                <w:color w:val="000000"/>
                <w:sz w:val="16"/>
                <w:szCs w:val="16"/>
                <w:lang w:val="tr-TR" w:eastAsia="tr-TR"/>
              </w:rPr>
            </w:pPr>
            <w:r w:rsidRPr="00F25ABA">
              <w:rPr>
                <w:rFonts w:ascii="Times New Roman" w:eastAsia="Times New Roman" w:hAnsi="Times New Roman" w:cs="Times New Roman"/>
                <w:color w:val="000000"/>
                <w:sz w:val="16"/>
                <w:szCs w:val="16"/>
                <w:lang w:val="tr-TR" w:eastAsia="tr-TR"/>
              </w:rPr>
              <w:t> </w:t>
            </w:r>
          </w:p>
        </w:tc>
        <w:tc>
          <w:tcPr>
            <w:tcW w:w="523" w:type="pct"/>
            <w:tcBorders>
              <w:top w:val="nil"/>
              <w:left w:val="nil"/>
              <w:bottom w:val="double" w:sz="6" w:space="0" w:color="auto"/>
              <w:right w:val="double" w:sz="6" w:space="0" w:color="auto"/>
            </w:tcBorders>
            <w:shd w:val="clear" w:color="000000" w:fill="FFFFFF"/>
            <w:vAlign w:val="center"/>
            <w:hideMark/>
          </w:tcPr>
          <w:p w:rsidR="007F26AE" w:rsidRPr="00F25ABA" w:rsidRDefault="007F26AE" w:rsidP="00F25ABA">
            <w:pPr>
              <w:spacing w:after="0" w:line="240" w:lineRule="auto"/>
              <w:rPr>
                <w:rFonts w:ascii="Times New Roman" w:eastAsia="Times New Roman" w:hAnsi="Times New Roman" w:cs="Times New Roman"/>
                <w:color w:val="000000"/>
                <w:sz w:val="16"/>
                <w:szCs w:val="16"/>
                <w:lang w:val="tr-TR" w:eastAsia="tr-TR"/>
              </w:rPr>
            </w:pPr>
            <w:r w:rsidRPr="00F25ABA">
              <w:rPr>
                <w:rFonts w:ascii="Times New Roman" w:eastAsia="Times New Roman" w:hAnsi="Times New Roman" w:cs="Times New Roman"/>
                <w:color w:val="000000"/>
                <w:sz w:val="16"/>
                <w:szCs w:val="16"/>
                <w:lang w:val="tr-TR" w:eastAsia="tr-TR"/>
              </w:rPr>
              <w:t> </w:t>
            </w:r>
          </w:p>
        </w:tc>
      </w:tr>
      <w:tr w:rsidR="007F26AE" w:rsidRPr="00F25ABA" w:rsidTr="00621353">
        <w:trPr>
          <w:trHeight w:val="330"/>
        </w:trPr>
        <w:tc>
          <w:tcPr>
            <w:tcW w:w="735" w:type="pct"/>
            <w:tcBorders>
              <w:top w:val="nil"/>
              <w:left w:val="double" w:sz="6" w:space="0" w:color="auto"/>
              <w:bottom w:val="double" w:sz="6" w:space="0" w:color="auto"/>
              <w:right w:val="double" w:sz="6" w:space="0" w:color="auto"/>
            </w:tcBorders>
            <w:shd w:val="clear" w:color="000000" w:fill="FFFFFF"/>
            <w:vAlign w:val="center"/>
            <w:hideMark/>
          </w:tcPr>
          <w:p w:rsidR="007F26AE" w:rsidRPr="00F25ABA" w:rsidRDefault="007F26AE" w:rsidP="00F25ABA">
            <w:pPr>
              <w:spacing w:after="0" w:line="240" w:lineRule="auto"/>
              <w:rPr>
                <w:rFonts w:ascii="Times New Roman" w:eastAsia="Times New Roman" w:hAnsi="Times New Roman" w:cs="Times New Roman"/>
                <w:color w:val="000000"/>
                <w:sz w:val="18"/>
                <w:szCs w:val="18"/>
                <w:lang w:val="tr-TR" w:eastAsia="tr-TR"/>
              </w:rPr>
            </w:pPr>
            <w:r w:rsidRPr="00F25ABA">
              <w:rPr>
                <w:rFonts w:ascii="Times New Roman" w:eastAsia="Times New Roman" w:hAnsi="Times New Roman" w:cs="Times New Roman"/>
                <w:color w:val="000000"/>
                <w:sz w:val="18"/>
                <w:szCs w:val="18"/>
                <w:lang w:val="tr-TR" w:eastAsia="tr-TR"/>
              </w:rPr>
              <w:t> </w:t>
            </w:r>
          </w:p>
        </w:tc>
        <w:tc>
          <w:tcPr>
            <w:tcW w:w="1007" w:type="pct"/>
            <w:tcBorders>
              <w:top w:val="nil"/>
              <w:left w:val="nil"/>
              <w:bottom w:val="double" w:sz="6" w:space="0" w:color="auto"/>
              <w:right w:val="double" w:sz="6" w:space="0" w:color="auto"/>
            </w:tcBorders>
            <w:shd w:val="clear" w:color="000000" w:fill="FFFFFF"/>
            <w:noWrap/>
            <w:vAlign w:val="center"/>
            <w:hideMark/>
          </w:tcPr>
          <w:p w:rsidR="007F26AE" w:rsidRPr="00F25ABA" w:rsidRDefault="007F26AE" w:rsidP="00F25ABA">
            <w:pPr>
              <w:spacing w:after="0" w:line="240" w:lineRule="auto"/>
              <w:jc w:val="center"/>
              <w:rPr>
                <w:rFonts w:ascii="Times New Roman" w:eastAsia="Times New Roman" w:hAnsi="Times New Roman" w:cs="Times New Roman"/>
                <w:color w:val="000000"/>
                <w:sz w:val="18"/>
                <w:szCs w:val="18"/>
                <w:lang w:val="tr-TR" w:eastAsia="tr-TR"/>
              </w:rPr>
            </w:pPr>
            <w:r w:rsidRPr="00F25ABA">
              <w:rPr>
                <w:rFonts w:ascii="Times New Roman" w:eastAsia="Times New Roman" w:hAnsi="Times New Roman" w:cs="Times New Roman"/>
                <w:color w:val="000000"/>
                <w:sz w:val="18"/>
                <w:szCs w:val="18"/>
                <w:lang w:val="tr-TR" w:eastAsia="tr-TR"/>
              </w:rPr>
              <w:t> </w:t>
            </w:r>
          </w:p>
        </w:tc>
        <w:tc>
          <w:tcPr>
            <w:tcW w:w="1007" w:type="pct"/>
            <w:tcBorders>
              <w:top w:val="nil"/>
              <w:left w:val="nil"/>
              <w:bottom w:val="double" w:sz="6" w:space="0" w:color="auto"/>
              <w:right w:val="double" w:sz="6" w:space="0" w:color="auto"/>
            </w:tcBorders>
            <w:shd w:val="clear" w:color="000000" w:fill="FFFFFF"/>
            <w:vAlign w:val="center"/>
            <w:hideMark/>
          </w:tcPr>
          <w:p w:rsidR="007F26AE" w:rsidRPr="00F25ABA" w:rsidRDefault="007F26AE" w:rsidP="00F25ABA">
            <w:pPr>
              <w:spacing w:after="0" w:line="240" w:lineRule="auto"/>
              <w:jc w:val="center"/>
              <w:rPr>
                <w:rFonts w:ascii="Times New Roman" w:eastAsia="Times New Roman" w:hAnsi="Times New Roman" w:cs="Times New Roman"/>
                <w:color w:val="000000"/>
                <w:sz w:val="18"/>
                <w:szCs w:val="18"/>
                <w:lang w:val="tr-TR" w:eastAsia="tr-TR"/>
              </w:rPr>
            </w:pPr>
            <w:r w:rsidRPr="00F25ABA">
              <w:rPr>
                <w:rFonts w:ascii="Times New Roman" w:eastAsia="Times New Roman" w:hAnsi="Times New Roman" w:cs="Times New Roman"/>
                <w:color w:val="000000"/>
                <w:sz w:val="18"/>
                <w:szCs w:val="18"/>
                <w:lang w:val="tr-TR" w:eastAsia="tr-TR"/>
              </w:rPr>
              <w:t> </w:t>
            </w:r>
          </w:p>
        </w:tc>
        <w:tc>
          <w:tcPr>
            <w:tcW w:w="916" w:type="pct"/>
            <w:tcBorders>
              <w:top w:val="nil"/>
              <w:left w:val="nil"/>
              <w:bottom w:val="double" w:sz="6" w:space="0" w:color="auto"/>
              <w:right w:val="double" w:sz="6" w:space="0" w:color="auto"/>
            </w:tcBorders>
            <w:shd w:val="clear" w:color="000000" w:fill="FFFFFF"/>
            <w:vAlign w:val="center"/>
            <w:hideMark/>
          </w:tcPr>
          <w:p w:rsidR="007F26AE" w:rsidRPr="00F25ABA" w:rsidRDefault="007F26AE" w:rsidP="00F25ABA">
            <w:pPr>
              <w:spacing w:after="0" w:line="240" w:lineRule="auto"/>
              <w:jc w:val="center"/>
              <w:rPr>
                <w:rFonts w:ascii="Times New Roman" w:eastAsia="Times New Roman" w:hAnsi="Times New Roman" w:cs="Times New Roman"/>
                <w:color w:val="000000"/>
                <w:sz w:val="18"/>
                <w:szCs w:val="18"/>
                <w:lang w:val="tr-TR" w:eastAsia="tr-TR"/>
              </w:rPr>
            </w:pPr>
            <w:r w:rsidRPr="00F25ABA">
              <w:rPr>
                <w:rFonts w:ascii="Times New Roman" w:eastAsia="Times New Roman" w:hAnsi="Times New Roman" w:cs="Times New Roman"/>
                <w:color w:val="000000"/>
                <w:sz w:val="18"/>
                <w:szCs w:val="18"/>
                <w:lang w:val="tr-TR" w:eastAsia="tr-TR"/>
              </w:rPr>
              <w:t> </w:t>
            </w:r>
          </w:p>
        </w:tc>
        <w:tc>
          <w:tcPr>
            <w:tcW w:w="812" w:type="pct"/>
            <w:tcBorders>
              <w:top w:val="nil"/>
              <w:left w:val="nil"/>
              <w:bottom w:val="double" w:sz="6" w:space="0" w:color="auto"/>
              <w:right w:val="double" w:sz="6" w:space="0" w:color="auto"/>
            </w:tcBorders>
            <w:shd w:val="clear" w:color="000000" w:fill="FFFFFF"/>
            <w:vAlign w:val="center"/>
            <w:hideMark/>
          </w:tcPr>
          <w:p w:rsidR="007F26AE" w:rsidRPr="00F25ABA" w:rsidRDefault="007F26AE" w:rsidP="00F25ABA">
            <w:pPr>
              <w:spacing w:after="0" w:line="240" w:lineRule="auto"/>
              <w:rPr>
                <w:rFonts w:ascii="Times New Roman" w:eastAsia="Times New Roman" w:hAnsi="Times New Roman" w:cs="Times New Roman"/>
                <w:color w:val="000000"/>
                <w:sz w:val="16"/>
                <w:szCs w:val="16"/>
                <w:lang w:val="tr-TR" w:eastAsia="tr-TR"/>
              </w:rPr>
            </w:pPr>
            <w:r w:rsidRPr="00F25ABA">
              <w:rPr>
                <w:rFonts w:ascii="Times New Roman" w:eastAsia="Times New Roman" w:hAnsi="Times New Roman" w:cs="Times New Roman"/>
                <w:color w:val="000000"/>
                <w:sz w:val="16"/>
                <w:szCs w:val="16"/>
                <w:lang w:val="tr-TR" w:eastAsia="tr-TR"/>
              </w:rPr>
              <w:t> </w:t>
            </w:r>
          </w:p>
        </w:tc>
        <w:tc>
          <w:tcPr>
            <w:tcW w:w="523" w:type="pct"/>
            <w:tcBorders>
              <w:top w:val="nil"/>
              <w:left w:val="nil"/>
              <w:bottom w:val="double" w:sz="6" w:space="0" w:color="auto"/>
              <w:right w:val="double" w:sz="6" w:space="0" w:color="auto"/>
            </w:tcBorders>
            <w:shd w:val="clear" w:color="000000" w:fill="FFFFFF"/>
            <w:vAlign w:val="center"/>
            <w:hideMark/>
          </w:tcPr>
          <w:p w:rsidR="007F26AE" w:rsidRPr="00F25ABA" w:rsidRDefault="007F26AE" w:rsidP="00F25ABA">
            <w:pPr>
              <w:spacing w:after="0" w:line="240" w:lineRule="auto"/>
              <w:rPr>
                <w:rFonts w:ascii="Times New Roman" w:eastAsia="Times New Roman" w:hAnsi="Times New Roman" w:cs="Times New Roman"/>
                <w:color w:val="000000"/>
                <w:sz w:val="16"/>
                <w:szCs w:val="16"/>
                <w:lang w:val="tr-TR" w:eastAsia="tr-TR"/>
              </w:rPr>
            </w:pPr>
            <w:r w:rsidRPr="00F25ABA">
              <w:rPr>
                <w:rFonts w:ascii="Times New Roman" w:eastAsia="Times New Roman" w:hAnsi="Times New Roman" w:cs="Times New Roman"/>
                <w:color w:val="000000"/>
                <w:sz w:val="16"/>
                <w:szCs w:val="16"/>
                <w:lang w:val="tr-TR" w:eastAsia="tr-TR"/>
              </w:rPr>
              <w:t> </w:t>
            </w:r>
          </w:p>
        </w:tc>
      </w:tr>
      <w:tr w:rsidR="007F26AE" w:rsidRPr="00F25ABA" w:rsidTr="00621353">
        <w:trPr>
          <w:trHeight w:val="330"/>
        </w:trPr>
        <w:tc>
          <w:tcPr>
            <w:tcW w:w="735" w:type="pct"/>
            <w:tcBorders>
              <w:top w:val="nil"/>
              <w:left w:val="double" w:sz="6" w:space="0" w:color="auto"/>
              <w:bottom w:val="double" w:sz="6" w:space="0" w:color="auto"/>
              <w:right w:val="double" w:sz="6" w:space="0" w:color="auto"/>
            </w:tcBorders>
            <w:shd w:val="clear" w:color="000000" w:fill="FFFFFF"/>
            <w:vAlign w:val="center"/>
            <w:hideMark/>
          </w:tcPr>
          <w:p w:rsidR="007F26AE" w:rsidRPr="00F25ABA" w:rsidRDefault="007F26AE" w:rsidP="00F25ABA">
            <w:pPr>
              <w:spacing w:after="0" w:line="240" w:lineRule="auto"/>
              <w:rPr>
                <w:rFonts w:ascii="Times New Roman" w:eastAsia="Times New Roman" w:hAnsi="Times New Roman" w:cs="Times New Roman"/>
                <w:color w:val="000000"/>
                <w:sz w:val="18"/>
                <w:szCs w:val="18"/>
                <w:lang w:val="tr-TR" w:eastAsia="tr-TR"/>
              </w:rPr>
            </w:pPr>
            <w:r w:rsidRPr="00F25ABA">
              <w:rPr>
                <w:rFonts w:ascii="Times New Roman" w:eastAsia="Times New Roman" w:hAnsi="Times New Roman" w:cs="Times New Roman"/>
                <w:color w:val="000000"/>
                <w:sz w:val="18"/>
                <w:szCs w:val="18"/>
                <w:lang w:val="tr-TR" w:eastAsia="tr-TR"/>
              </w:rPr>
              <w:t> </w:t>
            </w:r>
          </w:p>
        </w:tc>
        <w:tc>
          <w:tcPr>
            <w:tcW w:w="1007" w:type="pct"/>
            <w:tcBorders>
              <w:top w:val="nil"/>
              <w:left w:val="nil"/>
              <w:bottom w:val="double" w:sz="6" w:space="0" w:color="auto"/>
              <w:right w:val="double" w:sz="6" w:space="0" w:color="auto"/>
            </w:tcBorders>
            <w:shd w:val="clear" w:color="000000" w:fill="FFFFFF"/>
            <w:noWrap/>
            <w:vAlign w:val="center"/>
            <w:hideMark/>
          </w:tcPr>
          <w:p w:rsidR="007F26AE" w:rsidRPr="00F25ABA" w:rsidRDefault="007F26AE" w:rsidP="00F25ABA">
            <w:pPr>
              <w:spacing w:after="0" w:line="240" w:lineRule="auto"/>
              <w:jc w:val="center"/>
              <w:rPr>
                <w:rFonts w:ascii="Times New Roman" w:eastAsia="Times New Roman" w:hAnsi="Times New Roman" w:cs="Times New Roman"/>
                <w:color w:val="000000"/>
                <w:sz w:val="18"/>
                <w:szCs w:val="18"/>
                <w:lang w:val="tr-TR" w:eastAsia="tr-TR"/>
              </w:rPr>
            </w:pPr>
            <w:r w:rsidRPr="00F25ABA">
              <w:rPr>
                <w:rFonts w:ascii="Times New Roman" w:eastAsia="Times New Roman" w:hAnsi="Times New Roman" w:cs="Times New Roman"/>
                <w:color w:val="000000"/>
                <w:sz w:val="18"/>
                <w:szCs w:val="18"/>
                <w:lang w:val="tr-TR" w:eastAsia="tr-TR"/>
              </w:rPr>
              <w:t> </w:t>
            </w:r>
          </w:p>
        </w:tc>
        <w:tc>
          <w:tcPr>
            <w:tcW w:w="1007" w:type="pct"/>
            <w:tcBorders>
              <w:top w:val="nil"/>
              <w:left w:val="nil"/>
              <w:bottom w:val="double" w:sz="6" w:space="0" w:color="auto"/>
              <w:right w:val="double" w:sz="6" w:space="0" w:color="auto"/>
            </w:tcBorders>
            <w:shd w:val="clear" w:color="000000" w:fill="FFFFFF"/>
            <w:vAlign w:val="center"/>
            <w:hideMark/>
          </w:tcPr>
          <w:p w:rsidR="007F26AE" w:rsidRPr="00F25ABA" w:rsidRDefault="007F26AE" w:rsidP="00F25ABA">
            <w:pPr>
              <w:spacing w:after="0" w:line="240" w:lineRule="auto"/>
              <w:jc w:val="center"/>
              <w:rPr>
                <w:rFonts w:ascii="Times New Roman" w:eastAsia="Times New Roman" w:hAnsi="Times New Roman" w:cs="Times New Roman"/>
                <w:color w:val="000000"/>
                <w:sz w:val="18"/>
                <w:szCs w:val="18"/>
                <w:lang w:val="tr-TR" w:eastAsia="tr-TR"/>
              </w:rPr>
            </w:pPr>
            <w:r w:rsidRPr="00F25ABA">
              <w:rPr>
                <w:rFonts w:ascii="Times New Roman" w:eastAsia="Times New Roman" w:hAnsi="Times New Roman" w:cs="Times New Roman"/>
                <w:color w:val="000000"/>
                <w:sz w:val="18"/>
                <w:szCs w:val="18"/>
                <w:lang w:val="tr-TR" w:eastAsia="tr-TR"/>
              </w:rPr>
              <w:t> </w:t>
            </w:r>
          </w:p>
        </w:tc>
        <w:tc>
          <w:tcPr>
            <w:tcW w:w="916" w:type="pct"/>
            <w:tcBorders>
              <w:top w:val="nil"/>
              <w:left w:val="nil"/>
              <w:bottom w:val="double" w:sz="6" w:space="0" w:color="auto"/>
              <w:right w:val="double" w:sz="6" w:space="0" w:color="auto"/>
            </w:tcBorders>
            <w:shd w:val="clear" w:color="000000" w:fill="FFFFFF"/>
            <w:vAlign w:val="center"/>
            <w:hideMark/>
          </w:tcPr>
          <w:p w:rsidR="007F26AE" w:rsidRPr="00F25ABA" w:rsidRDefault="007F26AE" w:rsidP="00F25ABA">
            <w:pPr>
              <w:spacing w:after="0" w:line="240" w:lineRule="auto"/>
              <w:jc w:val="center"/>
              <w:rPr>
                <w:rFonts w:ascii="Times New Roman" w:eastAsia="Times New Roman" w:hAnsi="Times New Roman" w:cs="Times New Roman"/>
                <w:color w:val="000000"/>
                <w:sz w:val="18"/>
                <w:szCs w:val="18"/>
                <w:lang w:val="tr-TR" w:eastAsia="tr-TR"/>
              </w:rPr>
            </w:pPr>
            <w:r w:rsidRPr="00F25ABA">
              <w:rPr>
                <w:rFonts w:ascii="Times New Roman" w:eastAsia="Times New Roman" w:hAnsi="Times New Roman" w:cs="Times New Roman"/>
                <w:color w:val="000000"/>
                <w:sz w:val="18"/>
                <w:szCs w:val="18"/>
                <w:lang w:val="tr-TR" w:eastAsia="tr-TR"/>
              </w:rPr>
              <w:t> </w:t>
            </w:r>
          </w:p>
        </w:tc>
        <w:tc>
          <w:tcPr>
            <w:tcW w:w="812" w:type="pct"/>
            <w:tcBorders>
              <w:top w:val="nil"/>
              <w:left w:val="nil"/>
              <w:bottom w:val="double" w:sz="6" w:space="0" w:color="auto"/>
              <w:right w:val="double" w:sz="6" w:space="0" w:color="auto"/>
            </w:tcBorders>
            <w:shd w:val="clear" w:color="000000" w:fill="FFFFFF"/>
            <w:vAlign w:val="center"/>
            <w:hideMark/>
          </w:tcPr>
          <w:p w:rsidR="007F26AE" w:rsidRPr="00F25ABA" w:rsidRDefault="007F26AE" w:rsidP="00F25ABA">
            <w:pPr>
              <w:spacing w:after="0" w:line="240" w:lineRule="auto"/>
              <w:rPr>
                <w:rFonts w:ascii="Times New Roman" w:eastAsia="Times New Roman" w:hAnsi="Times New Roman" w:cs="Times New Roman"/>
                <w:color w:val="000000"/>
                <w:sz w:val="16"/>
                <w:szCs w:val="16"/>
                <w:lang w:val="tr-TR" w:eastAsia="tr-TR"/>
              </w:rPr>
            </w:pPr>
            <w:r w:rsidRPr="00F25ABA">
              <w:rPr>
                <w:rFonts w:ascii="Times New Roman" w:eastAsia="Times New Roman" w:hAnsi="Times New Roman" w:cs="Times New Roman"/>
                <w:color w:val="000000"/>
                <w:sz w:val="16"/>
                <w:szCs w:val="16"/>
                <w:lang w:val="tr-TR" w:eastAsia="tr-TR"/>
              </w:rPr>
              <w:t> </w:t>
            </w:r>
          </w:p>
        </w:tc>
        <w:tc>
          <w:tcPr>
            <w:tcW w:w="523" w:type="pct"/>
            <w:tcBorders>
              <w:top w:val="nil"/>
              <w:left w:val="nil"/>
              <w:bottom w:val="double" w:sz="6" w:space="0" w:color="auto"/>
              <w:right w:val="double" w:sz="6" w:space="0" w:color="auto"/>
            </w:tcBorders>
            <w:shd w:val="clear" w:color="000000" w:fill="FFFFFF"/>
            <w:vAlign w:val="center"/>
            <w:hideMark/>
          </w:tcPr>
          <w:p w:rsidR="007F26AE" w:rsidRPr="00F25ABA" w:rsidRDefault="007F26AE" w:rsidP="00F25ABA">
            <w:pPr>
              <w:spacing w:after="0" w:line="240" w:lineRule="auto"/>
              <w:jc w:val="center"/>
              <w:rPr>
                <w:rFonts w:ascii="Times New Roman" w:eastAsia="Times New Roman" w:hAnsi="Times New Roman" w:cs="Times New Roman"/>
                <w:color w:val="000000"/>
                <w:sz w:val="16"/>
                <w:szCs w:val="16"/>
                <w:lang w:val="tr-TR" w:eastAsia="tr-TR"/>
              </w:rPr>
            </w:pPr>
            <w:r w:rsidRPr="00F25ABA">
              <w:rPr>
                <w:rFonts w:ascii="Times New Roman" w:eastAsia="Times New Roman" w:hAnsi="Times New Roman" w:cs="Times New Roman"/>
                <w:color w:val="000000"/>
                <w:sz w:val="16"/>
                <w:szCs w:val="16"/>
                <w:lang w:val="tr-TR" w:eastAsia="tr-TR"/>
              </w:rPr>
              <w:t> </w:t>
            </w:r>
          </w:p>
        </w:tc>
      </w:tr>
      <w:tr w:rsidR="007F26AE" w:rsidRPr="00F25ABA" w:rsidTr="00621353">
        <w:trPr>
          <w:trHeight w:val="300"/>
        </w:trPr>
        <w:tc>
          <w:tcPr>
            <w:tcW w:w="735" w:type="pct"/>
            <w:tcBorders>
              <w:top w:val="nil"/>
              <w:left w:val="nil"/>
              <w:bottom w:val="nil"/>
              <w:right w:val="nil"/>
            </w:tcBorders>
            <w:shd w:val="clear" w:color="auto" w:fill="auto"/>
            <w:noWrap/>
            <w:vAlign w:val="bottom"/>
            <w:hideMark/>
          </w:tcPr>
          <w:p w:rsidR="007F26AE" w:rsidRDefault="007F26AE" w:rsidP="00F25ABA">
            <w:pPr>
              <w:spacing w:after="0" w:line="240" w:lineRule="auto"/>
              <w:rPr>
                <w:rFonts w:ascii="Times New Roman" w:eastAsia="Times New Roman" w:hAnsi="Times New Roman" w:cs="Times New Roman"/>
                <w:color w:val="000000"/>
                <w:sz w:val="18"/>
                <w:szCs w:val="18"/>
                <w:lang w:val="tr-TR" w:eastAsia="tr-TR"/>
              </w:rPr>
            </w:pPr>
          </w:p>
          <w:p w:rsidR="00134A84" w:rsidRPr="00F25ABA" w:rsidRDefault="00134A84" w:rsidP="00F25ABA">
            <w:pPr>
              <w:spacing w:after="0" w:line="240" w:lineRule="auto"/>
              <w:rPr>
                <w:rFonts w:ascii="Times New Roman" w:eastAsia="Times New Roman" w:hAnsi="Times New Roman" w:cs="Times New Roman"/>
                <w:color w:val="000000"/>
                <w:sz w:val="18"/>
                <w:szCs w:val="18"/>
                <w:lang w:val="tr-TR" w:eastAsia="tr-TR"/>
              </w:rPr>
            </w:pPr>
          </w:p>
        </w:tc>
        <w:tc>
          <w:tcPr>
            <w:tcW w:w="1007" w:type="pct"/>
            <w:tcBorders>
              <w:top w:val="nil"/>
              <w:left w:val="nil"/>
              <w:bottom w:val="nil"/>
              <w:right w:val="nil"/>
            </w:tcBorders>
            <w:shd w:val="clear" w:color="auto" w:fill="auto"/>
            <w:noWrap/>
            <w:vAlign w:val="bottom"/>
            <w:hideMark/>
          </w:tcPr>
          <w:p w:rsidR="007F26AE" w:rsidRPr="00F25ABA" w:rsidRDefault="007F26AE" w:rsidP="00F25ABA">
            <w:pPr>
              <w:spacing w:after="0" w:line="240" w:lineRule="auto"/>
              <w:rPr>
                <w:rFonts w:ascii="Times New Roman" w:eastAsia="Times New Roman" w:hAnsi="Times New Roman" w:cs="Times New Roman"/>
                <w:sz w:val="20"/>
                <w:szCs w:val="20"/>
                <w:lang w:val="tr-TR" w:eastAsia="tr-TR"/>
              </w:rPr>
            </w:pPr>
          </w:p>
        </w:tc>
        <w:tc>
          <w:tcPr>
            <w:tcW w:w="1007" w:type="pct"/>
            <w:tcBorders>
              <w:top w:val="nil"/>
              <w:left w:val="nil"/>
              <w:bottom w:val="nil"/>
              <w:right w:val="nil"/>
            </w:tcBorders>
            <w:shd w:val="clear" w:color="auto" w:fill="auto"/>
            <w:noWrap/>
            <w:vAlign w:val="bottom"/>
            <w:hideMark/>
          </w:tcPr>
          <w:p w:rsidR="007F26AE" w:rsidRPr="00F25ABA" w:rsidRDefault="007F26AE" w:rsidP="00F25ABA">
            <w:pPr>
              <w:spacing w:after="0" w:line="240" w:lineRule="auto"/>
              <w:rPr>
                <w:rFonts w:ascii="Times New Roman" w:eastAsia="Times New Roman" w:hAnsi="Times New Roman" w:cs="Times New Roman"/>
                <w:sz w:val="20"/>
                <w:szCs w:val="20"/>
                <w:lang w:val="tr-TR" w:eastAsia="tr-TR"/>
              </w:rPr>
            </w:pPr>
          </w:p>
        </w:tc>
        <w:tc>
          <w:tcPr>
            <w:tcW w:w="916" w:type="pct"/>
            <w:tcBorders>
              <w:top w:val="nil"/>
              <w:left w:val="nil"/>
              <w:bottom w:val="nil"/>
              <w:right w:val="nil"/>
            </w:tcBorders>
            <w:shd w:val="clear" w:color="auto" w:fill="auto"/>
            <w:noWrap/>
            <w:vAlign w:val="bottom"/>
            <w:hideMark/>
          </w:tcPr>
          <w:p w:rsidR="007F26AE" w:rsidRPr="00F25ABA" w:rsidRDefault="007F26AE" w:rsidP="00F25ABA">
            <w:pPr>
              <w:spacing w:after="0" w:line="240" w:lineRule="auto"/>
              <w:rPr>
                <w:rFonts w:ascii="Times New Roman" w:eastAsia="Times New Roman" w:hAnsi="Times New Roman" w:cs="Times New Roman"/>
                <w:sz w:val="20"/>
                <w:szCs w:val="20"/>
                <w:lang w:val="tr-TR" w:eastAsia="tr-TR"/>
              </w:rPr>
            </w:pPr>
          </w:p>
        </w:tc>
        <w:tc>
          <w:tcPr>
            <w:tcW w:w="812" w:type="pct"/>
            <w:tcBorders>
              <w:top w:val="nil"/>
              <w:left w:val="nil"/>
              <w:bottom w:val="nil"/>
              <w:right w:val="nil"/>
            </w:tcBorders>
            <w:shd w:val="clear" w:color="auto" w:fill="auto"/>
            <w:noWrap/>
            <w:vAlign w:val="bottom"/>
            <w:hideMark/>
          </w:tcPr>
          <w:p w:rsidR="007F26AE" w:rsidRPr="00F25ABA" w:rsidRDefault="007F26AE" w:rsidP="00F25ABA">
            <w:pPr>
              <w:spacing w:after="0" w:line="240" w:lineRule="auto"/>
              <w:rPr>
                <w:rFonts w:ascii="Times New Roman" w:eastAsia="Times New Roman" w:hAnsi="Times New Roman" w:cs="Times New Roman"/>
                <w:sz w:val="20"/>
                <w:szCs w:val="20"/>
                <w:lang w:val="tr-TR" w:eastAsia="tr-TR"/>
              </w:rPr>
            </w:pPr>
          </w:p>
        </w:tc>
        <w:tc>
          <w:tcPr>
            <w:tcW w:w="523" w:type="pct"/>
            <w:tcBorders>
              <w:top w:val="nil"/>
              <w:left w:val="nil"/>
              <w:bottom w:val="nil"/>
              <w:right w:val="nil"/>
            </w:tcBorders>
            <w:shd w:val="clear" w:color="auto" w:fill="auto"/>
            <w:noWrap/>
            <w:vAlign w:val="bottom"/>
            <w:hideMark/>
          </w:tcPr>
          <w:p w:rsidR="007F26AE" w:rsidRPr="00F25ABA" w:rsidRDefault="007F26AE" w:rsidP="00F25ABA">
            <w:pPr>
              <w:spacing w:after="0" w:line="240" w:lineRule="auto"/>
              <w:rPr>
                <w:rFonts w:ascii="Times New Roman" w:eastAsia="Times New Roman" w:hAnsi="Times New Roman" w:cs="Times New Roman"/>
                <w:sz w:val="20"/>
                <w:szCs w:val="20"/>
                <w:lang w:val="tr-TR" w:eastAsia="tr-TR"/>
              </w:rPr>
            </w:pPr>
          </w:p>
        </w:tc>
      </w:tr>
    </w:tbl>
    <w:p w:rsidR="00BF2249" w:rsidRDefault="00BF2249" w:rsidP="00E24BA4"/>
    <w:p w:rsidR="00134A84" w:rsidRDefault="00134A84" w:rsidP="00E24BA4"/>
    <w:p w:rsidR="00E24BA4" w:rsidRDefault="00E24BA4" w:rsidP="00E24BA4"/>
    <w:p w:rsidR="00E24BA4" w:rsidRDefault="00E24BA4" w:rsidP="00E24BA4">
      <w:proofErr w:type="spellStart"/>
      <w:r>
        <w:t>Bilimsel</w:t>
      </w:r>
      <w:proofErr w:type="spellEnd"/>
      <w:r>
        <w:t xml:space="preserve"> </w:t>
      </w:r>
      <w:proofErr w:type="spellStart"/>
      <w:r>
        <w:t>Yayınlar</w:t>
      </w:r>
      <w:proofErr w:type="spellEnd"/>
      <w:r>
        <w:t xml:space="preserve"> </w:t>
      </w:r>
      <w:proofErr w:type="spellStart"/>
      <w:r>
        <w:t>ve</w:t>
      </w:r>
      <w:proofErr w:type="spellEnd"/>
      <w:r>
        <w:t xml:space="preserve"> </w:t>
      </w:r>
      <w:proofErr w:type="spellStart"/>
      <w:r>
        <w:t>Atıflar</w:t>
      </w:r>
      <w:proofErr w:type="spellEnd"/>
      <w: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05"/>
        <w:gridCol w:w="3410"/>
        <w:gridCol w:w="850"/>
        <w:gridCol w:w="2137"/>
        <w:gridCol w:w="1260"/>
      </w:tblGrid>
      <w:tr w:rsidR="00E24BA4" w:rsidRPr="00D966FA" w:rsidTr="00445D39">
        <w:trPr>
          <w:tblHeader/>
          <w:tblCellSpacing w:w="15" w:type="dxa"/>
        </w:trPr>
        <w:tc>
          <w:tcPr>
            <w:tcW w:w="0" w:type="auto"/>
            <w:shd w:val="clear" w:color="auto" w:fill="B99C71"/>
            <w:vAlign w:val="center"/>
            <w:hideMark/>
          </w:tcPr>
          <w:p w:rsidR="00E24BA4" w:rsidRPr="00D966FA" w:rsidRDefault="00E24BA4" w:rsidP="009D611D">
            <w:pPr>
              <w:pStyle w:val="Stil4"/>
            </w:pPr>
            <w:r w:rsidRPr="00D966FA">
              <w:t>Yayın Türü</w:t>
            </w:r>
          </w:p>
        </w:tc>
        <w:tc>
          <w:tcPr>
            <w:tcW w:w="3380" w:type="dxa"/>
            <w:shd w:val="clear" w:color="auto" w:fill="B99C71"/>
            <w:vAlign w:val="center"/>
            <w:hideMark/>
          </w:tcPr>
          <w:p w:rsidR="00E24BA4" w:rsidRPr="00D966FA" w:rsidRDefault="00E24BA4" w:rsidP="009D611D">
            <w:pPr>
              <w:pStyle w:val="Stil4"/>
            </w:pPr>
            <w:r w:rsidRPr="00D966FA">
              <w:t xml:space="preserve">Dizin / Kapsam (SCI-E, SSCI, </w:t>
            </w:r>
            <w:r>
              <w:t xml:space="preserve">TR Dizin, </w:t>
            </w:r>
            <w:r w:rsidRPr="00D966FA">
              <w:t>Ulusal vb.)</w:t>
            </w:r>
          </w:p>
        </w:tc>
        <w:tc>
          <w:tcPr>
            <w:tcW w:w="820" w:type="dxa"/>
            <w:shd w:val="clear" w:color="auto" w:fill="B99C71"/>
            <w:vAlign w:val="center"/>
            <w:hideMark/>
          </w:tcPr>
          <w:p w:rsidR="00E24BA4" w:rsidRPr="00D966FA" w:rsidRDefault="00E24BA4" w:rsidP="009D611D">
            <w:pPr>
              <w:pStyle w:val="Stil4"/>
            </w:pPr>
            <w:r w:rsidRPr="00D966FA">
              <w:t>Yayın Sayısı</w:t>
            </w:r>
          </w:p>
        </w:tc>
        <w:tc>
          <w:tcPr>
            <w:tcW w:w="2107" w:type="dxa"/>
            <w:shd w:val="clear" w:color="auto" w:fill="B99C71"/>
            <w:vAlign w:val="center"/>
            <w:hideMark/>
          </w:tcPr>
          <w:p w:rsidR="00E24BA4" w:rsidRPr="00D966FA" w:rsidRDefault="00E24BA4" w:rsidP="009D611D">
            <w:pPr>
              <w:pStyle w:val="Stil4"/>
            </w:pPr>
            <w:r w:rsidRPr="00D966FA">
              <w:t>Uluslararası Ortak Yazarlı Yayın Sayısı</w:t>
            </w:r>
          </w:p>
        </w:tc>
        <w:tc>
          <w:tcPr>
            <w:tcW w:w="0" w:type="auto"/>
            <w:shd w:val="clear" w:color="auto" w:fill="B99C71"/>
            <w:vAlign w:val="center"/>
            <w:hideMark/>
          </w:tcPr>
          <w:p w:rsidR="00E24BA4" w:rsidRPr="00D966FA" w:rsidRDefault="00E24BA4" w:rsidP="009D611D">
            <w:pPr>
              <w:pStyle w:val="Stil4"/>
            </w:pPr>
            <w:r w:rsidRPr="00D966FA">
              <w:t>Toplam Atıf Sayısı</w:t>
            </w:r>
          </w:p>
        </w:tc>
      </w:tr>
      <w:tr w:rsidR="002E0537" w:rsidRPr="00D966FA" w:rsidTr="00445D39">
        <w:trPr>
          <w:tblCellSpacing w:w="15" w:type="dxa"/>
        </w:trPr>
        <w:tc>
          <w:tcPr>
            <w:tcW w:w="0" w:type="auto"/>
            <w:vMerge w:val="restart"/>
            <w:vAlign w:val="center"/>
            <w:hideMark/>
          </w:tcPr>
          <w:p w:rsidR="002E0537" w:rsidRPr="00D966FA" w:rsidRDefault="002E0537" w:rsidP="009D611D">
            <w:pPr>
              <w:pStyle w:val="Stil4"/>
            </w:pPr>
            <w:r w:rsidRPr="00D966FA">
              <w:t>Makale</w:t>
            </w:r>
          </w:p>
        </w:tc>
        <w:tc>
          <w:tcPr>
            <w:tcW w:w="3380" w:type="dxa"/>
            <w:vAlign w:val="center"/>
            <w:hideMark/>
          </w:tcPr>
          <w:p w:rsidR="002E0537" w:rsidRPr="00D966FA" w:rsidRDefault="002E0537" w:rsidP="002E0537">
            <w:pPr>
              <w:pStyle w:val="Stil4"/>
            </w:pPr>
            <w:r>
              <w:t>SCI</w:t>
            </w:r>
          </w:p>
        </w:tc>
        <w:tc>
          <w:tcPr>
            <w:tcW w:w="820" w:type="dxa"/>
            <w:vAlign w:val="center"/>
            <w:hideMark/>
          </w:tcPr>
          <w:p w:rsidR="002E0537" w:rsidRPr="00D966FA" w:rsidRDefault="002E0537" w:rsidP="009D611D">
            <w:pPr>
              <w:pStyle w:val="Stil4"/>
            </w:pPr>
            <w:r w:rsidRPr="00D966FA">
              <w:t>…</w:t>
            </w:r>
          </w:p>
        </w:tc>
        <w:tc>
          <w:tcPr>
            <w:tcW w:w="2107" w:type="dxa"/>
            <w:vAlign w:val="center"/>
            <w:hideMark/>
          </w:tcPr>
          <w:p w:rsidR="002E0537" w:rsidRPr="00D966FA" w:rsidRDefault="002E0537" w:rsidP="009D611D">
            <w:pPr>
              <w:pStyle w:val="Stil4"/>
            </w:pPr>
            <w:r w:rsidRPr="00D966FA">
              <w:t>…</w:t>
            </w:r>
          </w:p>
        </w:tc>
        <w:tc>
          <w:tcPr>
            <w:tcW w:w="0" w:type="auto"/>
            <w:vAlign w:val="center"/>
            <w:hideMark/>
          </w:tcPr>
          <w:p w:rsidR="002E0537" w:rsidRPr="00D966FA" w:rsidRDefault="002E0537" w:rsidP="009D611D">
            <w:pPr>
              <w:pStyle w:val="Stil4"/>
            </w:pPr>
            <w:r w:rsidRPr="00D966FA">
              <w:t>…</w:t>
            </w:r>
          </w:p>
        </w:tc>
      </w:tr>
      <w:tr w:rsidR="002E0537" w:rsidRPr="00D966FA" w:rsidTr="00445D39">
        <w:trPr>
          <w:tblCellSpacing w:w="15" w:type="dxa"/>
        </w:trPr>
        <w:tc>
          <w:tcPr>
            <w:tcW w:w="0" w:type="auto"/>
            <w:vMerge/>
            <w:vAlign w:val="center"/>
          </w:tcPr>
          <w:p w:rsidR="002E0537" w:rsidRPr="00D966FA" w:rsidRDefault="002E0537" w:rsidP="009D611D">
            <w:pPr>
              <w:pStyle w:val="Stil4"/>
            </w:pPr>
          </w:p>
        </w:tc>
        <w:tc>
          <w:tcPr>
            <w:tcW w:w="3380" w:type="dxa"/>
            <w:vAlign w:val="center"/>
          </w:tcPr>
          <w:p w:rsidR="002E0537" w:rsidRPr="00D966FA" w:rsidRDefault="002E0537" w:rsidP="009D611D">
            <w:pPr>
              <w:pStyle w:val="Stil4"/>
            </w:pPr>
            <w:r w:rsidRPr="00D966FA">
              <w:t>SSCI</w:t>
            </w:r>
          </w:p>
        </w:tc>
        <w:tc>
          <w:tcPr>
            <w:tcW w:w="820" w:type="dxa"/>
            <w:vAlign w:val="center"/>
          </w:tcPr>
          <w:p w:rsidR="002E0537" w:rsidRPr="00D966FA" w:rsidRDefault="002E0537" w:rsidP="009D611D">
            <w:pPr>
              <w:pStyle w:val="Stil4"/>
            </w:pPr>
          </w:p>
        </w:tc>
        <w:tc>
          <w:tcPr>
            <w:tcW w:w="2107" w:type="dxa"/>
            <w:vAlign w:val="center"/>
          </w:tcPr>
          <w:p w:rsidR="002E0537" w:rsidRPr="00D966FA" w:rsidRDefault="002E0537" w:rsidP="009D611D">
            <w:pPr>
              <w:pStyle w:val="Stil4"/>
            </w:pPr>
          </w:p>
        </w:tc>
        <w:tc>
          <w:tcPr>
            <w:tcW w:w="0" w:type="auto"/>
            <w:vAlign w:val="center"/>
          </w:tcPr>
          <w:p w:rsidR="002E0537" w:rsidRPr="00D966FA" w:rsidRDefault="002E0537" w:rsidP="009D611D">
            <w:pPr>
              <w:pStyle w:val="Stil4"/>
            </w:pPr>
          </w:p>
        </w:tc>
      </w:tr>
      <w:tr w:rsidR="002E0537" w:rsidRPr="00D966FA" w:rsidTr="00445D39">
        <w:trPr>
          <w:tblCellSpacing w:w="15" w:type="dxa"/>
        </w:trPr>
        <w:tc>
          <w:tcPr>
            <w:tcW w:w="0" w:type="auto"/>
            <w:vMerge/>
            <w:vAlign w:val="center"/>
          </w:tcPr>
          <w:p w:rsidR="002E0537" w:rsidRPr="00D966FA" w:rsidRDefault="002E0537" w:rsidP="009D611D">
            <w:pPr>
              <w:pStyle w:val="Stil4"/>
            </w:pPr>
          </w:p>
        </w:tc>
        <w:tc>
          <w:tcPr>
            <w:tcW w:w="3380" w:type="dxa"/>
            <w:vAlign w:val="center"/>
          </w:tcPr>
          <w:p w:rsidR="002E0537" w:rsidRPr="00D966FA" w:rsidRDefault="002E0537" w:rsidP="009D611D">
            <w:pPr>
              <w:pStyle w:val="Stil4"/>
            </w:pPr>
            <w:r>
              <w:t>TR DİZİN</w:t>
            </w:r>
          </w:p>
        </w:tc>
        <w:tc>
          <w:tcPr>
            <w:tcW w:w="820" w:type="dxa"/>
            <w:vAlign w:val="center"/>
          </w:tcPr>
          <w:p w:rsidR="002E0537" w:rsidRPr="00D966FA" w:rsidRDefault="002E0537" w:rsidP="009D611D">
            <w:pPr>
              <w:pStyle w:val="Stil4"/>
            </w:pPr>
          </w:p>
        </w:tc>
        <w:tc>
          <w:tcPr>
            <w:tcW w:w="2107" w:type="dxa"/>
            <w:vAlign w:val="center"/>
          </w:tcPr>
          <w:p w:rsidR="002E0537" w:rsidRPr="00D966FA" w:rsidRDefault="002E0537" w:rsidP="009D611D">
            <w:pPr>
              <w:pStyle w:val="Stil4"/>
            </w:pPr>
          </w:p>
        </w:tc>
        <w:tc>
          <w:tcPr>
            <w:tcW w:w="0" w:type="auto"/>
            <w:vAlign w:val="center"/>
          </w:tcPr>
          <w:p w:rsidR="002E0537" w:rsidRPr="00D966FA" w:rsidRDefault="002E0537" w:rsidP="009D611D">
            <w:pPr>
              <w:pStyle w:val="Stil4"/>
            </w:pPr>
          </w:p>
        </w:tc>
      </w:tr>
      <w:tr w:rsidR="002E0537" w:rsidRPr="00D966FA" w:rsidTr="00445D39">
        <w:trPr>
          <w:tblCellSpacing w:w="15" w:type="dxa"/>
        </w:trPr>
        <w:tc>
          <w:tcPr>
            <w:tcW w:w="0" w:type="auto"/>
            <w:vMerge/>
            <w:vAlign w:val="center"/>
          </w:tcPr>
          <w:p w:rsidR="002E0537" w:rsidRPr="00D966FA" w:rsidRDefault="002E0537" w:rsidP="009D611D">
            <w:pPr>
              <w:pStyle w:val="Stil4"/>
            </w:pPr>
          </w:p>
        </w:tc>
        <w:tc>
          <w:tcPr>
            <w:tcW w:w="3380" w:type="dxa"/>
            <w:vAlign w:val="center"/>
          </w:tcPr>
          <w:p w:rsidR="002E0537" w:rsidRPr="00D966FA" w:rsidRDefault="002E0537" w:rsidP="009D611D">
            <w:pPr>
              <w:pStyle w:val="Stil4"/>
            </w:pPr>
            <w:r>
              <w:t xml:space="preserve">ULUSAL </w:t>
            </w:r>
            <w:proofErr w:type="spellStart"/>
            <w:r>
              <w:t>vb</w:t>
            </w:r>
            <w:proofErr w:type="spellEnd"/>
          </w:p>
        </w:tc>
        <w:tc>
          <w:tcPr>
            <w:tcW w:w="820" w:type="dxa"/>
            <w:vAlign w:val="center"/>
          </w:tcPr>
          <w:p w:rsidR="002E0537" w:rsidRPr="00D966FA" w:rsidRDefault="002E0537" w:rsidP="009D611D">
            <w:pPr>
              <w:pStyle w:val="Stil4"/>
            </w:pPr>
          </w:p>
        </w:tc>
        <w:tc>
          <w:tcPr>
            <w:tcW w:w="2107" w:type="dxa"/>
            <w:vAlign w:val="center"/>
          </w:tcPr>
          <w:p w:rsidR="002E0537" w:rsidRPr="00D966FA" w:rsidRDefault="002E0537" w:rsidP="009D611D">
            <w:pPr>
              <w:pStyle w:val="Stil4"/>
            </w:pPr>
          </w:p>
        </w:tc>
        <w:tc>
          <w:tcPr>
            <w:tcW w:w="0" w:type="auto"/>
            <w:vAlign w:val="center"/>
          </w:tcPr>
          <w:p w:rsidR="002E0537" w:rsidRPr="00D966FA" w:rsidRDefault="002E0537" w:rsidP="009D611D">
            <w:pPr>
              <w:pStyle w:val="Stil4"/>
            </w:pPr>
          </w:p>
        </w:tc>
      </w:tr>
      <w:tr w:rsidR="00E24BA4" w:rsidRPr="00D966FA" w:rsidTr="00445D39">
        <w:trPr>
          <w:tblCellSpacing w:w="15" w:type="dxa"/>
        </w:trPr>
        <w:tc>
          <w:tcPr>
            <w:tcW w:w="0" w:type="auto"/>
            <w:vAlign w:val="center"/>
            <w:hideMark/>
          </w:tcPr>
          <w:p w:rsidR="00E24BA4" w:rsidRPr="00D966FA" w:rsidRDefault="00E24BA4" w:rsidP="009D611D">
            <w:pPr>
              <w:pStyle w:val="Stil4"/>
            </w:pPr>
            <w:r w:rsidRPr="00D966FA">
              <w:t>Bildiri</w:t>
            </w:r>
          </w:p>
        </w:tc>
        <w:tc>
          <w:tcPr>
            <w:tcW w:w="3380" w:type="dxa"/>
            <w:vAlign w:val="center"/>
            <w:hideMark/>
          </w:tcPr>
          <w:p w:rsidR="00E24BA4" w:rsidRPr="00D966FA" w:rsidRDefault="00E24BA4" w:rsidP="009D611D">
            <w:pPr>
              <w:pStyle w:val="Stil4"/>
            </w:pPr>
            <w:r w:rsidRPr="00D966FA">
              <w:t>Uluslararası</w:t>
            </w:r>
          </w:p>
        </w:tc>
        <w:tc>
          <w:tcPr>
            <w:tcW w:w="820" w:type="dxa"/>
            <w:vAlign w:val="center"/>
            <w:hideMark/>
          </w:tcPr>
          <w:p w:rsidR="00E24BA4" w:rsidRPr="00D966FA" w:rsidRDefault="00E24BA4" w:rsidP="009D611D">
            <w:pPr>
              <w:pStyle w:val="Stil4"/>
            </w:pPr>
            <w:r w:rsidRPr="00D966FA">
              <w:t>…</w:t>
            </w:r>
          </w:p>
        </w:tc>
        <w:tc>
          <w:tcPr>
            <w:tcW w:w="2107" w:type="dxa"/>
            <w:vAlign w:val="center"/>
            <w:hideMark/>
          </w:tcPr>
          <w:p w:rsidR="00E24BA4" w:rsidRPr="00D966FA" w:rsidRDefault="00E24BA4" w:rsidP="009D611D">
            <w:pPr>
              <w:pStyle w:val="Stil4"/>
            </w:pPr>
            <w:r w:rsidRPr="00D966FA">
              <w:t>…</w:t>
            </w:r>
          </w:p>
        </w:tc>
        <w:tc>
          <w:tcPr>
            <w:tcW w:w="0" w:type="auto"/>
            <w:vAlign w:val="center"/>
            <w:hideMark/>
          </w:tcPr>
          <w:p w:rsidR="00E24BA4" w:rsidRPr="00D966FA" w:rsidRDefault="00E24BA4" w:rsidP="009D611D">
            <w:pPr>
              <w:pStyle w:val="Stil4"/>
            </w:pPr>
            <w:r w:rsidRPr="00D966FA">
              <w:t>…</w:t>
            </w:r>
          </w:p>
        </w:tc>
      </w:tr>
      <w:tr w:rsidR="00E24BA4" w:rsidRPr="00D966FA" w:rsidTr="00445D39">
        <w:trPr>
          <w:tblCellSpacing w:w="15" w:type="dxa"/>
        </w:trPr>
        <w:tc>
          <w:tcPr>
            <w:tcW w:w="0" w:type="auto"/>
            <w:vAlign w:val="center"/>
            <w:hideMark/>
          </w:tcPr>
          <w:p w:rsidR="00E24BA4" w:rsidRPr="00D966FA" w:rsidRDefault="00E24BA4" w:rsidP="009D611D">
            <w:pPr>
              <w:pStyle w:val="Stil4"/>
            </w:pPr>
            <w:r w:rsidRPr="00D966FA">
              <w:t>Bildiri</w:t>
            </w:r>
          </w:p>
        </w:tc>
        <w:tc>
          <w:tcPr>
            <w:tcW w:w="3380" w:type="dxa"/>
            <w:vAlign w:val="center"/>
            <w:hideMark/>
          </w:tcPr>
          <w:p w:rsidR="00E24BA4" w:rsidRPr="00D966FA" w:rsidRDefault="00E24BA4" w:rsidP="009D611D">
            <w:pPr>
              <w:pStyle w:val="Stil4"/>
            </w:pPr>
            <w:r w:rsidRPr="00D966FA">
              <w:t>Ulusal</w:t>
            </w:r>
          </w:p>
        </w:tc>
        <w:tc>
          <w:tcPr>
            <w:tcW w:w="820" w:type="dxa"/>
            <w:vAlign w:val="center"/>
            <w:hideMark/>
          </w:tcPr>
          <w:p w:rsidR="00E24BA4" w:rsidRPr="00D966FA" w:rsidRDefault="00E24BA4" w:rsidP="009D611D">
            <w:pPr>
              <w:pStyle w:val="Stil4"/>
            </w:pPr>
            <w:r w:rsidRPr="00D966FA">
              <w:t>…</w:t>
            </w:r>
          </w:p>
        </w:tc>
        <w:tc>
          <w:tcPr>
            <w:tcW w:w="2107" w:type="dxa"/>
            <w:vAlign w:val="center"/>
            <w:hideMark/>
          </w:tcPr>
          <w:p w:rsidR="00E24BA4" w:rsidRPr="00D966FA" w:rsidRDefault="00E24BA4" w:rsidP="009D611D">
            <w:pPr>
              <w:pStyle w:val="Stil4"/>
            </w:pPr>
            <w:r w:rsidRPr="00D966FA">
              <w:t>…</w:t>
            </w:r>
          </w:p>
        </w:tc>
        <w:tc>
          <w:tcPr>
            <w:tcW w:w="0" w:type="auto"/>
            <w:vAlign w:val="center"/>
            <w:hideMark/>
          </w:tcPr>
          <w:p w:rsidR="00E24BA4" w:rsidRPr="00D966FA" w:rsidRDefault="00E24BA4" w:rsidP="009D611D">
            <w:pPr>
              <w:pStyle w:val="Stil4"/>
            </w:pPr>
            <w:r w:rsidRPr="00D966FA">
              <w:t>…</w:t>
            </w:r>
          </w:p>
        </w:tc>
      </w:tr>
      <w:tr w:rsidR="00E24BA4" w:rsidRPr="00D966FA" w:rsidTr="00445D39">
        <w:trPr>
          <w:tblCellSpacing w:w="15" w:type="dxa"/>
        </w:trPr>
        <w:tc>
          <w:tcPr>
            <w:tcW w:w="0" w:type="auto"/>
            <w:vAlign w:val="center"/>
            <w:hideMark/>
          </w:tcPr>
          <w:p w:rsidR="00E24BA4" w:rsidRPr="00D966FA" w:rsidRDefault="00E24BA4" w:rsidP="009D611D">
            <w:pPr>
              <w:pStyle w:val="Stil4"/>
            </w:pPr>
            <w:r w:rsidRPr="00D966FA">
              <w:t>Kitap / Kitap Bölümü</w:t>
            </w:r>
          </w:p>
        </w:tc>
        <w:tc>
          <w:tcPr>
            <w:tcW w:w="3380" w:type="dxa"/>
            <w:vAlign w:val="center"/>
            <w:hideMark/>
          </w:tcPr>
          <w:p w:rsidR="00E24BA4" w:rsidRPr="00D966FA" w:rsidRDefault="00E24BA4" w:rsidP="009D611D">
            <w:pPr>
              <w:pStyle w:val="Stil4"/>
            </w:pPr>
            <w:r w:rsidRPr="00D966FA">
              <w:t>…</w:t>
            </w:r>
          </w:p>
        </w:tc>
        <w:tc>
          <w:tcPr>
            <w:tcW w:w="820" w:type="dxa"/>
            <w:vAlign w:val="center"/>
            <w:hideMark/>
          </w:tcPr>
          <w:p w:rsidR="00E24BA4" w:rsidRPr="00D966FA" w:rsidRDefault="00E24BA4" w:rsidP="009D611D">
            <w:pPr>
              <w:pStyle w:val="Stil4"/>
            </w:pPr>
            <w:r w:rsidRPr="00D966FA">
              <w:t>…</w:t>
            </w:r>
          </w:p>
        </w:tc>
        <w:tc>
          <w:tcPr>
            <w:tcW w:w="2107" w:type="dxa"/>
            <w:vAlign w:val="center"/>
            <w:hideMark/>
          </w:tcPr>
          <w:p w:rsidR="00E24BA4" w:rsidRPr="00D966FA" w:rsidRDefault="00E24BA4" w:rsidP="009D611D">
            <w:pPr>
              <w:pStyle w:val="Stil4"/>
            </w:pPr>
            <w:r w:rsidRPr="00D966FA">
              <w:t>…</w:t>
            </w:r>
          </w:p>
        </w:tc>
        <w:tc>
          <w:tcPr>
            <w:tcW w:w="0" w:type="auto"/>
            <w:vAlign w:val="center"/>
            <w:hideMark/>
          </w:tcPr>
          <w:p w:rsidR="00E24BA4" w:rsidRPr="00D966FA" w:rsidRDefault="00E24BA4" w:rsidP="009D611D">
            <w:pPr>
              <w:pStyle w:val="Stil4"/>
            </w:pPr>
            <w:r w:rsidRPr="00D966FA">
              <w:t>…</w:t>
            </w:r>
          </w:p>
        </w:tc>
      </w:tr>
    </w:tbl>
    <w:p w:rsidR="00E24BA4" w:rsidRDefault="00E24BA4" w:rsidP="00E24BA4"/>
    <w:p w:rsidR="00E24BA4" w:rsidRDefault="00E24BA4" w:rsidP="00E24BA4">
      <w:proofErr w:type="spellStart"/>
      <w:r>
        <w:t>Lisansüstü</w:t>
      </w:r>
      <w:proofErr w:type="spellEnd"/>
      <w:r>
        <w:t xml:space="preserve"> </w:t>
      </w:r>
      <w:proofErr w:type="spellStart"/>
      <w:r>
        <w:t>Tezler</w:t>
      </w:r>
      <w:proofErr w:type="spellEnd"/>
      <w:r>
        <w:t xml:space="preserve"> </w:t>
      </w:r>
      <w:proofErr w:type="spellStart"/>
      <w:r>
        <w:t>ve</w:t>
      </w:r>
      <w:proofErr w:type="spellEnd"/>
      <w:r>
        <w:t xml:space="preserve"> </w:t>
      </w:r>
      <w:proofErr w:type="spellStart"/>
      <w:r>
        <w:t>Öğrenci</w:t>
      </w:r>
      <w:proofErr w:type="spellEnd"/>
      <w:r>
        <w:t xml:space="preserve"> </w:t>
      </w:r>
      <w:proofErr w:type="spellStart"/>
      <w:r>
        <w:t>Araştırmaları</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23"/>
        <w:gridCol w:w="1004"/>
        <w:gridCol w:w="1292"/>
        <w:gridCol w:w="2067"/>
        <w:gridCol w:w="1782"/>
        <w:gridCol w:w="1894"/>
      </w:tblGrid>
      <w:tr w:rsidR="00E24BA4" w:rsidRPr="0007764D" w:rsidTr="009D611D">
        <w:trPr>
          <w:tblHeader/>
          <w:tblCellSpacing w:w="15" w:type="dxa"/>
        </w:trPr>
        <w:tc>
          <w:tcPr>
            <w:tcW w:w="0" w:type="auto"/>
            <w:shd w:val="clear" w:color="auto" w:fill="B99C71"/>
            <w:vAlign w:val="center"/>
            <w:hideMark/>
          </w:tcPr>
          <w:p w:rsidR="00E24BA4" w:rsidRPr="0007764D" w:rsidRDefault="00E24BA4" w:rsidP="009D611D">
            <w:pPr>
              <w:pStyle w:val="Stil4"/>
              <w:rPr>
                <w:rFonts w:eastAsia="Times New Roman"/>
                <w:lang w:eastAsia="tr-TR"/>
              </w:rPr>
            </w:pPr>
            <w:r w:rsidRPr="0007764D">
              <w:rPr>
                <w:rFonts w:eastAsia="Times New Roman"/>
                <w:lang w:eastAsia="tr-TR"/>
              </w:rPr>
              <w:t>Düzey (YL / DR)</w:t>
            </w:r>
          </w:p>
        </w:tc>
        <w:tc>
          <w:tcPr>
            <w:tcW w:w="0" w:type="auto"/>
            <w:shd w:val="clear" w:color="auto" w:fill="B99C71"/>
            <w:vAlign w:val="center"/>
            <w:hideMark/>
          </w:tcPr>
          <w:p w:rsidR="00E24BA4" w:rsidRPr="0007764D" w:rsidRDefault="00E24BA4" w:rsidP="009D611D">
            <w:pPr>
              <w:pStyle w:val="Stil4"/>
              <w:rPr>
                <w:rFonts w:eastAsia="Times New Roman"/>
                <w:lang w:eastAsia="tr-TR"/>
              </w:rPr>
            </w:pPr>
            <w:r w:rsidRPr="0007764D">
              <w:rPr>
                <w:rFonts w:eastAsia="Times New Roman"/>
                <w:lang w:eastAsia="tr-TR"/>
              </w:rPr>
              <w:t>Program Adı</w:t>
            </w:r>
          </w:p>
        </w:tc>
        <w:tc>
          <w:tcPr>
            <w:tcW w:w="0" w:type="auto"/>
            <w:shd w:val="clear" w:color="auto" w:fill="B99C71"/>
            <w:vAlign w:val="center"/>
            <w:hideMark/>
          </w:tcPr>
          <w:p w:rsidR="00E24BA4" w:rsidRPr="0007764D" w:rsidRDefault="00E24BA4" w:rsidP="009D611D">
            <w:pPr>
              <w:pStyle w:val="Stil4"/>
              <w:rPr>
                <w:rFonts w:eastAsia="Times New Roman"/>
                <w:lang w:eastAsia="tr-TR"/>
              </w:rPr>
            </w:pPr>
            <w:r w:rsidRPr="0007764D">
              <w:rPr>
                <w:rFonts w:eastAsia="Times New Roman"/>
                <w:lang w:eastAsia="tr-TR"/>
              </w:rPr>
              <w:t>Devam Eden Tez Sayısı</w:t>
            </w:r>
          </w:p>
        </w:tc>
        <w:tc>
          <w:tcPr>
            <w:tcW w:w="0" w:type="auto"/>
            <w:shd w:val="clear" w:color="auto" w:fill="B99C71"/>
            <w:vAlign w:val="center"/>
            <w:hideMark/>
          </w:tcPr>
          <w:p w:rsidR="00E24BA4" w:rsidRPr="0007764D" w:rsidRDefault="00E24BA4" w:rsidP="009D611D">
            <w:pPr>
              <w:pStyle w:val="Stil4"/>
              <w:rPr>
                <w:rFonts w:eastAsia="Times New Roman"/>
                <w:lang w:eastAsia="tr-TR"/>
              </w:rPr>
            </w:pPr>
            <w:r w:rsidRPr="0007764D">
              <w:rPr>
                <w:rFonts w:eastAsia="Times New Roman"/>
                <w:lang w:eastAsia="tr-TR"/>
              </w:rPr>
              <w:t>Tamamlanan Tez Sayısı (Yıl İçinde)</w:t>
            </w:r>
          </w:p>
        </w:tc>
        <w:tc>
          <w:tcPr>
            <w:tcW w:w="0" w:type="auto"/>
            <w:shd w:val="clear" w:color="auto" w:fill="B99C71"/>
            <w:vAlign w:val="center"/>
            <w:hideMark/>
          </w:tcPr>
          <w:p w:rsidR="00E24BA4" w:rsidRPr="0007764D" w:rsidRDefault="00E24BA4" w:rsidP="009D611D">
            <w:pPr>
              <w:pStyle w:val="Stil4"/>
              <w:rPr>
                <w:rFonts w:eastAsia="Times New Roman"/>
                <w:lang w:eastAsia="tr-TR"/>
              </w:rPr>
            </w:pPr>
            <w:r w:rsidRPr="0007764D">
              <w:rPr>
                <w:rFonts w:eastAsia="Times New Roman"/>
                <w:lang w:eastAsia="tr-TR"/>
              </w:rPr>
              <w:t>Sanayi / Kurum Destekli Tez Sayısı</w:t>
            </w:r>
          </w:p>
        </w:tc>
        <w:tc>
          <w:tcPr>
            <w:tcW w:w="0" w:type="auto"/>
            <w:shd w:val="clear" w:color="auto" w:fill="B99C71"/>
            <w:vAlign w:val="center"/>
            <w:hideMark/>
          </w:tcPr>
          <w:p w:rsidR="00E24BA4" w:rsidRPr="0007764D" w:rsidRDefault="00E24BA4" w:rsidP="009D611D">
            <w:pPr>
              <w:pStyle w:val="Stil4"/>
              <w:rPr>
                <w:rFonts w:eastAsia="Times New Roman"/>
                <w:lang w:eastAsia="tr-TR"/>
              </w:rPr>
            </w:pPr>
            <w:r w:rsidRPr="0007764D">
              <w:rPr>
                <w:rFonts w:eastAsia="Times New Roman"/>
                <w:lang w:eastAsia="tr-TR"/>
              </w:rPr>
              <w:t>Tez Konularının Temel Alanları</w:t>
            </w:r>
          </w:p>
        </w:tc>
      </w:tr>
      <w:tr w:rsidR="00E24BA4" w:rsidRPr="0007764D" w:rsidTr="009D611D">
        <w:trPr>
          <w:tblCellSpacing w:w="15" w:type="dxa"/>
        </w:trPr>
        <w:tc>
          <w:tcPr>
            <w:tcW w:w="0" w:type="auto"/>
            <w:vAlign w:val="center"/>
            <w:hideMark/>
          </w:tcPr>
          <w:p w:rsidR="00E24BA4" w:rsidRPr="0007764D" w:rsidRDefault="00E24BA4" w:rsidP="009D611D">
            <w:pPr>
              <w:pStyle w:val="Stil4"/>
              <w:rPr>
                <w:rFonts w:eastAsia="Times New Roman"/>
                <w:lang w:eastAsia="tr-TR"/>
              </w:rPr>
            </w:pPr>
            <w:r w:rsidRPr="0007764D">
              <w:rPr>
                <w:rFonts w:eastAsia="Times New Roman"/>
                <w:lang w:eastAsia="tr-TR"/>
              </w:rPr>
              <w:t>YL</w:t>
            </w:r>
          </w:p>
        </w:tc>
        <w:tc>
          <w:tcPr>
            <w:tcW w:w="0" w:type="auto"/>
            <w:vAlign w:val="center"/>
            <w:hideMark/>
          </w:tcPr>
          <w:p w:rsidR="00E24BA4" w:rsidRPr="0007764D" w:rsidRDefault="00E24BA4" w:rsidP="009D611D">
            <w:pPr>
              <w:pStyle w:val="Stil4"/>
              <w:rPr>
                <w:rFonts w:eastAsia="Times New Roman"/>
                <w:lang w:eastAsia="tr-TR"/>
              </w:rPr>
            </w:pPr>
            <w:r w:rsidRPr="0007764D">
              <w:rPr>
                <w:rFonts w:eastAsia="Times New Roman"/>
                <w:lang w:eastAsia="tr-TR"/>
              </w:rPr>
              <w:t>…</w:t>
            </w:r>
          </w:p>
        </w:tc>
        <w:tc>
          <w:tcPr>
            <w:tcW w:w="0" w:type="auto"/>
            <w:vAlign w:val="center"/>
            <w:hideMark/>
          </w:tcPr>
          <w:p w:rsidR="00E24BA4" w:rsidRPr="0007764D" w:rsidRDefault="00E24BA4" w:rsidP="009D611D">
            <w:pPr>
              <w:pStyle w:val="Stil4"/>
              <w:rPr>
                <w:rFonts w:eastAsia="Times New Roman"/>
                <w:lang w:eastAsia="tr-TR"/>
              </w:rPr>
            </w:pPr>
            <w:r w:rsidRPr="0007764D">
              <w:rPr>
                <w:rFonts w:eastAsia="Times New Roman"/>
                <w:lang w:eastAsia="tr-TR"/>
              </w:rPr>
              <w:t>…</w:t>
            </w:r>
          </w:p>
        </w:tc>
        <w:tc>
          <w:tcPr>
            <w:tcW w:w="0" w:type="auto"/>
            <w:vAlign w:val="center"/>
            <w:hideMark/>
          </w:tcPr>
          <w:p w:rsidR="00E24BA4" w:rsidRPr="0007764D" w:rsidRDefault="00E24BA4" w:rsidP="009D611D">
            <w:pPr>
              <w:pStyle w:val="Stil4"/>
              <w:rPr>
                <w:rFonts w:eastAsia="Times New Roman"/>
                <w:lang w:eastAsia="tr-TR"/>
              </w:rPr>
            </w:pPr>
            <w:r w:rsidRPr="0007764D">
              <w:rPr>
                <w:rFonts w:eastAsia="Times New Roman"/>
                <w:lang w:eastAsia="tr-TR"/>
              </w:rPr>
              <w:t>…</w:t>
            </w:r>
          </w:p>
        </w:tc>
        <w:tc>
          <w:tcPr>
            <w:tcW w:w="0" w:type="auto"/>
            <w:vAlign w:val="center"/>
            <w:hideMark/>
          </w:tcPr>
          <w:p w:rsidR="00E24BA4" w:rsidRPr="0007764D" w:rsidRDefault="00E24BA4" w:rsidP="009D611D">
            <w:pPr>
              <w:pStyle w:val="Stil4"/>
              <w:rPr>
                <w:rFonts w:eastAsia="Times New Roman"/>
                <w:lang w:eastAsia="tr-TR"/>
              </w:rPr>
            </w:pPr>
            <w:r w:rsidRPr="0007764D">
              <w:rPr>
                <w:rFonts w:eastAsia="Times New Roman"/>
                <w:lang w:eastAsia="tr-TR"/>
              </w:rPr>
              <w:t>…</w:t>
            </w:r>
          </w:p>
        </w:tc>
        <w:tc>
          <w:tcPr>
            <w:tcW w:w="0" w:type="auto"/>
            <w:vAlign w:val="center"/>
            <w:hideMark/>
          </w:tcPr>
          <w:p w:rsidR="00E24BA4" w:rsidRPr="0007764D" w:rsidRDefault="00E24BA4" w:rsidP="009D611D">
            <w:pPr>
              <w:pStyle w:val="Stil4"/>
              <w:rPr>
                <w:rFonts w:eastAsia="Times New Roman"/>
                <w:lang w:eastAsia="tr-TR"/>
              </w:rPr>
            </w:pPr>
            <w:r w:rsidRPr="0007764D">
              <w:rPr>
                <w:rFonts w:eastAsia="Times New Roman"/>
                <w:lang w:eastAsia="tr-TR"/>
              </w:rPr>
              <w:t>…</w:t>
            </w:r>
          </w:p>
        </w:tc>
      </w:tr>
      <w:tr w:rsidR="00E24BA4" w:rsidRPr="0007764D" w:rsidTr="009D611D">
        <w:trPr>
          <w:tblCellSpacing w:w="15" w:type="dxa"/>
        </w:trPr>
        <w:tc>
          <w:tcPr>
            <w:tcW w:w="0" w:type="auto"/>
            <w:vAlign w:val="center"/>
            <w:hideMark/>
          </w:tcPr>
          <w:p w:rsidR="00E24BA4" w:rsidRPr="0007764D" w:rsidRDefault="00E24BA4" w:rsidP="009D611D">
            <w:pPr>
              <w:pStyle w:val="Stil4"/>
              <w:rPr>
                <w:rFonts w:eastAsia="Times New Roman"/>
                <w:lang w:eastAsia="tr-TR"/>
              </w:rPr>
            </w:pPr>
            <w:r w:rsidRPr="0007764D">
              <w:rPr>
                <w:rFonts w:eastAsia="Times New Roman"/>
                <w:lang w:eastAsia="tr-TR"/>
              </w:rPr>
              <w:t>DR</w:t>
            </w:r>
          </w:p>
        </w:tc>
        <w:tc>
          <w:tcPr>
            <w:tcW w:w="0" w:type="auto"/>
            <w:vAlign w:val="center"/>
            <w:hideMark/>
          </w:tcPr>
          <w:p w:rsidR="00E24BA4" w:rsidRPr="0007764D" w:rsidRDefault="00E24BA4" w:rsidP="009D611D">
            <w:pPr>
              <w:pStyle w:val="Stil4"/>
              <w:rPr>
                <w:rFonts w:eastAsia="Times New Roman"/>
                <w:lang w:eastAsia="tr-TR"/>
              </w:rPr>
            </w:pPr>
            <w:r w:rsidRPr="0007764D">
              <w:rPr>
                <w:rFonts w:eastAsia="Times New Roman"/>
                <w:lang w:eastAsia="tr-TR"/>
              </w:rPr>
              <w:t>…</w:t>
            </w:r>
          </w:p>
        </w:tc>
        <w:tc>
          <w:tcPr>
            <w:tcW w:w="0" w:type="auto"/>
            <w:vAlign w:val="center"/>
            <w:hideMark/>
          </w:tcPr>
          <w:p w:rsidR="00E24BA4" w:rsidRPr="0007764D" w:rsidRDefault="00E24BA4" w:rsidP="009D611D">
            <w:pPr>
              <w:pStyle w:val="Stil4"/>
              <w:rPr>
                <w:rFonts w:eastAsia="Times New Roman"/>
                <w:lang w:eastAsia="tr-TR"/>
              </w:rPr>
            </w:pPr>
            <w:r w:rsidRPr="0007764D">
              <w:rPr>
                <w:rFonts w:eastAsia="Times New Roman"/>
                <w:lang w:eastAsia="tr-TR"/>
              </w:rPr>
              <w:t>…</w:t>
            </w:r>
          </w:p>
        </w:tc>
        <w:tc>
          <w:tcPr>
            <w:tcW w:w="0" w:type="auto"/>
            <w:vAlign w:val="center"/>
            <w:hideMark/>
          </w:tcPr>
          <w:p w:rsidR="00E24BA4" w:rsidRPr="0007764D" w:rsidRDefault="00E24BA4" w:rsidP="009D611D">
            <w:pPr>
              <w:pStyle w:val="Stil4"/>
              <w:rPr>
                <w:rFonts w:eastAsia="Times New Roman"/>
                <w:lang w:eastAsia="tr-TR"/>
              </w:rPr>
            </w:pPr>
            <w:r w:rsidRPr="0007764D">
              <w:rPr>
                <w:rFonts w:eastAsia="Times New Roman"/>
                <w:lang w:eastAsia="tr-TR"/>
              </w:rPr>
              <w:t>…</w:t>
            </w:r>
          </w:p>
        </w:tc>
        <w:tc>
          <w:tcPr>
            <w:tcW w:w="0" w:type="auto"/>
            <w:vAlign w:val="center"/>
            <w:hideMark/>
          </w:tcPr>
          <w:p w:rsidR="00E24BA4" w:rsidRPr="0007764D" w:rsidRDefault="00E24BA4" w:rsidP="009D611D">
            <w:pPr>
              <w:pStyle w:val="Stil4"/>
              <w:rPr>
                <w:rFonts w:eastAsia="Times New Roman"/>
                <w:lang w:eastAsia="tr-TR"/>
              </w:rPr>
            </w:pPr>
            <w:r w:rsidRPr="0007764D">
              <w:rPr>
                <w:rFonts w:eastAsia="Times New Roman"/>
                <w:lang w:eastAsia="tr-TR"/>
              </w:rPr>
              <w:t>…</w:t>
            </w:r>
          </w:p>
        </w:tc>
        <w:tc>
          <w:tcPr>
            <w:tcW w:w="0" w:type="auto"/>
            <w:vAlign w:val="center"/>
            <w:hideMark/>
          </w:tcPr>
          <w:p w:rsidR="00E24BA4" w:rsidRPr="0007764D" w:rsidRDefault="00E24BA4" w:rsidP="009D611D">
            <w:pPr>
              <w:pStyle w:val="Stil4"/>
              <w:rPr>
                <w:rFonts w:eastAsia="Times New Roman"/>
                <w:lang w:eastAsia="tr-TR"/>
              </w:rPr>
            </w:pPr>
            <w:r w:rsidRPr="0007764D">
              <w:rPr>
                <w:rFonts w:eastAsia="Times New Roman"/>
                <w:lang w:eastAsia="tr-TR"/>
              </w:rPr>
              <w:t>…</w:t>
            </w:r>
          </w:p>
        </w:tc>
      </w:tr>
    </w:tbl>
    <w:p w:rsidR="00E24BA4" w:rsidRDefault="00E24BA4" w:rsidP="00E24BA4"/>
    <w:p w:rsidR="00251147" w:rsidRDefault="00251147" w:rsidP="00E24BA4"/>
    <w:p w:rsidR="00E24BA4" w:rsidRDefault="00E24BA4" w:rsidP="00E24BA4">
      <w:r>
        <w:t xml:space="preserve">Patent, </w:t>
      </w:r>
      <w:proofErr w:type="spellStart"/>
      <w:r>
        <w:t>Faydalı</w:t>
      </w:r>
      <w:proofErr w:type="spellEnd"/>
      <w:r>
        <w:t xml:space="preserve"> Model, </w:t>
      </w:r>
      <w:proofErr w:type="spellStart"/>
      <w:r>
        <w:t>Prototip</w:t>
      </w:r>
      <w:proofErr w:type="spellEnd"/>
      <w:r>
        <w:t xml:space="preserve"> </w:t>
      </w:r>
      <w:proofErr w:type="spellStart"/>
      <w:r>
        <w:t>ve</w:t>
      </w:r>
      <w:proofErr w:type="spellEnd"/>
      <w:r>
        <w:t xml:space="preserve"> </w:t>
      </w:r>
      <w:proofErr w:type="spellStart"/>
      <w:r>
        <w:t>Diğer</w:t>
      </w:r>
      <w:proofErr w:type="spellEnd"/>
      <w:r>
        <w:t xml:space="preserve"> </w:t>
      </w:r>
      <w:proofErr w:type="spellStart"/>
      <w:r>
        <w:t>Ar</w:t>
      </w:r>
      <w:proofErr w:type="spellEnd"/>
      <w:r>
        <w:t xml:space="preserve">-Ge </w:t>
      </w:r>
      <w:proofErr w:type="spellStart"/>
      <w:r>
        <w:t>Çıktıları</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94"/>
        <w:gridCol w:w="1112"/>
        <w:gridCol w:w="1270"/>
        <w:gridCol w:w="2586"/>
      </w:tblGrid>
      <w:tr w:rsidR="00621353" w:rsidRPr="0007764D" w:rsidTr="009D611D">
        <w:trPr>
          <w:tblHeader/>
          <w:tblCellSpacing w:w="15" w:type="dxa"/>
        </w:trPr>
        <w:tc>
          <w:tcPr>
            <w:tcW w:w="0" w:type="auto"/>
            <w:shd w:val="clear" w:color="auto" w:fill="B99C71"/>
            <w:vAlign w:val="center"/>
            <w:hideMark/>
          </w:tcPr>
          <w:p w:rsidR="00621353" w:rsidRPr="0007764D" w:rsidRDefault="00621353" w:rsidP="009D611D">
            <w:pPr>
              <w:pStyle w:val="Stil4"/>
              <w:rPr>
                <w:rFonts w:eastAsia="Times New Roman"/>
                <w:lang w:eastAsia="tr-TR"/>
              </w:rPr>
            </w:pPr>
            <w:r w:rsidRPr="0007764D">
              <w:rPr>
                <w:rFonts w:eastAsia="Times New Roman"/>
                <w:lang w:eastAsia="tr-TR"/>
              </w:rPr>
              <w:t>Çıktı Türü (Patent, Faydalı Model, Yazılım, Prototip vb.)</w:t>
            </w:r>
          </w:p>
        </w:tc>
        <w:tc>
          <w:tcPr>
            <w:tcW w:w="0" w:type="auto"/>
            <w:shd w:val="clear" w:color="auto" w:fill="B99C71"/>
            <w:vAlign w:val="center"/>
            <w:hideMark/>
          </w:tcPr>
          <w:p w:rsidR="00621353" w:rsidRPr="0007764D" w:rsidRDefault="00621353" w:rsidP="009D611D">
            <w:pPr>
              <w:pStyle w:val="Stil4"/>
              <w:rPr>
                <w:rFonts w:eastAsia="Times New Roman"/>
                <w:lang w:eastAsia="tr-TR"/>
              </w:rPr>
            </w:pPr>
            <w:r w:rsidRPr="0007764D">
              <w:rPr>
                <w:rFonts w:eastAsia="Times New Roman"/>
                <w:lang w:eastAsia="tr-TR"/>
              </w:rPr>
              <w:t>Başlık / Konu</w:t>
            </w:r>
          </w:p>
        </w:tc>
        <w:tc>
          <w:tcPr>
            <w:tcW w:w="0" w:type="auto"/>
            <w:shd w:val="clear" w:color="auto" w:fill="B99C71"/>
            <w:vAlign w:val="center"/>
            <w:hideMark/>
          </w:tcPr>
          <w:p w:rsidR="00621353" w:rsidRPr="0007764D" w:rsidRDefault="00621353" w:rsidP="009D611D">
            <w:pPr>
              <w:pStyle w:val="Stil4"/>
              <w:rPr>
                <w:rFonts w:eastAsia="Times New Roman"/>
                <w:lang w:eastAsia="tr-TR"/>
              </w:rPr>
            </w:pPr>
            <w:r w:rsidRPr="0007764D">
              <w:rPr>
                <w:rFonts w:eastAsia="Times New Roman"/>
                <w:lang w:eastAsia="tr-TR"/>
              </w:rPr>
              <w:t>Başvuru Tarihi</w:t>
            </w:r>
          </w:p>
        </w:tc>
        <w:tc>
          <w:tcPr>
            <w:tcW w:w="0" w:type="auto"/>
            <w:shd w:val="clear" w:color="auto" w:fill="B99C71"/>
            <w:vAlign w:val="center"/>
            <w:hideMark/>
          </w:tcPr>
          <w:p w:rsidR="00621353" w:rsidRPr="0007764D" w:rsidRDefault="00621353" w:rsidP="009D611D">
            <w:pPr>
              <w:pStyle w:val="Stil4"/>
              <w:rPr>
                <w:rFonts w:eastAsia="Times New Roman"/>
                <w:lang w:eastAsia="tr-TR"/>
              </w:rPr>
            </w:pPr>
            <w:r w:rsidRPr="0007764D">
              <w:rPr>
                <w:rFonts w:eastAsia="Times New Roman"/>
                <w:lang w:eastAsia="tr-TR"/>
              </w:rPr>
              <w:t>Tescil Durumu (Başvuru / Tescilli)</w:t>
            </w:r>
          </w:p>
        </w:tc>
      </w:tr>
      <w:tr w:rsidR="00621353" w:rsidRPr="0007764D" w:rsidTr="009D611D">
        <w:trPr>
          <w:tblCellSpacing w:w="15" w:type="dxa"/>
        </w:trPr>
        <w:tc>
          <w:tcPr>
            <w:tcW w:w="0" w:type="auto"/>
            <w:vAlign w:val="center"/>
            <w:hideMark/>
          </w:tcPr>
          <w:p w:rsidR="00621353" w:rsidRPr="0007764D" w:rsidRDefault="00621353" w:rsidP="009D611D">
            <w:pPr>
              <w:pStyle w:val="Stil4"/>
              <w:rPr>
                <w:rFonts w:eastAsia="Times New Roman"/>
                <w:lang w:eastAsia="tr-TR"/>
              </w:rPr>
            </w:pPr>
          </w:p>
        </w:tc>
        <w:tc>
          <w:tcPr>
            <w:tcW w:w="0" w:type="auto"/>
            <w:vAlign w:val="center"/>
            <w:hideMark/>
          </w:tcPr>
          <w:p w:rsidR="00621353" w:rsidRPr="0007764D" w:rsidRDefault="00621353" w:rsidP="009D611D">
            <w:pPr>
              <w:pStyle w:val="Stil4"/>
              <w:rPr>
                <w:rFonts w:eastAsia="Times New Roman"/>
                <w:lang w:eastAsia="tr-TR"/>
              </w:rPr>
            </w:pPr>
            <w:r w:rsidRPr="0007764D">
              <w:rPr>
                <w:rFonts w:eastAsia="Times New Roman"/>
                <w:lang w:eastAsia="tr-TR"/>
              </w:rPr>
              <w:t>…</w:t>
            </w:r>
          </w:p>
        </w:tc>
        <w:tc>
          <w:tcPr>
            <w:tcW w:w="0" w:type="auto"/>
            <w:vAlign w:val="center"/>
            <w:hideMark/>
          </w:tcPr>
          <w:p w:rsidR="00621353" w:rsidRPr="0007764D" w:rsidRDefault="00621353" w:rsidP="009D611D">
            <w:pPr>
              <w:pStyle w:val="Stil4"/>
              <w:rPr>
                <w:rFonts w:eastAsia="Times New Roman"/>
                <w:lang w:eastAsia="tr-TR"/>
              </w:rPr>
            </w:pPr>
            <w:r w:rsidRPr="0007764D">
              <w:rPr>
                <w:rFonts w:eastAsia="Times New Roman"/>
                <w:lang w:eastAsia="tr-TR"/>
              </w:rPr>
              <w:t>…</w:t>
            </w:r>
          </w:p>
        </w:tc>
        <w:tc>
          <w:tcPr>
            <w:tcW w:w="0" w:type="auto"/>
            <w:vAlign w:val="center"/>
            <w:hideMark/>
          </w:tcPr>
          <w:p w:rsidR="00621353" w:rsidRPr="0007764D" w:rsidRDefault="00621353" w:rsidP="009D611D">
            <w:pPr>
              <w:pStyle w:val="Stil4"/>
              <w:rPr>
                <w:rFonts w:eastAsia="Times New Roman"/>
                <w:lang w:eastAsia="tr-TR"/>
              </w:rPr>
            </w:pPr>
            <w:r w:rsidRPr="0007764D">
              <w:rPr>
                <w:rFonts w:eastAsia="Times New Roman"/>
                <w:lang w:eastAsia="tr-TR"/>
              </w:rPr>
              <w:t>Başvuru / Tescilli</w:t>
            </w:r>
          </w:p>
        </w:tc>
      </w:tr>
      <w:tr w:rsidR="00621353" w:rsidRPr="0007764D" w:rsidTr="009D611D">
        <w:trPr>
          <w:tblCellSpacing w:w="15" w:type="dxa"/>
        </w:trPr>
        <w:tc>
          <w:tcPr>
            <w:tcW w:w="0" w:type="auto"/>
            <w:vAlign w:val="center"/>
          </w:tcPr>
          <w:p w:rsidR="00621353" w:rsidRPr="0007764D" w:rsidRDefault="00621353" w:rsidP="009D611D">
            <w:pPr>
              <w:pStyle w:val="Stil4"/>
              <w:rPr>
                <w:rFonts w:eastAsia="Times New Roman"/>
                <w:lang w:eastAsia="tr-TR"/>
              </w:rPr>
            </w:pPr>
          </w:p>
        </w:tc>
        <w:tc>
          <w:tcPr>
            <w:tcW w:w="0" w:type="auto"/>
            <w:vAlign w:val="center"/>
          </w:tcPr>
          <w:p w:rsidR="00621353" w:rsidRPr="0007764D" w:rsidRDefault="00621353" w:rsidP="009D611D">
            <w:pPr>
              <w:pStyle w:val="Stil4"/>
              <w:rPr>
                <w:rFonts w:eastAsia="Times New Roman"/>
                <w:lang w:eastAsia="tr-TR"/>
              </w:rPr>
            </w:pPr>
          </w:p>
        </w:tc>
        <w:tc>
          <w:tcPr>
            <w:tcW w:w="0" w:type="auto"/>
            <w:vAlign w:val="center"/>
          </w:tcPr>
          <w:p w:rsidR="00621353" w:rsidRPr="0007764D" w:rsidRDefault="00621353" w:rsidP="009D611D">
            <w:pPr>
              <w:pStyle w:val="Stil4"/>
              <w:rPr>
                <w:rFonts w:eastAsia="Times New Roman"/>
                <w:lang w:eastAsia="tr-TR"/>
              </w:rPr>
            </w:pPr>
          </w:p>
        </w:tc>
        <w:tc>
          <w:tcPr>
            <w:tcW w:w="0" w:type="auto"/>
            <w:vAlign w:val="center"/>
          </w:tcPr>
          <w:p w:rsidR="00621353" w:rsidRPr="0007764D" w:rsidRDefault="00621353" w:rsidP="009D611D">
            <w:pPr>
              <w:pStyle w:val="Stil4"/>
              <w:rPr>
                <w:rFonts w:eastAsia="Times New Roman"/>
                <w:lang w:eastAsia="tr-TR"/>
              </w:rPr>
            </w:pPr>
          </w:p>
        </w:tc>
      </w:tr>
    </w:tbl>
    <w:p w:rsidR="00E24BA4" w:rsidRDefault="00E24BA4" w:rsidP="00E24BA4"/>
    <w:p w:rsidR="00E24BA4" w:rsidRPr="004D13C3" w:rsidRDefault="00E24BA4" w:rsidP="00E24BA4">
      <w:pPr>
        <w:pStyle w:val="Stil2"/>
      </w:pPr>
      <w:bookmarkStart w:id="32" w:name="_Toc217311507"/>
      <w:r w:rsidRPr="004D13C3">
        <w:rPr>
          <w:rFonts w:cs="Times New Roman"/>
          <w:szCs w:val="24"/>
        </w:rPr>
        <w:t xml:space="preserve">5.3. </w:t>
      </w:r>
      <w:r w:rsidRPr="004D13C3">
        <w:t>Toplumsal Katkı Faaliyetleri</w:t>
      </w:r>
      <w:bookmarkEnd w:id="32"/>
    </w:p>
    <w:p w:rsidR="00E24BA4" w:rsidRDefault="00E24BA4" w:rsidP="00E24BA4"/>
    <w:p w:rsidR="00E24BA4" w:rsidRPr="00B71809" w:rsidRDefault="00E24BA4" w:rsidP="00E24BA4">
      <w:pPr>
        <w:pStyle w:val="2BALIK"/>
      </w:pPr>
      <w:r w:rsidRPr="00B71809">
        <w:rPr>
          <w:highlight w:val="yellow"/>
        </w:rPr>
        <w:t>Topluma, bölgeye ve paydaşlara yönelik eğitim, proje, danışmanlık ve sosyal sorumluluk faaliyetleri sayısal verilerle birlikte bu bölümde yer alacaktır.  Görsellere yer verilmelidir</w:t>
      </w:r>
      <w:r w:rsidRPr="00B71809">
        <w:t>.</w:t>
      </w:r>
    </w:p>
    <w:p w:rsidR="00BF2249" w:rsidRDefault="00BF2249" w:rsidP="00E24BA4"/>
    <w:p w:rsidR="00E24BA4" w:rsidRDefault="00E24BA4" w:rsidP="00E24BA4">
      <w:proofErr w:type="spellStart"/>
      <w:r>
        <w:t>Kamu</w:t>
      </w:r>
      <w:proofErr w:type="spellEnd"/>
      <w:r>
        <w:t xml:space="preserve">, </w:t>
      </w:r>
      <w:proofErr w:type="spellStart"/>
      <w:r>
        <w:t>Yerel</w:t>
      </w:r>
      <w:proofErr w:type="spellEnd"/>
      <w:r>
        <w:t xml:space="preserve"> </w:t>
      </w:r>
      <w:proofErr w:type="spellStart"/>
      <w:r>
        <w:t>Yönetim</w:t>
      </w:r>
      <w:proofErr w:type="spellEnd"/>
      <w:r>
        <w:t xml:space="preserve"> </w:t>
      </w:r>
      <w:proofErr w:type="spellStart"/>
      <w:r>
        <w:t>ve</w:t>
      </w:r>
      <w:proofErr w:type="spellEnd"/>
      <w:r>
        <w:t xml:space="preserve"> </w:t>
      </w:r>
      <w:proofErr w:type="spellStart"/>
      <w:r>
        <w:t>STK’larla</w:t>
      </w:r>
      <w:proofErr w:type="spellEnd"/>
      <w:r>
        <w:t xml:space="preserve"> </w:t>
      </w:r>
      <w:proofErr w:type="spellStart"/>
      <w:r>
        <w:t>Ortak</w:t>
      </w:r>
      <w:proofErr w:type="spellEnd"/>
      <w:r>
        <w:t xml:space="preserve"> </w:t>
      </w:r>
      <w:proofErr w:type="spellStart"/>
      <w:r>
        <w:t>Toplumsal</w:t>
      </w:r>
      <w:proofErr w:type="spellEnd"/>
      <w:r>
        <w:t xml:space="preserve"> </w:t>
      </w:r>
      <w:proofErr w:type="spellStart"/>
      <w:r>
        <w:t>Katkı</w:t>
      </w:r>
      <w:proofErr w:type="spellEnd"/>
      <w:r>
        <w:t xml:space="preserve"> </w:t>
      </w:r>
      <w:proofErr w:type="spellStart"/>
      <w:r>
        <w:t>Projeleri</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75"/>
        <w:gridCol w:w="2115"/>
        <w:gridCol w:w="1842"/>
        <w:gridCol w:w="775"/>
        <w:gridCol w:w="1184"/>
        <w:gridCol w:w="1434"/>
        <w:gridCol w:w="1037"/>
      </w:tblGrid>
      <w:tr w:rsidR="00E24BA4" w:rsidRPr="0007764D" w:rsidTr="009D611D">
        <w:trPr>
          <w:tblHeader/>
          <w:tblCellSpacing w:w="15" w:type="dxa"/>
        </w:trPr>
        <w:tc>
          <w:tcPr>
            <w:tcW w:w="0" w:type="auto"/>
            <w:shd w:val="clear" w:color="auto" w:fill="B99C71"/>
            <w:vAlign w:val="center"/>
            <w:hideMark/>
          </w:tcPr>
          <w:p w:rsidR="00E24BA4" w:rsidRPr="0007764D" w:rsidRDefault="00E24BA4" w:rsidP="009D611D">
            <w:pPr>
              <w:pStyle w:val="Stil4"/>
              <w:rPr>
                <w:rFonts w:eastAsia="Times New Roman"/>
                <w:lang w:eastAsia="tr-TR"/>
              </w:rPr>
            </w:pPr>
            <w:r w:rsidRPr="0007764D">
              <w:rPr>
                <w:rFonts w:eastAsia="Times New Roman"/>
                <w:lang w:eastAsia="tr-TR"/>
              </w:rPr>
              <w:t>Proje Adı</w:t>
            </w:r>
          </w:p>
        </w:tc>
        <w:tc>
          <w:tcPr>
            <w:tcW w:w="0" w:type="auto"/>
            <w:shd w:val="clear" w:color="auto" w:fill="B99C71"/>
            <w:vAlign w:val="center"/>
            <w:hideMark/>
          </w:tcPr>
          <w:p w:rsidR="00E24BA4" w:rsidRPr="0007764D" w:rsidRDefault="00E24BA4" w:rsidP="009D611D">
            <w:pPr>
              <w:pStyle w:val="Stil4"/>
              <w:rPr>
                <w:rFonts w:eastAsia="Times New Roman"/>
                <w:lang w:eastAsia="tr-TR"/>
              </w:rPr>
            </w:pPr>
            <w:r w:rsidRPr="0007764D">
              <w:rPr>
                <w:rFonts w:eastAsia="Times New Roman"/>
                <w:lang w:eastAsia="tr-TR"/>
              </w:rPr>
              <w:t>Ortak Kurum / Kuruluş (Belediye, Bakanlık, STK vb.)</w:t>
            </w:r>
          </w:p>
        </w:tc>
        <w:tc>
          <w:tcPr>
            <w:tcW w:w="0" w:type="auto"/>
            <w:shd w:val="clear" w:color="auto" w:fill="B99C71"/>
            <w:vAlign w:val="center"/>
            <w:hideMark/>
          </w:tcPr>
          <w:p w:rsidR="00E24BA4" w:rsidRPr="0007764D" w:rsidRDefault="00E24BA4" w:rsidP="009D611D">
            <w:pPr>
              <w:pStyle w:val="Stil4"/>
              <w:rPr>
                <w:rFonts w:eastAsia="Times New Roman"/>
                <w:lang w:eastAsia="tr-TR"/>
              </w:rPr>
            </w:pPr>
            <w:r w:rsidRPr="0007764D">
              <w:rPr>
                <w:rFonts w:eastAsia="Times New Roman"/>
                <w:lang w:eastAsia="tr-TR"/>
              </w:rPr>
              <w:t>Hedef Grup (Gençler, Çiftçiler, Kadınlar vb.)</w:t>
            </w:r>
          </w:p>
        </w:tc>
        <w:tc>
          <w:tcPr>
            <w:tcW w:w="0" w:type="auto"/>
            <w:shd w:val="clear" w:color="auto" w:fill="B99C71"/>
            <w:vAlign w:val="center"/>
            <w:hideMark/>
          </w:tcPr>
          <w:p w:rsidR="00E24BA4" w:rsidRPr="0007764D" w:rsidRDefault="00E24BA4" w:rsidP="009D611D">
            <w:pPr>
              <w:pStyle w:val="Stil4"/>
              <w:rPr>
                <w:rFonts w:eastAsia="Times New Roman"/>
                <w:lang w:eastAsia="tr-TR"/>
              </w:rPr>
            </w:pPr>
            <w:r w:rsidRPr="0007764D">
              <w:rPr>
                <w:rFonts w:eastAsia="Times New Roman"/>
                <w:lang w:eastAsia="tr-TR"/>
              </w:rPr>
              <w:t>Proje Süresi</w:t>
            </w:r>
          </w:p>
        </w:tc>
        <w:tc>
          <w:tcPr>
            <w:tcW w:w="0" w:type="auto"/>
            <w:shd w:val="clear" w:color="auto" w:fill="B99C71"/>
            <w:vAlign w:val="center"/>
            <w:hideMark/>
          </w:tcPr>
          <w:p w:rsidR="00E24BA4" w:rsidRPr="0007764D" w:rsidRDefault="00E24BA4" w:rsidP="009D611D">
            <w:pPr>
              <w:pStyle w:val="Stil4"/>
              <w:rPr>
                <w:rFonts w:eastAsia="Times New Roman"/>
                <w:lang w:eastAsia="tr-TR"/>
              </w:rPr>
            </w:pPr>
            <w:r w:rsidRPr="0007764D">
              <w:rPr>
                <w:rFonts w:eastAsia="Times New Roman"/>
                <w:lang w:eastAsia="tr-TR"/>
              </w:rPr>
              <w:t>Temel Faaliyetler</w:t>
            </w:r>
          </w:p>
        </w:tc>
        <w:tc>
          <w:tcPr>
            <w:tcW w:w="0" w:type="auto"/>
            <w:shd w:val="clear" w:color="auto" w:fill="B99C71"/>
            <w:vAlign w:val="center"/>
            <w:hideMark/>
          </w:tcPr>
          <w:p w:rsidR="00E24BA4" w:rsidRPr="0007764D" w:rsidRDefault="00E24BA4" w:rsidP="009D611D">
            <w:pPr>
              <w:pStyle w:val="Stil4"/>
              <w:rPr>
                <w:rFonts w:eastAsia="Times New Roman"/>
                <w:lang w:eastAsia="tr-TR"/>
              </w:rPr>
            </w:pPr>
            <w:r w:rsidRPr="0007764D">
              <w:rPr>
                <w:rFonts w:eastAsia="Times New Roman"/>
                <w:lang w:eastAsia="tr-TR"/>
              </w:rPr>
              <w:t>Elde Edilen Sonuçlar / Çıktılar</w:t>
            </w:r>
          </w:p>
        </w:tc>
        <w:tc>
          <w:tcPr>
            <w:tcW w:w="0" w:type="auto"/>
            <w:shd w:val="clear" w:color="auto" w:fill="B99C71"/>
            <w:vAlign w:val="center"/>
            <w:hideMark/>
          </w:tcPr>
          <w:p w:rsidR="00E24BA4" w:rsidRPr="00BC1E5A" w:rsidRDefault="00E24BA4" w:rsidP="009D611D">
            <w:pPr>
              <w:pStyle w:val="Stil4"/>
              <w:rPr>
                <w:rFonts w:eastAsia="Times New Roman"/>
                <w:lang w:eastAsia="tr-TR"/>
              </w:rPr>
            </w:pPr>
            <w:r w:rsidRPr="0007764D">
              <w:rPr>
                <w:rFonts w:eastAsia="Times New Roman"/>
                <w:lang w:eastAsia="tr-TR"/>
              </w:rPr>
              <w:t>Kapsam (Yerel/</w:t>
            </w:r>
          </w:p>
          <w:p w:rsidR="00E24BA4" w:rsidRPr="00BC1E5A" w:rsidRDefault="00E24BA4" w:rsidP="009D611D">
            <w:pPr>
              <w:pStyle w:val="Stil4"/>
              <w:rPr>
                <w:rFonts w:eastAsia="Times New Roman"/>
                <w:lang w:eastAsia="tr-TR"/>
              </w:rPr>
            </w:pPr>
            <w:r w:rsidRPr="0007764D">
              <w:rPr>
                <w:rFonts w:eastAsia="Times New Roman"/>
                <w:lang w:eastAsia="tr-TR"/>
              </w:rPr>
              <w:t>Bölgesel/</w:t>
            </w:r>
          </w:p>
          <w:p w:rsidR="00E24BA4" w:rsidRPr="0007764D" w:rsidRDefault="00E24BA4" w:rsidP="009D611D">
            <w:pPr>
              <w:pStyle w:val="Stil4"/>
              <w:rPr>
                <w:rFonts w:eastAsia="Times New Roman"/>
                <w:lang w:eastAsia="tr-TR"/>
              </w:rPr>
            </w:pPr>
            <w:r w:rsidRPr="0007764D">
              <w:rPr>
                <w:rFonts w:eastAsia="Times New Roman"/>
                <w:lang w:eastAsia="tr-TR"/>
              </w:rPr>
              <w:t>Ulusal)</w:t>
            </w:r>
          </w:p>
        </w:tc>
      </w:tr>
      <w:tr w:rsidR="00E24BA4" w:rsidRPr="0007764D" w:rsidTr="009D611D">
        <w:trPr>
          <w:tblCellSpacing w:w="15" w:type="dxa"/>
        </w:trPr>
        <w:tc>
          <w:tcPr>
            <w:tcW w:w="0" w:type="auto"/>
            <w:vAlign w:val="center"/>
            <w:hideMark/>
          </w:tcPr>
          <w:p w:rsidR="00E24BA4" w:rsidRPr="0007764D" w:rsidRDefault="00E24BA4" w:rsidP="009D611D">
            <w:pPr>
              <w:pStyle w:val="Stil4"/>
              <w:rPr>
                <w:rFonts w:eastAsia="Times New Roman"/>
                <w:lang w:eastAsia="tr-TR"/>
              </w:rPr>
            </w:pPr>
            <w:r w:rsidRPr="0007764D">
              <w:rPr>
                <w:rFonts w:eastAsia="Times New Roman"/>
                <w:lang w:eastAsia="tr-TR"/>
              </w:rPr>
              <w:t>…</w:t>
            </w:r>
          </w:p>
        </w:tc>
        <w:tc>
          <w:tcPr>
            <w:tcW w:w="0" w:type="auto"/>
            <w:vAlign w:val="center"/>
            <w:hideMark/>
          </w:tcPr>
          <w:p w:rsidR="00E24BA4" w:rsidRPr="0007764D" w:rsidRDefault="00E24BA4" w:rsidP="009D611D">
            <w:pPr>
              <w:pStyle w:val="Stil4"/>
              <w:rPr>
                <w:rFonts w:eastAsia="Times New Roman"/>
                <w:lang w:eastAsia="tr-TR"/>
              </w:rPr>
            </w:pPr>
            <w:r w:rsidRPr="0007764D">
              <w:rPr>
                <w:rFonts w:eastAsia="Times New Roman"/>
                <w:lang w:eastAsia="tr-TR"/>
              </w:rPr>
              <w:t>…</w:t>
            </w:r>
          </w:p>
        </w:tc>
        <w:tc>
          <w:tcPr>
            <w:tcW w:w="0" w:type="auto"/>
            <w:vAlign w:val="center"/>
            <w:hideMark/>
          </w:tcPr>
          <w:p w:rsidR="00E24BA4" w:rsidRPr="0007764D" w:rsidRDefault="00E24BA4" w:rsidP="009D611D">
            <w:pPr>
              <w:pStyle w:val="Stil4"/>
              <w:rPr>
                <w:rFonts w:eastAsia="Times New Roman"/>
                <w:lang w:eastAsia="tr-TR"/>
              </w:rPr>
            </w:pPr>
            <w:r w:rsidRPr="0007764D">
              <w:rPr>
                <w:rFonts w:eastAsia="Times New Roman"/>
                <w:lang w:eastAsia="tr-TR"/>
              </w:rPr>
              <w:t>…</w:t>
            </w:r>
          </w:p>
        </w:tc>
        <w:tc>
          <w:tcPr>
            <w:tcW w:w="0" w:type="auto"/>
            <w:vAlign w:val="center"/>
            <w:hideMark/>
          </w:tcPr>
          <w:p w:rsidR="00E24BA4" w:rsidRPr="0007764D" w:rsidRDefault="00E24BA4" w:rsidP="009D611D">
            <w:pPr>
              <w:pStyle w:val="Stil4"/>
              <w:rPr>
                <w:rFonts w:eastAsia="Times New Roman"/>
                <w:lang w:eastAsia="tr-TR"/>
              </w:rPr>
            </w:pPr>
            <w:r w:rsidRPr="0007764D">
              <w:rPr>
                <w:rFonts w:eastAsia="Times New Roman"/>
                <w:lang w:eastAsia="tr-TR"/>
              </w:rPr>
              <w:t>…</w:t>
            </w:r>
          </w:p>
        </w:tc>
        <w:tc>
          <w:tcPr>
            <w:tcW w:w="0" w:type="auto"/>
            <w:vAlign w:val="center"/>
            <w:hideMark/>
          </w:tcPr>
          <w:p w:rsidR="00E24BA4" w:rsidRPr="0007764D" w:rsidRDefault="00E24BA4" w:rsidP="009D611D">
            <w:pPr>
              <w:pStyle w:val="Stil4"/>
              <w:rPr>
                <w:rFonts w:eastAsia="Times New Roman"/>
                <w:lang w:eastAsia="tr-TR"/>
              </w:rPr>
            </w:pPr>
            <w:r w:rsidRPr="0007764D">
              <w:rPr>
                <w:rFonts w:eastAsia="Times New Roman"/>
                <w:lang w:eastAsia="tr-TR"/>
              </w:rPr>
              <w:t>…</w:t>
            </w:r>
          </w:p>
        </w:tc>
        <w:tc>
          <w:tcPr>
            <w:tcW w:w="0" w:type="auto"/>
            <w:vAlign w:val="center"/>
            <w:hideMark/>
          </w:tcPr>
          <w:p w:rsidR="00E24BA4" w:rsidRPr="0007764D" w:rsidRDefault="00E24BA4" w:rsidP="009D611D">
            <w:pPr>
              <w:pStyle w:val="Stil4"/>
              <w:rPr>
                <w:rFonts w:eastAsia="Times New Roman"/>
                <w:lang w:eastAsia="tr-TR"/>
              </w:rPr>
            </w:pPr>
            <w:r w:rsidRPr="0007764D">
              <w:rPr>
                <w:rFonts w:eastAsia="Times New Roman"/>
                <w:lang w:eastAsia="tr-TR"/>
              </w:rPr>
              <w:t>…</w:t>
            </w:r>
          </w:p>
        </w:tc>
        <w:tc>
          <w:tcPr>
            <w:tcW w:w="0" w:type="auto"/>
            <w:vAlign w:val="center"/>
            <w:hideMark/>
          </w:tcPr>
          <w:p w:rsidR="00E24BA4" w:rsidRPr="0007764D" w:rsidRDefault="00E24BA4" w:rsidP="009D611D">
            <w:pPr>
              <w:pStyle w:val="Stil4"/>
              <w:rPr>
                <w:rFonts w:eastAsia="Times New Roman"/>
                <w:lang w:eastAsia="tr-TR"/>
              </w:rPr>
            </w:pPr>
            <w:r w:rsidRPr="0007764D">
              <w:rPr>
                <w:rFonts w:eastAsia="Times New Roman"/>
                <w:lang w:eastAsia="tr-TR"/>
              </w:rPr>
              <w:t>…</w:t>
            </w:r>
          </w:p>
        </w:tc>
      </w:tr>
      <w:tr w:rsidR="00E24BA4" w:rsidRPr="0007764D" w:rsidTr="009D611D">
        <w:trPr>
          <w:tblCellSpacing w:w="15" w:type="dxa"/>
        </w:trPr>
        <w:tc>
          <w:tcPr>
            <w:tcW w:w="0" w:type="auto"/>
            <w:vAlign w:val="center"/>
          </w:tcPr>
          <w:p w:rsidR="00E24BA4" w:rsidRPr="0007764D" w:rsidRDefault="00E24BA4" w:rsidP="009D611D">
            <w:pPr>
              <w:pStyle w:val="Stil4"/>
              <w:rPr>
                <w:rFonts w:eastAsia="Times New Roman"/>
                <w:lang w:eastAsia="tr-TR"/>
              </w:rPr>
            </w:pPr>
          </w:p>
        </w:tc>
        <w:tc>
          <w:tcPr>
            <w:tcW w:w="0" w:type="auto"/>
            <w:vAlign w:val="center"/>
          </w:tcPr>
          <w:p w:rsidR="00E24BA4" w:rsidRPr="0007764D" w:rsidRDefault="00E24BA4" w:rsidP="009D611D">
            <w:pPr>
              <w:pStyle w:val="Stil4"/>
              <w:rPr>
                <w:rFonts w:eastAsia="Times New Roman"/>
                <w:lang w:eastAsia="tr-TR"/>
              </w:rPr>
            </w:pPr>
          </w:p>
        </w:tc>
        <w:tc>
          <w:tcPr>
            <w:tcW w:w="0" w:type="auto"/>
            <w:vAlign w:val="center"/>
          </w:tcPr>
          <w:p w:rsidR="00E24BA4" w:rsidRPr="0007764D" w:rsidRDefault="00E24BA4" w:rsidP="009D611D">
            <w:pPr>
              <w:pStyle w:val="Stil4"/>
              <w:rPr>
                <w:rFonts w:eastAsia="Times New Roman"/>
                <w:lang w:eastAsia="tr-TR"/>
              </w:rPr>
            </w:pPr>
          </w:p>
        </w:tc>
        <w:tc>
          <w:tcPr>
            <w:tcW w:w="0" w:type="auto"/>
            <w:vAlign w:val="center"/>
          </w:tcPr>
          <w:p w:rsidR="00E24BA4" w:rsidRPr="0007764D" w:rsidRDefault="00E24BA4" w:rsidP="009D611D">
            <w:pPr>
              <w:pStyle w:val="Stil4"/>
              <w:rPr>
                <w:rFonts w:eastAsia="Times New Roman"/>
                <w:lang w:eastAsia="tr-TR"/>
              </w:rPr>
            </w:pPr>
          </w:p>
        </w:tc>
        <w:tc>
          <w:tcPr>
            <w:tcW w:w="0" w:type="auto"/>
            <w:vAlign w:val="center"/>
          </w:tcPr>
          <w:p w:rsidR="00E24BA4" w:rsidRPr="0007764D" w:rsidRDefault="00E24BA4" w:rsidP="009D611D">
            <w:pPr>
              <w:pStyle w:val="Stil4"/>
              <w:rPr>
                <w:rFonts w:eastAsia="Times New Roman"/>
                <w:lang w:eastAsia="tr-TR"/>
              </w:rPr>
            </w:pPr>
          </w:p>
        </w:tc>
        <w:tc>
          <w:tcPr>
            <w:tcW w:w="0" w:type="auto"/>
            <w:vAlign w:val="center"/>
          </w:tcPr>
          <w:p w:rsidR="00E24BA4" w:rsidRPr="0007764D" w:rsidRDefault="00E24BA4" w:rsidP="009D611D">
            <w:pPr>
              <w:pStyle w:val="Stil4"/>
              <w:rPr>
                <w:rFonts w:eastAsia="Times New Roman"/>
                <w:lang w:eastAsia="tr-TR"/>
              </w:rPr>
            </w:pPr>
          </w:p>
        </w:tc>
        <w:tc>
          <w:tcPr>
            <w:tcW w:w="0" w:type="auto"/>
            <w:vAlign w:val="center"/>
          </w:tcPr>
          <w:p w:rsidR="00E24BA4" w:rsidRPr="0007764D" w:rsidRDefault="00E24BA4" w:rsidP="009D611D">
            <w:pPr>
              <w:pStyle w:val="Stil4"/>
              <w:rPr>
                <w:rFonts w:eastAsia="Times New Roman"/>
                <w:lang w:eastAsia="tr-TR"/>
              </w:rPr>
            </w:pPr>
          </w:p>
        </w:tc>
      </w:tr>
    </w:tbl>
    <w:p w:rsidR="00E24BA4" w:rsidRDefault="00E24BA4" w:rsidP="00E24BA4"/>
    <w:p w:rsidR="006C02BD" w:rsidRDefault="006C02BD" w:rsidP="006C02BD">
      <w:proofErr w:type="spellStart"/>
      <w:r>
        <w:t>Sosyal</w:t>
      </w:r>
      <w:proofErr w:type="spellEnd"/>
      <w:r>
        <w:t xml:space="preserve"> </w:t>
      </w:r>
      <w:proofErr w:type="spellStart"/>
      <w:r>
        <w:t>ve</w:t>
      </w:r>
      <w:proofErr w:type="spellEnd"/>
      <w:r>
        <w:t xml:space="preserve"> </w:t>
      </w:r>
      <w:proofErr w:type="spellStart"/>
      <w:r>
        <w:t>Kültürel</w:t>
      </w:r>
      <w:proofErr w:type="spellEnd"/>
      <w:r>
        <w:t xml:space="preserve"> </w:t>
      </w:r>
      <w:proofErr w:type="spellStart"/>
      <w:r>
        <w:t>Etkinlikler</w:t>
      </w:r>
      <w:proofErr w:type="spellEnd"/>
    </w:p>
    <w:tbl>
      <w:tblPr>
        <w:tblW w:w="906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26"/>
        <w:gridCol w:w="1880"/>
        <w:gridCol w:w="1134"/>
        <w:gridCol w:w="1701"/>
        <w:gridCol w:w="2126"/>
      </w:tblGrid>
      <w:tr w:rsidR="006C02BD" w:rsidRPr="00964B2D" w:rsidTr="00A4680D">
        <w:trPr>
          <w:tblHeader/>
          <w:tblCellSpacing w:w="15" w:type="dxa"/>
        </w:trPr>
        <w:tc>
          <w:tcPr>
            <w:tcW w:w="0" w:type="auto"/>
            <w:shd w:val="clear" w:color="auto" w:fill="B99C71"/>
            <w:vAlign w:val="center"/>
            <w:hideMark/>
          </w:tcPr>
          <w:p w:rsidR="006C02BD" w:rsidRPr="00964B2D" w:rsidRDefault="006C02BD" w:rsidP="00A4680D">
            <w:pPr>
              <w:pStyle w:val="Stil4"/>
              <w:rPr>
                <w:lang w:eastAsia="tr-TR"/>
              </w:rPr>
            </w:pPr>
            <w:r w:rsidRPr="00964B2D">
              <w:rPr>
                <w:lang w:eastAsia="tr-TR"/>
              </w:rPr>
              <w:t xml:space="preserve"> </w:t>
            </w:r>
            <w:r>
              <w:rPr>
                <w:lang w:eastAsia="tr-TR"/>
              </w:rPr>
              <w:t>Etkinliğin Türü</w:t>
            </w:r>
          </w:p>
        </w:tc>
        <w:tc>
          <w:tcPr>
            <w:tcW w:w="1850" w:type="dxa"/>
            <w:shd w:val="clear" w:color="auto" w:fill="B99C71"/>
            <w:vAlign w:val="center"/>
          </w:tcPr>
          <w:p w:rsidR="006C02BD" w:rsidRDefault="006C02BD" w:rsidP="00A4680D">
            <w:pPr>
              <w:pStyle w:val="Stil4"/>
              <w:rPr>
                <w:lang w:eastAsia="tr-TR"/>
              </w:rPr>
            </w:pPr>
          </w:p>
          <w:p w:rsidR="006C02BD" w:rsidRPr="00964B2D" w:rsidRDefault="006C02BD" w:rsidP="00A4680D">
            <w:pPr>
              <w:pStyle w:val="Stil4"/>
              <w:rPr>
                <w:lang w:eastAsia="tr-TR"/>
              </w:rPr>
            </w:pPr>
            <w:r w:rsidRPr="00964B2D">
              <w:rPr>
                <w:lang w:eastAsia="tr-TR"/>
              </w:rPr>
              <w:t xml:space="preserve">Etkinlik </w:t>
            </w:r>
            <w:r>
              <w:rPr>
                <w:lang w:eastAsia="tr-TR"/>
              </w:rPr>
              <w:t xml:space="preserve">Adı </w:t>
            </w:r>
            <w:r w:rsidRPr="00964B2D">
              <w:rPr>
                <w:lang w:eastAsia="tr-TR"/>
              </w:rPr>
              <w:t xml:space="preserve"> </w:t>
            </w:r>
          </w:p>
          <w:p w:rsidR="006C02BD" w:rsidRPr="00964B2D" w:rsidRDefault="006C02BD" w:rsidP="00A4680D">
            <w:pPr>
              <w:pStyle w:val="Stil4"/>
              <w:rPr>
                <w:lang w:eastAsia="tr-TR"/>
              </w:rPr>
            </w:pPr>
          </w:p>
        </w:tc>
        <w:tc>
          <w:tcPr>
            <w:tcW w:w="1104" w:type="dxa"/>
            <w:shd w:val="clear" w:color="auto" w:fill="B99C71"/>
            <w:vAlign w:val="center"/>
            <w:hideMark/>
          </w:tcPr>
          <w:p w:rsidR="006C02BD" w:rsidRPr="00964B2D" w:rsidRDefault="006C02BD" w:rsidP="00A4680D">
            <w:pPr>
              <w:pStyle w:val="Stil4"/>
              <w:rPr>
                <w:lang w:eastAsia="tr-TR"/>
              </w:rPr>
            </w:pPr>
            <w:r>
              <w:rPr>
                <w:lang w:eastAsia="tr-TR"/>
              </w:rPr>
              <w:t>Tarih /</w:t>
            </w:r>
          </w:p>
        </w:tc>
        <w:tc>
          <w:tcPr>
            <w:tcW w:w="1671" w:type="dxa"/>
            <w:shd w:val="clear" w:color="auto" w:fill="B99C71"/>
            <w:vAlign w:val="center"/>
            <w:hideMark/>
          </w:tcPr>
          <w:p w:rsidR="006C02BD" w:rsidRPr="00964B2D" w:rsidRDefault="006C02BD" w:rsidP="00A4680D">
            <w:pPr>
              <w:pStyle w:val="Stil4"/>
              <w:rPr>
                <w:lang w:eastAsia="tr-TR"/>
              </w:rPr>
            </w:pPr>
            <w:r w:rsidRPr="00964B2D">
              <w:rPr>
                <w:lang w:eastAsia="tr-TR"/>
              </w:rPr>
              <w:t>Yer</w:t>
            </w:r>
          </w:p>
        </w:tc>
        <w:tc>
          <w:tcPr>
            <w:tcW w:w="2081" w:type="dxa"/>
            <w:shd w:val="clear" w:color="auto" w:fill="B99C71"/>
            <w:vAlign w:val="center"/>
            <w:hideMark/>
          </w:tcPr>
          <w:p w:rsidR="006C02BD" w:rsidRPr="00964B2D" w:rsidRDefault="006C02BD" w:rsidP="00A4680D">
            <w:pPr>
              <w:pStyle w:val="Stil4"/>
              <w:rPr>
                <w:lang w:eastAsia="tr-TR"/>
              </w:rPr>
            </w:pPr>
            <w:r w:rsidRPr="00964B2D">
              <w:rPr>
                <w:lang w:eastAsia="tr-TR"/>
              </w:rPr>
              <w:t>Katılımcı Sayısı</w:t>
            </w:r>
          </w:p>
        </w:tc>
      </w:tr>
      <w:tr w:rsidR="006C02BD" w:rsidRPr="00964B2D" w:rsidTr="00A4680D">
        <w:trPr>
          <w:tblCellSpacing w:w="15" w:type="dxa"/>
        </w:trPr>
        <w:tc>
          <w:tcPr>
            <w:tcW w:w="0" w:type="auto"/>
            <w:vAlign w:val="center"/>
            <w:hideMark/>
          </w:tcPr>
          <w:p w:rsidR="006C02BD" w:rsidRDefault="006C02BD" w:rsidP="00A4680D">
            <w:pPr>
              <w:pStyle w:val="Stil4"/>
              <w:rPr>
                <w:bCs/>
                <w:color w:val="000000"/>
                <w:szCs w:val="20"/>
              </w:rPr>
            </w:pPr>
            <w:r>
              <w:rPr>
                <w:bCs/>
                <w:color w:val="000000"/>
                <w:szCs w:val="20"/>
              </w:rPr>
              <w:t>Bilimsel</w:t>
            </w:r>
          </w:p>
        </w:tc>
        <w:tc>
          <w:tcPr>
            <w:tcW w:w="1850" w:type="dxa"/>
            <w:vAlign w:val="center"/>
            <w:hideMark/>
          </w:tcPr>
          <w:p w:rsidR="006C02BD" w:rsidRPr="00964B2D" w:rsidRDefault="006C02BD" w:rsidP="00A4680D">
            <w:pPr>
              <w:pStyle w:val="Stil4"/>
              <w:rPr>
                <w:lang w:eastAsia="tr-TR"/>
              </w:rPr>
            </w:pPr>
            <w:r w:rsidRPr="00964B2D">
              <w:rPr>
                <w:lang w:eastAsia="tr-TR"/>
              </w:rPr>
              <w:t>…</w:t>
            </w:r>
          </w:p>
        </w:tc>
        <w:tc>
          <w:tcPr>
            <w:tcW w:w="1104" w:type="dxa"/>
            <w:vAlign w:val="center"/>
            <w:hideMark/>
          </w:tcPr>
          <w:p w:rsidR="006C02BD" w:rsidRPr="00964B2D" w:rsidRDefault="006C02BD" w:rsidP="00A4680D">
            <w:pPr>
              <w:pStyle w:val="Stil4"/>
              <w:rPr>
                <w:lang w:eastAsia="tr-TR"/>
              </w:rPr>
            </w:pPr>
            <w:r w:rsidRPr="00964B2D">
              <w:rPr>
                <w:lang w:eastAsia="tr-TR"/>
              </w:rPr>
              <w:t>…</w:t>
            </w:r>
          </w:p>
        </w:tc>
        <w:tc>
          <w:tcPr>
            <w:tcW w:w="1671" w:type="dxa"/>
            <w:vAlign w:val="center"/>
            <w:hideMark/>
          </w:tcPr>
          <w:p w:rsidR="006C02BD" w:rsidRPr="00964B2D" w:rsidRDefault="006C02BD" w:rsidP="00A4680D">
            <w:pPr>
              <w:pStyle w:val="Stil4"/>
              <w:rPr>
                <w:lang w:eastAsia="tr-TR"/>
              </w:rPr>
            </w:pPr>
            <w:r w:rsidRPr="00964B2D">
              <w:rPr>
                <w:lang w:eastAsia="tr-TR"/>
              </w:rPr>
              <w:t>…</w:t>
            </w:r>
          </w:p>
        </w:tc>
        <w:tc>
          <w:tcPr>
            <w:tcW w:w="2081" w:type="dxa"/>
            <w:vAlign w:val="center"/>
            <w:hideMark/>
          </w:tcPr>
          <w:p w:rsidR="006C02BD" w:rsidRPr="00964B2D" w:rsidRDefault="006C02BD" w:rsidP="00A4680D">
            <w:pPr>
              <w:pStyle w:val="Stil4"/>
              <w:rPr>
                <w:lang w:eastAsia="tr-TR"/>
              </w:rPr>
            </w:pPr>
            <w:r w:rsidRPr="00964B2D">
              <w:rPr>
                <w:lang w:eastAsia="tr-TR"/>
              </w:rPr>
              <w:t>…</w:t>
            </w:r>
          </w:p>
        </w:tc>
      </w:tr>
      <w:tr w:rsidR="006C02BD" w:rsidRPr="00964B2D" w:rsidTr="00A4680D">
        <w:trPr>
          <w:tblCellSpacing w:w="15" w:type="dxa"/>
        </w:trPr>
        <w:tc>
          <w:tcPr>
            <w:tcW w:w="0" w:type="auto"/>
            <w:vAlign w:val="center"/>
          </w:tcPr>
          <w:p w:rsidR="006C02BD" w:rsidRDefault="006C02BD" w:rsidP="00A4680D">
            <w:pPr>
              <w:pStyle w:val="Stil4"/>
              <w:rPr>
                <w:bCs/>
                <w:color w:val="000000"/>
                <w:szCs w:val="20"/>
              </w:rPr>
            </w:pPr>
            <w:proofErr w:type="spellStart"/>
            <w:r>
              <w:rPr>
                <w:bCs/>
                <w:color w:val="000000"/>
                <w:szCs w:val="20"/>
              </w:rPr>
              <w:t>Çalıştay</w:t>
            </w:r>
            <w:proofErr w:type="spellEnd"/>
          </w:p>
        </w:tc>
        <w:tc>
          <w:tcPr>
            <w:tcW w:w="1850" w:type="dxa"/>
            <w:vAlign w:val="center"/>
          </w:tcPr>
          <w:p w:rsidR="006C02BD" w:rsidRPr="00964B2D" w:rsidRDefault="006C02BD" w:rsidP="00A4680D">
            <w:pPr>
              <w:pStyle w:val="Stil4"/>
              <w:rPr>
                <w:lang w:eastAsia="tr-TR"/>
              </w:rPr>
            </w:pPr>
          </w:p>
        </w:tc>
        <w:tc>
          <w:tcPr>
            <w:tcW w:w="1104" w:type="dxa"/>
            <w:vAlign w:val="center"/>
          </w:tcPr>
          <w:p w:rsidR="006C02BD" w:rsidRPr="00964B2D" w:rsidRDefault="006C02BD" w:rsidP="00A4680D">
            <w:pPr>
              <w:pStyle w:val="Stil4"/>
              <w:rPr>
                <w:lang w:eastAsia="tr-TR"/>
              </w:rPr>
            </w:pPr>
          </w:p>
        </w:tc>
        <w:tc>
          <w:tcPr>
            <w:tcW w:w="1671" w:type="dxa"/>
            <w:vAlign w:val="center"/>
          </w:tcPr>
          <w:p w:rsidR="006C02BD" w:rsidRPr="00964B2D" w:rsidRDefault="006C02BD" w:rsidP="00A4680D">
            <w:pPr>
              <w:pStyle w:val="Stil4"/>
              <w:rPr>
                <w:lang w:eastAsia="tr-TR"/>
              </w:rPr>
            </w:pPr>
          </w:p>
        </w:tc>
        <w:tc>
          <w:tcPr>
            <w:tcW w:w="2081" w:type="dxa"/>
            <w:vAlign w:val="center"/>
          </w:tcPr>
          <w:p w:rsidR="006C02BD" w:rsidRPr="00964B2D" w:rsidRDefault="006C02BD" w:rsidP="00A4680D">
            <w:pPr>
              <w:pStyle w:val="Stil4"/>
              <w:rPr>
                <w:lang w:eastAsia="tr-TR"/>
              </w:rPr>
            </w:pPr>
          </w:p>
        </w:tc>
      </w:tr>
      <w:tr w:rsidR="006C02BD" w:rsidRPr="00964B2D" w:rsidTr="00A4680D">
        <w:trPr>
          <w:tblCellSpacing w:w="15" w:type="dxa"/>
        </w:trPr>
        <w:tc>
          <w:tcPr>
            <w:tcW w:w="0" w:type="auto"/>
            <w:vAlign w:val="center"/>
          </w:tcPr>
          <w:p w:rsidR="006C02BD" w:rsidRDefault="006C02BD" w:rsidP="00A4680D">
            <w:pPr>
              <w:pStyle w:val="Stil4"/>
              <w:rPr>
                <w:bCs/>
                <w:color w:val="000000"/>
                <w:szCs w:val="20"/>
              </w:rPr>
            </w:pPr>
            <w:r>
              <w:rPr>
                <w:bCs/>
                <w:color w:val="000000"/>
                <w:szCs w:val="20"/>
              </w:rPr>
              <w:t>Doğa</w:t>
            </w:r>
          </w:p>
        </w:tc>
        <w:tc>
          <w:tcPr>
            <w:tcW w:w="1850" w:type="dxa"/>
            <w:vAlign w:val="center"/>
          </w:tcPr>
          <w:p w:rsidR="006C02BD" w:rsidRPr="00964B2D" w:rsidRDefault="006C02BD" w:rsidP="00A4680D">
            <w:pPr>
              <w:pStyle w:val="Stil4"/>
              <w:rPr>
                <w:lang w:eastAsia="tr-TR"/>
              </w:rPr>
            </w:pPr>
          </w:p>
        </w:tc>
        <w:tc>
          <w:tcPr>
            <w:tcW w:w="1104" w:type="dxa"/>
            <w:vAlign w:val="center"/>
          </w:tcPr>
          <w:p w:rsidR="006C02BD" w:rsidRPr="00964B2D" w:rsidRDefault="006C02BD" w:rsidP="00A4680D">
            <w:pPr>
              <w:pStyle w:val="Stil4"/>
              <w:rPr>
                <w:lang w:eastAsia="tr-TR"/>
              </w:rPr>
            </w:pPr>
          </w:p>
        </w:tc>
        <w:tc>
          <w:tcPr>
            <w:tcW w:w="1671" w:type="dxa"/>
            <w:vAlign w:val="center"/>
          </w:tcPr>
          <w:p w:rsidR="006C02BD" w:rsidRPr="00964B2D" w:rsidRDefault="006C02BD" w:rsidP="00A4680D">
            <w:pPr>
              <w:pStyle w:val="Stil4"/>
              <w:rPr>
                <w:lang w:eastAsia="tr-TR"/>
              </w:rPr>
            </w:pPr>
          </w:p>
        </w:tc>
        <w:tc>
          <w:tcPr>
            <w:tcW w:w="2081" w:type="dxa"/>
            <w:vAlign w:val="center"/>
          </w:tcPr>
          <w:p w:rsidR="006C02BD" w:rsidRPr="00964B2D" w:rsidRDefault="006C02BD" w:rsidP="00A4680D">
            <w:pPr>
              <w:pStyle w:val="Stil4"/>
              <w:rPr>
                <w:lang w:eastAsia="tr-TR"/>
              </w:rPr>
            </w:pPr>
          </w:p>
        </w:tc>
      </w:tr>
      <w:tr w:rsidR="006C02BD" w:rsidRPr="00964B2D" w:rsidTr="00A4680D">
        <w:trPr>
          <w:tblCellSpacing w:w="15" w:type="dxa"/>
        </w:trPr>
        <w:tc>
          <w:tcPr>
            <w:tcW w:w="0" w:type="auto"/>
            <w:vAlign w:val="center"/>
          </w:tcPr>
          <w:p w:rsidR="006C02BD" w:rsidRDefault="006C02BD" w:rsidP="00A4680D">
            <w:pPr>
              <w:pStyle w:val="Stil4"/>
              <w:rPr>
                <w:bCs/>
                <w:color w:val="000000"/>
                <w:szCs w:val="20"/>
              </w:rPr>
            </w:pPr>
            <w:r>
              <w:rPr>
                <w:bCs/>
                <w:color w:val="000000"/>
                <w:szCs w:val="20"/>
              </w:rPr>
              <w:t>Eğitim</w:t>
            </w:r>
          </w:p>
        </w:tc>
        <w:tc>
          <w:tcPr>
            <w:tcW w:w="1850" w:type="dxa"/>
            <w:vAlign w:val="center"/>
          </w:tcPr>
          <w:p w:rsidR="006C02BD" w:rsidRPr="00964B2D" w:rsidRDefault="006C02BD" w:rsidP="00A4680D">
            <w:pPr>
              <w:pStyle w:val="Stil4"/>
              <w:rPr>
                <w:lang w:eastAsia="tr-TR"/>
              </w:rPr>
            </w:pPr>
          </w:p>
        </w:tc>
        <w:tc>
          <w:tcPr>
            <w:tcW w:w="1104" w:type="dxa"/>
            <w:vAlign w:val="center"/>
          </w:tcPr>
          <w:p w:rsidR="006C02BD" w:rsidRPr="00964B2D" w:rsidRDefault="006C02BD" w:rsidP="00A4680D">
            <w:pPr>
              <w:pStyle w:val="Stil4"/>
              <w:rPr>
                <w:lang w:eastAsia="tr-TR"/>
              </w:rPr>
            </w:pPr>
          </w:p>
        </w:tc>
        <w:tc>
          <w:tcPr>
            <w:tcW w:w="1671" w:type="dxa"/>
            <w:vAlign w:val="center"/>
          </w:tcPr>
          <w:p w:rsidR="006C02BD" w:rsidRPr="00964B2D" w:rsidRDefault="006C02BD" w:rsidP="00A4680D">
            <w:pPr>
              <w:pStyle w:val="Stil4"/>
              <w:rPr>
                <w:lang w:eastAsia="tr-TR"/>
              </w:rPr>
            </w:pPr>
          </w:p>
        </w:tc>
        <w:tc>
          <w:tcPr>
            <w:tcW w:w="2081" w:type="dxa"/>
            <w:vAlign w:val="center"/>
          </w:tcPr>
          <w:p w:rsidR="006C02BD" w:rsidRPr="00964B2D" w:rsidRDefault="006C02BD" w:rsidP="00A4680D">
            <w:pPr>
              <w:pStyle w:val="Stil4"/>
              <w:rPr>
                <w:lang w:eastAsia="tr-TR"/>
              </w:rPr>
            </w:pPr>
          </w:p>
        </w:tc>
      </w:tr>
      <w:tr w:rsidR="006C02BD" w:rsidRPr="00964B2D" w:rsidTr="00A4680D">
        <w:trPr>
          <w:tblCellSpacing w:w="15" w:type="dxa"/>
        </w:trPr>
        <w:tc>
          <w:tcPr>
            <w:tcW w:w="0" w:type="auto"/>
            <w:vAlign w:val="center"/>
          </w:tcPr>
          <w:p w:rsidR="006C02BD" w:rsidRDefault="006C02BD" w:rsidP="00A4680D">
            <w:pPr>
              <w:pStyle w:val="Stil4"/>
              <w:rPr>
                <w:bCs/>
                <w:color w:val="000000"/>
                <w:szCs w:val="20"/>
              </w:rPr>
            </w:pPr>
            <w:r>
              <w:rPr>
                <w:bCs/>
                <w:color w:val="000000"/>
                <w:szCs w:val="20"/>
              </w:rPr>
              <w:t>Festival</w:t>
            </w:r>
          </w:p>
        </w:tc>
        <w:tc>
          <w:tcPr>
            <w:tcW w:w="1850" w:type="dxa"/>
            <w:vAlign w:val="center"/>
          </w:tcPr>
          <w:p w:rsidR="006C02BD" w:rsidRPr="00964B2D" w:rsidRDefault="006C02BD" w:rsidP="00A4680D">
            <w:pPr>
              <w:pStyle w:val="Stil4"/>
              <w:rPr>
                <w:lang w:eastAsia="tr-TR"/>
              </w:rPr>
            </w:pPr>
          </w:p>
        </w:tc>
        <w:tc>
          <w:tcPr>
            <w:tcW w:w="1104" w:type="dxa"/>
            <w:vAlign w:val="center"/>
          </w:tcPr>
          <w:p w:rsidR="006C02BD" w:rsidRPr="00964B2D" w:rsidRDefault="006C02BD" w:rsidP="00A4680D">
            <w:pPr>
              <w:pStyle w:val="Stil4"/>
              <w:rPr>
                <w:lang w:eastAsia="tr-TR"/>
              </w:rPr>
            </w:pPr>
          </w:p>
        </w:tc>
        <w:tc>
          <w:tcPr>
            <w:tcW w:w="1671" w:type="dxa"/>
            <w:vAlign w:val="center"/>
          </w:tcPr>
          <w:p w:rsidR="006C02BD" w:rsidRPr="00964B2D" w:rsidRDefault="006C02BD" w:rsidP="00A4680D">
            <w:pPr>
              <w:pStyle w:val="Stil4"/>
              <w:rPr>
                <w:lang w:eastAsia="tr-TR"/>
              </w:rPr>
            </w:pPr>
          </w:p>
        </w:tc>
        <w:tc>
          <w:tcPr>
            <w:tcW w:w="2081" w:type="dxa"/>
            <w:vAlign w:val="center"/>
          </w:tcPr>
          <w:p w:rsidR="006C02BD" w:rsidRPr="00964B2D" w:rsidRDefault="006C02BD" w:rsidP="00A4680D">
            <w:pPr>
              <w:pStyle w:val="Stil4"/>
              <w:rPr>
                <w:lang w:eastAsia="tr-TR"/>
              </w:rPr>
            </w:pPr>
          </w:p>
        </w:tc>
      </w:tr>
      <w:tr w:rsidR="006C02BD" w:rsidRPr="00964B2D" w:rsidTr="00A4680D">
        <w:trPr>
          <w:tblCellSpacing w:w="15" w:type="dxa"/>
        </w:trPr>
        <w:tc>
          <w:tcPr>
            <w:tcW w:w="0" w:type="auto"/>
            <w:vAlign w:val="center"/>
          </w:tcPr>
          <w:p w:rsidR="006C02BD" w:rsidRDefault="006C02BD" w:rsidP="00A4680D">
            <w:pPr>
              <w:pStyle w:val="Stil4"/>
              <w:rPr>
                <w:bCs/>
                <w:color w:val="000000"/>
                <w:szCs w:val="20"/>
              </w:rPr>
            </w:pPr>
            <w:r>
              <w:rPr>
                <w:bCs/>
                <w:color w:val="000000"/>
                <w:szCs w:val="20"/>
              </w:rPr>
              <w:t>Girişimcilik/</w:t>
            </w:r>
            <w:proofErr w:type="spellStart"/>
            <w:r>
              <w:rPr>
                <w:bCs/>
                <w:color w:val="000000"/>
                <w:szCs w:val="20"/>
              </w:rPr>
              <w:t>İnovasyon</w:t>
            </w:r>
            <w:proofErr w:type="spellEnd"/>
          </w:p>
        </w:tc>
        <w:tc>
          <w:tcPr>
            <w:tcW w:w="1850" w:type="dxa"/>
            <w:vAlign w:val="center"/>
          </w:tcPr>
          <w:p w:rsidR="006C02BD" w:rsidRPr="00964B2D" w:rsidRDefault="006C02BD" w:rsidP="00A4680D">
            <w:pPr>
              <w:pStyle w:val="Stil4"/>
              <w:rPr>
                <w:lang w:eastAsia="tr-TR"/>
              </w:rPr>
            </w:pPr>
          </w:p>
        </w:tc>
        <w:tc>
          <w:tcPr>
            <w:tcW w:w="1104" w:type="dxa"/>
            <w:vAlign w:val="center"/>
          </w:tcPr>
          <w:p w:rsidR="006C02BD" w:rsidRPr="00964B2D" w:rsidRDefault="006C02BD" w:rsidP="00A4680D">
            <w:pPr>
              <w:pStyle w:val="Stil4"/>
              <w:rPr>
                <w:lang w:eastAsia="tr-TR"/>
              </w:rPr>
            </w:pPr>
          </w:p>
        </w:tc>
        <w:tc>
          <w:tcPr>
            <w:tcW w:w="1671" w:type="dxa"/>
            <w:vAlign w:val="center"/>
          </w:tcPr>
          <w:p w:rsidR="006C02BD" w:rsidRPr="00964B2D" w:rsidRDefault="006C02BD" w:rsidP="00A4680D">
            <w:pPr>
              <w:pStyle w:val="Stil4"/>
              <w:rPr>
                <w:lang w:eastAsia="tr-TR"/>
              </w:rPr>
            </w:pPr>
          </w:p>
        </w:tc>
        <w:tc>
          <w:tcPr>
            <w:tcW w:w="2081" w:type="dxa"/>
            <w:vAlign w:val="center"/>
          </w:tcPr>
          <w:p w:rsidR="006C02BD" w:rsidRPr="00964B2D" w:rsidRDefault="006C02BD" w:rsidP="00A4680D">
            <w:pPr>
              <w:pStyle w:val="Stil4"/>
              <w:rPr>
                <w:lang w:eastAsia="tr-TR"/>
              </w:rPr>
            </w:pPr>
          </w:p>
        </w:tc>
      </w:tr>
      <w:tr w:rsidR="006C02BD" w:rsidRPr="00964B2D" w:rsidTr="00A4680D">
        <w:trPr>
          <w:tblCellSpacing w:w="15" w:type="dxa"/>
        </w:trPr>
        <w:tc>
          <w:tcPr>
            <w:tcW w:w="0" w:type="auto"/>
            <w:vAlign w:val="center"/>
          </w:tcPr>
          <w:p w:rsidR="006C02BD" w:rsidRDefault="006C02BD" w:rsidP="00A4680D">
            <w:pPr>
              <w:pStyle w:val="Stil4"/>
              <w:rPr>
                <w:bCs/>
                <w:color w:val="000000"/>
                <w:szCs w:val="20"/>
              </w:rPr>
            </w:pPr>
            <w:r>
              <w:rPr>
                <w:bCs/>
                <w:color w:val="000000"/>
                <w:szCs w:val="20"/>
              </w:rPr>
              <w:t>Kişisel Gelişim</w:t>
            </w:r>
          </w:p>
        </w:tc>
        <w:tc>
          <w:tcPr>
            <w:tcW w:w="1850" w:type="dxa"/>
            <w:vAlign w:val="center"/>
          </w:tcPr>
          <w:p w:rsidR="006C02BD" w:rsidRPr="00964B2D" w:rsidRDefault="006C02BD" w:rsidP="00A4680D">
            <w:pPr>
              <w:pStyle w:val="Stil4"/>
              <w:rPr>
                <w:lang w:eastAsia="tr-TR"/>
              </w:rPr>
            </w:pPr>
          </w:p>
        </w:tc>
        <w:tc>
          <w:tcPr>
            <w:tcW w:w="1104" w:type="dxa"/>
            <w:vAlign w:val="center"/>
          </w:tcPr>
          <w:p w:rsidR="006C02BD" w:rsidRPr="00964B2D" w:rsidRDefault="006C02BD" w:rsidP="00A4680D">
            <w:pPr>
              <w:pStyle w:val="Stil4"/>
              <w:rPr>
                <w:lang w:eastAsia="tr-TR"/>
              </w:rPr>
            </w:pPr>
          </w:p>
        </w:tc>
        <w:tc>
          <w:tcPr>
            <w:tcW w:w="1671" w:type="dxa"/>
            <w:vAlign w:val="center"/>
          </w:tcPr>
          <w:p w:rsidR="006C02BD" w:rsidRPr="00964B2D" w:rsidRDefault="006C02BD" w:rsidP="00A4680D">
            <w:pPr>
              <w:pStyle w:val="Stil4"/>
              <w:rPr>
                <w:lang w:eastAsia="tr-TR"/>
              </w:rPr>
            </w:pPr>
          </w:p>
        </w:tc>
        <w:tc>
          <w:tcPr>
            <w:tcW w:w="2081" w:type="dxa"/>
            <w:vAlign w:val="center"/>
          </w:tcPr>
          <w:p w:rsidR="006C02BD" w:rsidRPr="00964B2D" w:rsidRDefault="006C02BD" w:rsidP="00A4680D">
            <w:pPr>
              <w:pStyle w:val="Stil4"/>
              <w:rPr>
                <w:lang w:eastAsia="tr-TR"/>
              </w:rPr>
            </w:pPr>
          </w:p>
        </w:tc>
      </w:tr>
      <w:tr w:rsidR="006C02BD" w:rsidRPr="00964B2D" w:rsidTr="00A4680D">
        <w:trPr>
          <w:tblCellSpacing w:w="15" w:type="dxa"/>
        </w:trPr>
        <w:tc>
          <w:tcPr>
            <w:tcW w:w="0" w:type="auto"/>
            <w:vAlign w:val="center"/>
          </w:tcPr>
          <w:p w:rsidR="006C02BD" w:rsidRDefault="006C02BD" w:rsidP="00A4680D">
            <w:pPr>
              <w:pStyle w:val="Stil4"/>
              <w:rPr>
                <w:bCs/>
                <w:color w:val="000000"/>
                <w:szCs w:val="20"/>
              </w:rPr>
            </w:pPr>
            <w:r>
              <w:rPr>
                <w:bCs/>
                <w:color w:val="000000"/>
                <w:szCs w:val="20"/>
              </w:rPr>
              <w:t>Konferans</w:t>
            </w:r>
          </w:p>
        </w:tc>
        <w:tc>
          <w:tcPr>
            <w:tcW w:w="1850" w:type="dxa"/>
            <w:vAlign w:val="center"/>
          </w:tcPr>
          <w:p w:rsidR="006C02BD" w:rsidRPr="00964B2D" w:rsidRDefault="006C02BD" w:rsidP="00A4680D">
            <w:pPr>
              <w:pStyle w:val="Stil4"/>
              <w:rPr>
                <w:lang w:eastAsia="tr-TR"/>
              </w:rPr>
            </w:pPr>
          </w:p>
        </w:tc>
        <w:tc>
          <w:tcPr>
            <w:tcW w:w="1104" w:type="dxa"/>
            <w:vAlign w:val="center"/>
          </w:tcPr>
          <w:p w:rsidR="006C02BD" w:rsidRPr="00964B2D" w:rsidRDefault="006C02BD" w:rsidP="00A4680D">
            <w:pPr>
              <w:pStyle w:val="Stil4"/>
              <w:rPr>
                <w:lang w:eastAsia="tr-TR"/>
              </w:rPr>
            </w:pPr>
          </w:p>
        </w:tc>
        <w:tc>
          <w:tcPr>
            <w:tcW w:w="1671" w:type="dxa"/>
            <w:vAlign w:val="center"/>
          </w:tcPr>
          <w:p w:rsidR="006C02BD" w:rsidRPr="00964B2D" w:rsidRDefault="006C02BD" w:rsidP="00A4680D">
            <w:pPr>
              <w:pStyle w:val="Stil4"/>
              <w:rPr>
                <w:lang w:eastAsia="tr-TR"/>
              </w:rPr>
            </w:pPr>
          </w:p>
        </w:tc>
        <w:tc>
          <w:tcPr>
            <w:tcW w:w="2081" w:type="dxa"/>
            <w:vAlign w:val="center"/>
          </w:tcPr>
          <w:p w:rsidR="006C02BD" w:rsidRPr="00964B2D" w:rsidRDefault="006C02BD" w:rsidP="00A4680D">
            <w:pPr>
              <w:pStyle w:val="Stil4"/>
              <w:rPr>
                <w:lang w:eastAsia="tr-TR"/>
              </w:rPr>
            </w:pPr>
          </w:p>
        </w:tc>
      </w:tr>
      <w:tr w:rsidR="006C02BD" w:rsidRPr="00964B2D" w:rsidTr="00A4680D">
        <w:trPr>
          <w:tblCellSpacing w:w="15" w:type="dxa"/>
        </w:trPr>
        <w:tc>
          <w:tcPr>
            <w:tcW w:w="0" w:type="auto"/>
            <w:vAlign w:val="center"/>
          </w:tcPr>
          <w:p w:rsidR="006C02BD" w:rsidRDefault="006C02BD" w:rsidP="00A4680D">
            <w:pPr>
              <w:pStyle w:val="Stil4"/>
              <w:rPr>
                <w:bCs/>
                <w:color w:val="000000"/>
                <w:szCs w:val="20"/>
              </w:rPr>
            </w:pPr>
            <w:r>
              <w:rPr>
                <w:bCs/>
                <w:color w:val="000000"/>
                <w:szCs w:val="20"/>
              </w:rPr>
              <w:t>Kongre</w:t>
            </w:r>
          </w:p>
        </w:tc>
        <w:tc>
          <w:tcPr>
            <w:tcW w:w="1850" w:type="dxa"/>
            <w:vAlign w:val="center"/>
          </w:tcPr>
          <w:p w:rsidR="006C02BD" w:rsidRPr="00964B2D" w:rsidRDefault="006C02BD" w:rsidP="00A4680D">
            <w:pPr>
              <w:pStyle w:val="Stil4"/>
              <w:rPr>
                <w:lang w:eastAsia="tr-TR"/>
              </w:rPr>
            </w:pPr>
          </w:p>
        </w:tc>
        <w:tc>
          <w:tcPr>
            <w:tcW w:w="1104" w:type="dxa"/>
            <w:vAlign w:val="center"/>
          </w:tcPr>
          <w:p w:rsidR="006C02BD" w:rsidRPr="00964B2D" w:rsidRDefault="006C02BD" w:rsidP="00A4680D">
            <w:pPr>
              <w:pStyle w:val="Stil4"/>
              <w:rPr>
                <w:lang w:eastAsia="tr-TR"/>
              </w:rPr>
            </w:pPr>
          </w:p>
        </w:tc>
        <w:tc>
          <w:tcPr>
            <w:tcW w:w="1671" w:type="dxa"/>
            <w:vAlign w:val="center"/>
          </w:tcPr>
          <w:p w:rsidR="006C02BD" w:rsidRPr="00964B2D" w:rsidRDefault="006C02BD" w:rsidP="00A4680D">
            <w:pPr>
              <w:pStyle w:val="Stil4"/>
              <w:rPr>
                <w:lang w:eastAsia="tr-TR"/>
              </w:rPr>
            </w:pPr>
          </w:p>
        </w:tc>
        <w:tc>
          <w:tcPr>
            <w:tcW w:w="2081" w:type="dxa"/>
            <w:vAlign w:val="center"/>
          </w:tcPr>
          <w:p w:rsidR="006C02BD" w:rsidRPr="00964B2D" w:rsidRDefault="006C02BD" w:rsidP="00A4680D">
            <w:pPr>
              <w:pStyle w:val="Stil4"/>
              <w:rPr>
                <w:lang w:eastAsia="tr-TR"/>
              </w:rPr>
            </w:pPr>
          </w:p>
        </w:tc>
      </w:tr>
      <w:tr w:rsidR="006C02BD" w:rsidRPr="00964B2D" w:rsidTr="00A4680D">
        <w:trPr>
          <w:tblCellSpacing w:w="15" w:type="dxa"/>
        </w:trPr>
        <w:tc>
          <w:tcPr>
            <w:tcW w:w="0" w:type="auto"/>
            <w:vAlign w:val="center"/>
          </w:tcPr>
          <w:p w:rsidR="006C02BD" w:rsidRDefault="006C02BD" w:rsidP="00A4680D">
            <w:pPr>
              <w:pStyle w:val="Stil4"/>
              <w:rPr>
                <w:bCs/>
                <w:color w:val="000000"/>
                <w:szCs w:val="20"/>
              </w:rPr>
            </w:pPr>
            <w:r>
              <w:rPr>
                <w:bCs/>
                <w:color w:val="000000"/>
                <w:szCs w:val="20"/>
              </w:rPr>
              <w:t>Konser</w:t>
            </w:r>
          </w:p>
        </w:tc>
        <w:tc>
          <w:tcPr>
            <w:tcW w:w="1850" w:type="dxa"/>
            <w:vAlign w:val="center"/>
          </w:tcPr>
          <w:p w:rsidR="006C02BD" w:rsidRPr="00964B2D" w:rsidRDefault="006C02BD" w:rsidP="00A4680D">
            <w:pPr>
              <w:pStyle w:val="Stil4"/>
              <w:rPr>
                <w:lang w:eastAsia="tr-TR"/>
              </w:rPr>
            </w:pPr>
          </w:p>
        </w:tc>
        <w:tc>
          <w:tcPr>
            <w:tcW w:w="1104" w:type="dxa"/>
            <w:vAlign w:val="center"/>
          </w:tcPr>
          <w:p w:rsidR="006C02BD" w:rsidRPr="00964B2D" w:rsidRDefault="006C02BD" w:rsidP="00A4680D">
            <w:pPr>
              <w:pStyle w:val="Stil4"/>
              <w:rPr>
                <w:lang w:eastAsia="tr-TR"/>
              </w:rPr>
            </w:pPr>
          </w:p>
        </w:tc>
        <w:tc>
          <w:tcPr>
            <w:tcW w:w="1671" w:type="dxa"/>
            <w:vAlign w:val="center"/>
          </w:tcPr>
          <w:p w:rsidR="006C02BD" w:rsidRPr="00964B2D" w:rsidRDefault="006C02BD" w:rsidP="00A4680D">
            <w:pPr>
              <w:pStyle w:val="Stil4"/>
              <w:rPr>
                <w:lang w:eastAsia="tr-TR"/>
              </w:rPr>
            </w:pPr>
          </w:p>
        </w:tc>
        <w:tc>
          <w:tcPr>
            <w:tcW w:w="2081" w:type="dxa"/>
            <w:vAlign w:val="center"/>
          </w:tcPr>
          <w:p w:rsidR="006C02BD" w:rsidRPr="00964B2D" w:rsidRDefault="006C02BD" w:rsidP="00A4680D">
            <w:pPr>
              <w:pStyle w:val="Stil4"/>
              <w:rPr>
                <w:lang w:eastAsia="tr-TR"/>
              </w:rPr>
            </w:pPr>
          </w:p>
        </w:tc>
      </w:tr>
      <w:tr w:rsidR="006C02BD" w:rsidRPr="00964B2D" w:rsidTr="00A4680D">
        <w:trPr>
          <w:tblCellSpacing w:w="15" w:type="dxa"/>
        </w:trPr>
        <w:tc>
          <w:tcPr>
            <w:tcW w:w="0" w:type="auto"/>
            <w:vAlign w:val="center"/>
          </w:tcPr>
          <w:p w:rsidR="006C02BD" w:rsidRDefault="006C02BD" w:rsidP="00A4680D">
            <w:pPr>
              <w:pStyle w:val="Stil4"/>
              <w:rPr>
                <w:bCs/>
                <w:color w:val="000000"/>
                <w:szCs w:val="20"/>
              </w:rPr>
            </w:pPr>
            <w:r>
              <w:rPr>
                <w:bCs/>
                <w:color w:val="000000"/>
                <w:szCs w:val="20"/>
              </w:rPr>
              <w:t>Kültürel</w:t>
            </w:r>
          </w:p>
        </w:tc>
        <w:tc>
          <w:tcPr>
            <w:tcW w:w="1850" w:type="dxa"/>
            <w:vAlign w:val="center"/>
          </w:tcPr>
          <w:p w:rsidR="006C02BD" w:rsidRPr="00964B2D" w:rsidRDefault="006C02BD" w:rsidP="00A4680D">
            <w:pPr>
              <w:pStyle w:val="Stil4"/>
              <w:rPr>
                <w:lang w:eastAsia="tr-TR"/>
              </w:rPr>
            </w:pPr>
          </w:p>
        </w:tc>
        <w:tc>
          <w:tcPr>
            <w:tcW w:w="1104" w:type="dxa"/>
            <w:vAlign w:val="center"/>
          </w:tcPr>
          <w:p w:rsidR="006C02BD" w:rsidRPr="00964B2D" w:rsidRDefault="006C02BD" w:rsidP="00A4680D">
            <w:pPr>
              <w:pStyle w:val="Stil4"/>
              <w:rPr>
                <w:lang w:eastAsia="tr-TR"/>
              </w:rPr>
            </w:pPr>
          </w:p>
        </w:tc>
        <w:tc>
          <w:tcPr>
            <w:tcW w:w="1671" w:type="dxa"/>
            <w:vAlign w:val="center"/>
          </w:tcPr>
          <w:p w:rsidR="006C02BD" w:rsidRPr="00964B2D" w:rsidRDefault="006C02BD" w:rsidP="00A4680D">
            <w:pPr>
              <w:pStyle w:val="Stil4"/>
              <w:rPr>
                <w:lang w:eastAsia="tr-TR"/>
              </w:rPr>
            </w:pPr>
          </w:p>
        </w:tc>
        <w:tc>
          <w:tcPr>
            <w:tcW w:w="2081" w:type="dxa"/>
            <w:vAlign w:val="center"/>
          </w:tcPr>
          <w:p w:rsidR="006C02BD" w:rsidRPr="00964B2D" w:rsidRDefault="006C02BD" w:rsidP="00A4680D">
            <w:pPr>
              <w:pStyle w:val="Stil4"/>
              <w:rPr>
                <w:lang w:eastAsia="tr-TR"/>
              </w:rPr>
            </w:pPr>
          </w:p>
        </w:tc>
      </w:tr>
      <w:tr w:rsidR="006C02BD" w:rsidRPr="00964B2D" w:rsidTr="00A4680D">
        <w:trPr>
          <w:tblCellSpacing w:w="15" w:type="dxa"/>
        </w:trPr>
        <w:tc>
          <w:tcPr>
            <w:tcW w:w="0" w:type="auto"/>
            <w:vAlign w:val="center"/>
          </w:tcPr>
          <w:p w:rsidR="006C02BD" w:rsidRDefault="006C02BD" w:rsidP="00A4680D">
            <w:pPr>
              <w:pStyle w:val="Stil4"/>
              <w:rPr>
                <w:bCs/>
                <w:color w:val="000000"/>
                <w:szCs w:val="20"/>
              </w:rPr>
            </w:pPr>
            <w:r>
              <w:rPr>
                <w:bCs/>
                <w:color w:val="000000"/>
                <w:szCs w:val="20"/>
              </w:rPr>
              <w:t>Panel</w:t>
            </w:r>
          </w:p>
        </w:tc>
        <w:tc>
          <w:tcPr>
            <w:tcW w:w="1850" w:type="dxa"/>
            <w:vAlign w:val="center"/>
          </w:tcPr>
          <w:p w:rsidR="006C02BD" w:rsidRPr="00964B2D" w:rsidRDefault="006C02BD" w:rsidP="00A4680D">
            <w:pPr>
              <w:pStyle w:val="Stil4"/>
              <w:rPr>
                <w:lang w:eastAsia="tr-TR"/>
              </w:rPr>
            </w:pPr>
          </w:p>
        </w:tc>
        <w:tc>
          <w:tcPr>
            <w:tcW w:w="1104" w:type="dxa"/>
            <w:vAlign w:val="center"/>
          </w:tcPr>
          <w:p w:rsidR="006C02BD" w:rsidRPr="00964B2D" w:rsidRDefault="006C02BD" w:rsidP="00A4680D">
            <w:pPr>
              <w:pStyle w:val="Stil4"/>
              <w:rPr>
                <w:lang w:eastAsia="tr-TR"/>
              </w:rPr>
            </w:pPr>
          </w:p>
        </w:tc>
        <w:tc>
          <w:tcPr>
            <w:tcW w:w="1671" w:type="dxa"/>
            <w:vAlign w:val="center"/>
          </w:tcPr>
          <w:p w:rsidR="006C02BD" w:rsidRPr="00964B2D" w:rsidRDefault="006C02BD" w:rsidP="00A4680D">
            <w:pPr>
              <w:pStyle w:val="Stil4"/>
              <w:rPr>
                <w:lang w:eastAsia="tr-TR"/>
              </w:rPr>
            </w:pPr>
          </w:p>
        </w:tc>
        <w:tc>
          <w:tcPr>
            <w:tcW w:w="2081" w:type="dxa"/>
            <w:vAlign w:val="center"/>
          </w:tcPr>
          <w:p w:rsidR="006C02BD" w:rsidRPr="00964B2D" w:rsidRDefault="006C02BD" w:rsidP="00A4680D">
            <w:pPr>
              <w:pStyle w:val="Stil4"/>
              <w:rPr>
                <w:lang w:eastAsia="tr-TR"/>
              </w:rPr>
            </w:pPr>
          </w:p>
        </w:tc>
      </w:tr>
      <w:tr w:rsidR="006C02BD" w:rsidRPr="00964B2D" w:rsidTr="00A4680D">
        <w:trPr>
          <w:tblCellSpacing w:w="15" w:type="dxa"/>
        </w:trPr>
        <w:tc>
          <w:tcPr>
            <w:tcW w:w="0" w:type="auto"/>
            <w:vAlign w:val="center"/>
          </w:tcPr>
          <w:p w:rsidR="006C02BD" w:rsidRDefault="006C02BD" w:rsidP="00A4680D">
            <w:pPr>
              <w:pStyle w:val="Stil4"/>
              <w:rPr>
                <w:bCs/>
                <w:color w:val="000000"/>
                <w:szCs w:val="20"/>
              </w:rPr>
            </w:pPr>
            <w:r>
              <w:rPr>
                <w:bCs/>
                <w:color w:val="000000"/>
                <w:szCs w:val="20"/>
              </w:rPr>
              <w:t>Sağlık</w:t>
            </w:r>
          </w:p>
        </w:tc>
        <w:tc>
          <w:tcPr>
            <w:tcW w:w="1850" w:type="dxa"/>
            <w:vAlign w:val="center"/>
          </w:tcPr>
          <w:p w:rsidR="006C02BD" w:rsidRPr="00964B2D" w:rsidRDefault="006C02BD" w:rsidP="00A4680D">
            <w:pPr>
              <w:pStyle w:val="Stil4"/>
              <w:rPr>
                <w:lang w:eastAsia="tr-TR"/>
              </w:rPr>
            </w:pPr>
          </w:p>
        </w:tc>
        <w:tc>
          <w:tcPr>
            <w:tcW w:w="1104" w:type="dxa"/>
            <w:vAlign w:val="center"/>
          </w:tcPr>
          <w:p w:rsidR="006C02BD" w:rsidRPr="00964B2D" w:rsidRDefault="006C02BD" w:rsidP="00A4680D">
            <w:pPr>
              <w:pStyle w:val="Stil4"/>
              <w:rPr>
                <w:lang w:eastAsia="tr-TR"/>
              </w:rPr>
            </w:pPr>
          </w:p>
        </w:tc>
        <w:tc>
          <w:tcPr>
            <w:tcW w:w="1671" w:type="dxa"/>
            <w:vAlign w:val="center"/>
          </w:tcPr>
          <w:p w:rsidR="006C02BD" w:rsidRPr="00964B2D" w:rsidRDefault="006C02BD" w:rsidP="00A4680D">
            <w:pPr>
              <w:pStyle w:val="Stil4"/>
              <w:rPr>
                <w:lang w:eastAsia="tr-TR"/>
              </w:rPr>
            </w:pPr>
          </w:p>
        </w:tc>
        <w:tc>
          <w:tcPr>
            <w:tcW w:w="2081" w:type="dxa"/>
            <w:vAlign w:val="center"/>
          </w:tcPr>
          <w:p w:rsidR="006C02BD" w:rsidRPr="00964B2D" w:rsidRDefault="006C02BD" w:rsidP="00A4680D">
            <w:pPr>
              <w:pStyle w:val="Stil4"/>
              <w:rPr>
                <w:lang w:eastAsia="tr-TR"/>
              </w:rPr>
            </w:pPr>
          </w:p>
        </w:tc>
      </w:tr>
      <w:tr w:rsidR="006C02BD" w:rsidRPr="00964B2D" w:rsidTr="00A4680D">
        <w:trPr>
          <w:tblCellSpacing w:w="15" w:type="dxa"/>
        </w:trPr>
        <w:tc>
          <w:tcPr>
            <w:tcW w:w="0" w:type="auto"/>
            <w:vAlign w:val="center"/>
          </w:tcPr>
          <w:p w:rsidR="006C02BD" w:rsidRDefault="006C02BD" w:rsidP="00A4680D">
            <w:pPr>
              <w:pStyle w:val="Stil4"/>
              <w:rPr>
                <w:bCs/>
                <w:color w:val="000000"/>
                <w:szCs w:val="20"/>
              </w:rPr>
            </w:pPr>
            <w:r>
              <w:rPr>
                <w:bCs/>
                <w:color w:val="000000"/>
                <w:szCs w:val="20"/>
              </w:rPr>
              <w:t>Sanatsal Sergi</w:t>
            </w:r>
          </w:p>
        </w:tc>
        <w:tc>
          <w:tcPr>
            <w:tcW w:w="1850" w:type="dxa"/>
            <w:vAlign w:val="center"/>
          </w:tcPr>
          <w:p w:rsidR="006C02BD" w:rsidRPr="00964B2D" w:rsidRDefault="006C02BD" w:rsidP="00A4680D">
            <w:pPr>
              <w:pStyle w:val="Stil4"/>
              <w:rPr>
                <w:lang w:eastAsia="tr-TR"/>
              </w:rPr>
            </w:pPr>
          </w:p>
        </w:tc>
        <w:tc>
          <w:tcPr>
            <w:tcW w:w="1104" w:type="dxa"/>
            <w:vAlign w:val="center"/>
          </w:tcPr>
          <w:p w:rsidR="006C02BD" w:rsidRPr="00964B2D" w:rsidRDefault="006C02BD" w:rsidP="00A4680D">
            <w:pPr>
              <w:pStyle w:val="Stil4"/>
              <w:rPr>
                <w:lang w:eastAsia="tr-TR"/>
              </w:rPr>
            </w:pPr>
          </w:p>
        </w:tc>
        <w:tc>
          <w:tcPr>
            <w:tcW w:w="1671" w:type="dxa"/>
            <w:vAlign w:val="center"/>
          </w:tcPr>
          <w:p w:rsidR="006C02BD" w:rsidRPr="00964B2D" w:rsidRDefault="006C02BD" w:rsidP="00A4680D">
            <w:pPr>
              <w:pStyle w:val="Stil4"/>
              <w:rPr>
                <w:lang w:eastAsia="tr-TR"/>
              </w:rPr>
            </w:pPr>
          </w:p>
        </w:tc>
        <w:tc>
          <w:tcPr>
            <w:tcW w:w="2081" w:type="dxa"/>
            <w:vAlign w:val="center"/>
          </w:tcPr>
          <w:p w:rsidR="006C02BD" w:rsidRPr="00964B2D" w:rsidRDefault="006C02BD" w:rsidP="00A4680D">
            <w:pPr>
              <w:pStyle w:val="Stil4"/>
              <w:rPr>
                <w:lang w:eastAsia="tr-TR"/>
              </w:rPr>
            </w:pPr>
          </w:p>
        </w:tc>
      </w:tr>
      <w:tr w:rsidR="006C02BD" w:rsidRPr="00964B2D" w:rsidTr="00A4680D">
        <w:trPr>
          <w:tblCellSpacing w:w="15" w:type="dxa"/>
        </w:trPr>
        <w:tc>
          <w:tcPr>
            <w:tcW w:w="0" w:type="auto"/>
            <w:vAlign w:val="center"/>
          </w:tcPr>
          <w:p w:rsidR="006C02BD" w:rsidRDefault="006C02BD" w:rsidP="00A4680D">
            <w:pPr>
              <w:pStyle w:val="Stil4"/>
              <w:rPr>
                <w:bCs/>
                <w:color w:val="000000"/>
                <w:szCs w:val="20"/>
              </w:rPr>
            </w:pPr>
            <w:r>
              <w:rPr>
                <w:bCs/>
                <w:color w:val="000000"/>
                <w:szCs w:val="20"/>
              </w:rPr>
              <w:t>Seminer</w:t>
            </w:r>
          </w:p>
        </w:tc>
        <w:tc>
          <w:tcPr>
            <w:tcW w:w="1850" w:type="dxa"/>
            <w:vAlign w:val="center"/>
          </w:tcPr>
          <w:p w:rsidR="006C02BD" w:rsidRPr="00964B2D" w:rsidRDefault="006C02BD" w:rsidP="00A4680D">
            <w:pPr>
              <w:pStyle w:val="Stil4"/>
              <w:rPr>
                <w:lang w:eastAsia="tr-TR"/>
              </w:rPr>
            </w:pPr>
          </w:p>
        </w:tc>
        <w:tc>
          <w:tcPr>
            <w:tcW w:w="1104" w:type="dxa"/>
            <w:vAlign w:val="center"/>
          </w:tcPr>
          <w:p w:rsidR="006C02BD" w:rsidRPr="00964B2D" w:rsidRDefault="006C02BD" w:rsidP="00A4680D">
            <w:pPr>
              <w:pStyle w:val="Stil4"/>
              <w:rPr>
                <w:lang w:eastAsia="tr-TR"/>
              </w:rPr>
            </w:pPr>
          </w:p>
        </w:tc>
        <w:tc>
          <w:tcPr>
            <w:tcW w:w="1671" w:type="dxa"/>
            <w:vAlign w:val="center"/>
          </w:tcPr>
          <w:p w:rsidR="006C02BD" w:rsidRPr="00964B2D" w:rsidRDefault="006C02BD" w:rsidP="00A4680D">
            <w:pPr>
              <w:pStyle w:val="Stil4"/>
              <w:rPr>
                <w:lang w:eastAsia="tr-TR"/>
              </w:rPr>
            </w:pPr>
          </w:p>
        </w:tc>
        <w:tc>
          <w:tcPr>
            <w:tcW w:w="2081" w:type="dxa"/>
            <w:vAlign w:val="center"/>
          </w:tcPr>
          <w:p w:rsidR="006C02BD" w:rsidRPr="00964B2D" w:rsidRDefault="006C02BD" w:rsidP="00A4680D">
            <w:pPr>
              <w:pStyle w:val="Stil4"/>
              <w:rPr>
                <w:lang w:eastAsia="tr-TR"/>
              </w:rPr>
            </w:pPr>
          </w:p>
        </w:tc>
      </w:tr>
      <w:tr w:rsidR="006C02BD" w:rsidRPr="00964B2D" w:rsidTr="00A4680D">
        <w:trPr>
          <w:tblCellSpacing w:w="15" w:type="dxa"/>
        </w:trPr>
        <w:tc>
          <w:tcPr>
            <w:tcW w:w="0" w:type="auto"/>
            <w:vAlign w:val="center"/>
          </w:tcPr>
          <w:p w:rsidR="006C02BD" w:rsidRDefault="006C02BD" w:rsidP="00A4680D">
            <w:pPr>
              <w:pStyle w:val="Stil4"/>
              <w:rPr>
                <w:bCs/>
                <w:color w:val="000000"/>
                <w:szCs w:val="20"/>
              </w:rPr>
            </w:pPr>
            <w:r>
              <w:rPr>
                <w:bCs/>
                <w:color w:val="000000"/>
                <w:szCs w:val="20"/>
              </w:rPr>
              <w:t>Sosyal</w:t>
            </w:r>
          </w:p>
        </w:tc>
        <w:tc>
          <w:tcPr>
            <w:tcW w:w="1850" w:type="dxa"/>
            <w:vAlign w:val="center"/>
          </w:tcPr>
          <w:p w:rsidR="006C02BD" w:rsidRPr="00964B2D" w:rsidRDefault="006C02BD" w:rsidP="00A4680D">
            <w:pPr>
              <w:pStyle w:val="Stil4"/>
              <w:rPr>
                <w:lang w:eastAsia="tr-TR"/>
              </w:rPr>
            </w:pPr>
          </w:p>
        </w:tc>
        <w:tc>
          <w:tcPr>
            <w:tcW w:w="1104" w:type="dxa"/>
            <w:vAlign w:val="center"/>
          </w:tcPr>
          <w:p w:rsidR="006C02BD" w:rsidRPr="00964B2D" w:rsidRDefault="006C02BD" w:rsidP="00A4680D">
            <w:pPr>
              <w:pStyle w:val="Stil4"/>
              <w:rPr>
                <w:lang w:eastAsia="tr-TR"/>
              </w:rPr>
            </w:pPr>
          </w:p>
        </w:tc>
        <w:tc>
          <w:tcPr>
            <w:tcW w:w="1671" w:type="dxa"/>
            <w:vAlign w:val="center"/>
          </w:tcPr>
          <w:p w:rsidR="006C02BD" w:rsidRPr="00964B2D" w:rsidRDefault="006C02BD" w:rsidP="00A4680D">
            <w:pPr>
              <w:pStyle w:val="Stil4"/>
              <w:rPr>
                <w:lang w:eastAsia="tr-TR"/>
              </w:rPr>
            </w:pPr>
          </w:p>
        </w:tc>
        <w:tc>
          <w:tcPr>
            <w:tcW w:w="2081" w:type="dxa"/>
            <w:vAlign w:val="center"/>
          </w:tcPr>
          <w:p w:rsidR="006C02BD" w:rsidRPr="00964B2D" w:rsidRDefault="006C02BD" w:rsidP="00A4680D">
            <w:pPr>
              <w:pStyle w:val="Stil4"/>
              <w:rPr>
                <w:lang w:eastAsia="tr-TR"/>
              </w:rPr>
            </w:pPr>
          </w:p>
        </w:tc>
      </w:tr>
      <w:tr w:rsidR="006C02BD" w:rsidRPr="00964B2D" w:rsidTr="00A4680D">
        <w:trPr>
          <w:tblCellSpacing w:w="15" w:type="dxa"/>
        </w:trPr>
        <w:tc>
          <w:tcPr>
            <w:tcW w:w="0" w:type="auto"/>
            <w:vAlign w:val="center"/>
          </w:tcPr>
          <w:p w:rsidR="006C02BD" w:rsidRDefault="006C02BD" w:rsidP="00A4680D">
            <w:pPr>
              <w:pStyle w:val="Stil4"/>
              <w:rPr>
                <w:bCs/>
                <w:color w:val="000000"/>
                <w:szCs w:val="20"/>
              </w:rPr>
            </w:pPr>
            <w:r>
              <w:rPr>
                <w:bCs/>
                <w:color w:val="000000"/>
                <w:szCs w:val="20"/>
              </w:rPr>
              <w:t>Sosyal-Kültürel</w:t>
            </w:r>
          </w:p>
        </w:tc>
        <w:tc>
          <w:tcPr>
            <w:tcW w:w="1850" w:type="dxa"/>
            <w:vAlign w:val="center"/>
          </w:tcPr>
          <w:p w:rsidR="006C02BD" w:rsidRDefault="006C02BD" w:rsidP="00A4680D">
            <w:pPr>
              <w:pStyle w:val="Stil4"/>
              <w:rPr>
                <w:bCs/>
                <w:color w:val="000000"/>
                <w:szCs w:val="20"/>
              </w:rPr>
            </w:pPr>
            <w:r>
              <w:rPr>
                <w:bCs/>
                <w:color w:val="000000"/>
                <w:szCs w:val="20"/>
              </w:rPr>
              <w:t> </w:t>
            </w:r>
          </w:p>
        </w:tc>
        <w:tc>
          <w:tcPr>
            <w:tcW w:w="1104" w:type="dxa"/>
            <w:vAlign w:val="center"/>
          </w:tcPr>
          <w:p w:rsidR="006C02BD" w:rsidRDefault="006C02BD" w:rsidP="00A4680D">
            <w:pPr>
              <w:pStyle w:val="Stil4"/>
              <w:rPr>
                <w:bCs/>
                <w:color w:val="000000"/>
                <w:szCs w:val="20"/>
              </w:rPr>
            </w:pPr>
            <w:r>
              <w:rPr>
                <w:bCs/>
                <w:color w:val="000000"/>
                <w:szCs w:val="20"/>
              </w:rPr>
              <w:t> </w:t>
            </w:r>
          </w:p>
        </w:tc>
        <w:tc>
          <w:tcPr>
            <w:tcW w:w="1671" w:type="dxa"/>
            <w:vAlign w:val="center"/>
          </w:tcPr>
          <w:p w:rsidR="006C02BD" w:rsidRDefault="006C02BD" w:rsidP="00A4680D">
            <w:pPr>
              <w:pStyle w:val="Stil4"/>
              <w:rPr>
                <w:bCs/>
                <w:color w:val="000000"/>
                <w:szCs w:val="20"/>
              </w:rPr>
            </w:pPr>
            <w:r>
              <w:rPr>
                <w:bCs/>
                <w:color w:val="000000"/>
                <w:szCs w:val="20"/>
              </w:rPr>
              <w:t> </w:t>
            </w:r>
          </w:p>
        </w:tc>
        <w:tc>
          <w:tcPr>
            <w:tcW w:w="2081" w:type="dxa"/>
            <w:vAlign w:val="bottom"/>
          </w:tcPr>
          <w:p w:rsidR="006C02BD" w:rsidRDefault="006C02BD" w:rsidP="00A4680D">
            <w:pPr>
              <w:pStyle w:val="Stil4"/>
              <w:rPr>
                <w:bCs/>
                <w:sz w:val="22"/>
              </w:rPr>
            </w:pPr>
            <w:r>
              <w:rPr>
                <w:bCs/>
                <w:sz w:val="22"/>
              </w:rPr>
              <w:t> </w:t>
            </w:r>
          </w:p>
        </w:tc>
      </w:tr>
      <w:tr w:rsidR="006C02BD" w:rsidRPr="00964B2D" w:rsidTr="00A4680D">
        <w:trPr>
          <w:tblCellSpacing w:w="15" w:type="dxa"/>
        </w:trPr>
        <w:tc>
          <w:tcPr>
            <w:tcW w:w="0" w:type="auto"/>
            <w:vAlign w:val="center"/>
          </w:tcPr>
          <w:p w:rsidR="006C02BD" w:rsidRDefault="006C02BD" w:rsidP="00A4680D">
            <w:pPr>
              <w:pStyle w:val="Stil4"/>
              <w:rPr>
                <w:bCs/>
                <w:color w:val="000000"/>
                <w:szCs w:val="20"/>
              </w:rPr>
            </w:pPr>
            <w:r>
              <w:rPr>
                <w:bCs/>
                <w:color w:val="000000"/>
                <w:szCs w:val="20"/>
              </w:rPr>
              <w:t>Sosyal Sorumluluk</w:t>
            </w:r>
          </w:p>
        </w:tc>
        <w:tc>
          <w:tcPr>
            <w:tcW w:w="1850" w:type="dxa"/>
            <w:vAlign w:val="center"/>
          </w:tcPr>
          <w:p w:rsidR="006C02BD" w:rsidRDefault="006C02BD" w:rsidP="00A4680D">
            <w:pPr>
              <w:pStyle w:val="Stil4"/>
              <w:rPr>
                <w:bCs/>
                <w:color w:val="000000"/>
                <w:szCs w:val="20"/>
              </w:rPr>
            </w:pPr>
            <w:r>
              <w:rPr>
                <w:bCs/>
                <w:color w:val="000000"/>
                <w:szCs w:val="20"/>
              </w:rPr>
              <w:t> </w:t>
            </w:r>
          </w:p>
        </w:tc>
        <w:tc>
          <w:tcPr>
            <w:tcW w:w="1104" w:type="dxa"/>
            <w:vAlign w:val="center"/>
          </w:tcPr>
          <w:p w:rsidR="006C02BD" w:rsidRDefault="006C02BD" w:rsidP="00A4680D">
            <w:pPr>
              <w:pStyle w:val="Stil4"/>
              <w:rPr>
                <w:bCs/>
                <w:color w:val="000000"/>
                <w:szCs w:val="20"/>
              </w:rPr>
            </w:pPr>
            <w:r>
              <w:rPr>
                <w:bCs/>
                <w:color w:val="000000"/>
                <w:szCs w:val="20"/>
              </w:rPr>
              <w:t> </w:t>
            </w:r>
          </w:p>
        </w:tc>
        <w:tc>
          <w:tcPr>
            <w:tcW w:w="1671" w:type="dxa"/>
            <w:vAlign w:val="center"/>
          </w:tcPr>
          <w:p w:rsidR="006C02BD" w:rsidRDefault="006C02BD" w:rsidP="00A4680D">
            <w:pPr>
              <w:pStyle w:val="Stil4"/>
              <w:rPr>
                <w:bCs/>
                <w:color w:val="000000"/>
                <w:szCs w:val="20"/>
              </w:rPr>
            </w:pPr>
            <w:r>
              <w:rPr>
                <w:bCs/>
                <w:color w:val="000000"/>
                <w:szCs w:val="20"/>
              </w:rPr>
              <w:t> </w:t>
            </w:r>
          </w:p>
        </w:tc>
        <w:tc>
          <w:tcPr>
            <w:tcW w:w="2081" w:type="dxa"/>
            <w:vAlign w:val="bottom"/>
          </w:tcPr>
          <w:p w:rsidR="006C02BD" w:rsidRDefault="006C02BD" w:rsidP="00A4680D">
            <w:pPr>
              <w:pStyle w:val="Stil4"/>
              <w:rPr>
                <w:bCs/>
                <w:sz w:val="22"/>
              </w:rPr>
            </w:pPr>
            <w:r>
              <w:rPr>
                <w:bCs/>
                <w:sz w:val="22"/>
              </w:rPr>
              <w:t> </w:t>
            </w:r>
          </w:p>
        </w:tc>
      </w:tr>
      <w:tr w:rsidR="006C02BD" w:rsidRPr="00964B2D" w:rsidTr="00A4680D">
        <w:trPr>
          <w:tblCellSpacing w:w="15" w:type="dxa"/>
        </w:trPr>
        <w:tc>
          <w:tcPr>
            <w:tcW w:w="0" w:type="auto"/>
            <w:vAlign w:val="center"/>
          </w:tcPr>
          <w:p w:rsidR="006C02BD" w:rsidRDefault="006C02BD" w:rsidP="00A4680D">
            <w:pPr>
              <w:pStyle w:val="Stil4"/>
              <w:rPr>
                <w:bCs/>
                <w:color w:val="000000"/>
                <w:szCs w:val="20"/>
              </w:rPr>
            </w:pPr>
            <w:r>
              <w:rPr>
                <w:bCs/>
                <w:color w:val="000000"/>
                <w:szCs w:val="20"/>
              </w:rPr>
              <w:t>Söyleşi</w:t>
            </w:r>
          </w:p>
        </w:tc>
        <w:tc>
          <w:tcPr>
            <w:tcW w:w="1850" w:type="dxa"/>
            <w:vAlign w:val="center"/>
          </w:tcPr>
          <w:p w:rsidR="006C02BD" w:rsidRDefault="006C02BD" w:rsidP="00A4680D">
            <w:pPr>
              <w:pStyle w:val="Stil4"/>
              <w:rPr>
                <w:bCs/>
                <w:color w:val="000000"/>
                <w:szCs w:val="20"/>
              </w:rPr>
            </w:pPr>
            <w:r>
              <w:rPr>
                <w:bCs/>
                <w:color w:val="000000"/>
                <w:szCs w:val="20"/>
              </w:rPr>
              <w:t> </w:t>
            </w:r>
          </w:p>
        </w:tc>
        <w:tc>
          <w:tcPr>
            <w:tcW w:w="1104" w:type="dxa"/>
            <w:vAlign w:val="center"/>
          </w:tcPr>
          <w:p w:rsidR="006C02BD" w:rsidRDefault="006C02BD" w:rsidP="00A4680D">
            <w:pPr>
              <w:pStyle w:val="Stil4"/>
              <w:rPr>
                <w:bCs/>
                <w:color w:val="000000"/>
                <w:szCs w:val="20"/>
              </w:rPr>
            </w:pPr>
            <w:r>
              <w:rPr>
                <w:bCs/>
                <w:color w:val="000000"/>
                <w:szCs w:val="20"/>
              </w:rPr>
              <w:t> </w:t>
            </w:r>
          </w:p>
        </w:tc>
        <w:tc>
          <w:tcPr>
            <w:tcW w:w="1671" w:type="dxa"/>
            <w:vAlign w:val="center"/>
          </w:tcPr>
          <w:p w:rsidR="006C02BD" w:rsidRDefault="006C02BD" w:rsidP="00A4680D">
            <w:pPr>
              <w:pStyle w:val="Stil4"/>
              <w:rPr>
                <w:bCs/>
                <w:color w:val="000000"/>
                <w:szCs w:val="20"/>
              </w:rPr>
            </w:pPr>
            <w:r>
              <w:rPr>
                <w:bCs/>
                <w:color w:val="000000"/>
                <w:szCs w:val="20"/>
              </w:rPr>
              <w:t> </w:t>
            </w:r>
          </w:p>
        </w:tc>
        <w:tc>
          <w:tcPr>
            <w:tcW w:w="2081" w:type="dxa"/>
            <w:vAlign w:val="bottom"/>
          </w:tcPr>
          <w:p w:rsidR="006C02BD" w:rsidRDefault="006C02BD" w:rsidP="00A4680D">
            <w:pPr>
              <w:pStyle w:val="Stil4"/>
              <w:rPr>
                <w:bCs/>
                <w:sz w:val="22"/>
              </w:rPr>
            </w:pPr>
            <w:r>
              <w:rPr>
                <w:bCs/>
                <w:sz w:val="22"/>
              </w:rPr>
              <w:t> </w:t>
            </w:r>
          </w:p>
        </w:tc>
      </w:tr>
    </w:tbl>
    <w:p w:rsidR="006C02BD" w:rsidRDefault="006C02BD" w:rsidP="006C02BD"/>
    <w:p w:rsidR="006C02BD" w:rsidRDefault="006C4E57" w:rsidP="006C02BD">
      <w:pPr>
        <w:jc w:val="both"/>
      </w:pPr>
      <w:proofErr w:type="spellStart"/>
      <w:r w:rsidRPr="006C4E57">
        <w:t>Alınan</w:t>
      </w:r>
      <w:proofErr w:type="spellEnd"/>
      <w:r w:rsidRPr="006C4E57">
        <w:t xml:space="preserve"> </w:t>
      </w:r>
      <w:proofErr w:type="spellStart"/>
      <w:r w:rsidRPr="006C4E57">
        <w:t>Ödül</w:t>
      </w:r>
      <w:proofErr w:type="spellEnd"/>
      <w:r w:rsidRPr="006C4E57">
        <w:t xml:space="preserve"> </w:t>
      </w:r>
      <w:proofErr w:type="spellStart"/>
      <w:r w:rsidRPr="006C4E57">
        <w:t>Verileri</w:t>
      </w:r>
      <w:proofErr w:type="spellEnd"/>
    </w:p>
    <w:tbl>
      <w:tblPr>
        <w:tblW w:w="0" w:type="auto"/>
        <w:tblInd w:w="-23" w:type="dxa"/>
        <w:tblLayout w:type="fixed"/>
        <w:tblCellMar>
          <w:left w:w="70" w:type="dxa"/>
          <w:right w:w="70" w:type="dxa"/>
        </w:tblCellMar>
        <w:tblLook w:val="04A0" w:firstRow="1" w:lastRow="0" w:firstColumn="1" w:lastColumn="0" w:noHBand="0" w:noVBand="1"/>
      </w:tblPr>
      <w:tblGrid>
        <w:gridCol w:w="2498"/>
        <w:gridCol w:w="2464"/>
        <w:gridCol w:w="1218"/>
        <w:gridCol w:w="1948"/>
        <w:gridCol w:w="921"/>
      </w:tblGrid>
      <w:tr w:rsidR="00FC7876" w:rsidRPr="00FC7876" w:rsidTr="004138CD">
        <w:trPr>
          <w:trHeight w:val="330"/>
        </w:trPr>
        <w:tc>
          <w:tcPr>
            <w:tcW w:w="2498" w:type="dxa"/>
            <w:tcBorders>
              <w:top w:val="double" w:sz="6" w:space="0" w:color="auto"/>
              <w:left w:val="double" w:sz="6" w:space="0" w:color="auto"/>
              <w:bottom w:val="double" w:sz="6" w:space="0" w:color="auto"/>
              <w:right w:val="double" w:sz="6" w:space="0" w:color="auto"/>
            </w:tcBorders>
            <w:shd w:val="clear" w:color="000000" w:fill="B99C71"/>
            <w:noWrap/>
            <w:vAlign w:val="bottom"/>
            <w:hideMark/>
          </w:tcPr>
          <w:p w:rsidR="00FC7876" w:rsidRPr="00FC7876" w:rsidRDefault="00FC7876" w:rsidP="004138CD">
            <w:pPr>
              <w:pStyle w:val="Stil4"/>
              <w:rPr>
                <w:lang w:eastAsia="tr-TR"/>
              </w:rPr>
            </w:pPr>
            <w:r w:rsidRPr="00FC7876">
              <w:rPr>
                <w:lang w:eastAsia="tr-TR"/>
              </w:rPr>
              <w:t>Ödül Adı</w:t>
            </w:r>
          </w:p>
        </w:tc>
        <w:tc>
          <w:tcPr>
            <w:tcW w:w="2464" w:type="dxa"/>
            <w:tcBorders>
              <w:top w:val="double" w:sz="6" w:space="0" w:color="auto"/>
              <w:left w:val="nil"/>
              <w:bottom w:val="double" w:sz="6" w:space="0" w:color="auto"/>
              <w:right w:val="double" w:sz="6" w:space="0" w:color="auto"/>
            </w:tcBorders>
            <w:shd w:val="clear" w:color="000000" w:fill="B99C71"/>
            <w:noWrap/>
            <w:vAlign w:val="bottom"/>
            <w:hideMark/>
          </w:tcPr>
          <w:p w:rsidR="004138CD" w:rsidRDefault="00FC7876" w:rsidP="004138CD">
            <w:pPr>
              <w:pStyle w:val="Stil4"/>
              <w:rPr>
                <w:lang w:eastAsia="tr-TR"/>
              </w:rPr>
            </w:pPr>
            <w:r w:rsidRPr="00FC7876">
              <w:rPr>
                <w:lang w:eastAsia="tr-TR"/>
              </w:rPr>
              <w:t>Ödül Alan</w:t>
            </w:r>
          </w:p>
          <w:p w:rsidR="00FC7876" w:rsidRPr="00FC7876" w:rsidRDefault="004138CD" w:rsidP="004138CD">
            <w:pPr>
              <w:pStyle w:val="Stil4"/>
              <w:rPr>
                <w:lang w:eastAsia="tr-TR"/>
              </w:rPr>
            </w:pPr>
            <w:r>
              <w:rPr>
                <w:lang w:eastAsia="tr-TR"/>
              </w:rPr>
              <w:t>(A*****S***)</w:t>
            </w:r>
          </w:p>
        </w:tc>
        <w:tc>
          <w:tcPr>
            <w:tcW w:w="1218" w:type="dxa"/>
            <w:tcBorders>
              <w:top w:val="double" w:sz="6" w:space="0" w:color="auto"/>
              <w:left w:val="nil"/>
              <w:bottom w:val="double" w:sz="6" w:space="0" w:color="auto"/>
              <w:right w:val="double" w:sz="6" w:space="0" w:color="auto"/>
            </w:tcBorders>
            <w:shd w:val="clear" w:color="000000" w:fill="B99C71"/>
            <w:noWrap/>
            <w:vAlign w:val="bottom"/>
            <w:hideMark/>
          </w:tcPr>
          <w:p w:rsidR="004138CD" w:rsidRDefault="00FC7876" w:rsidP="004138CD">
            <w:pPr>
              <w:pStyle w:val="Stil4"/>
              <w:rPr>
                <w:lang w:eastAsia="tr-TR"/>
              </w:rPr>
            </w:pPr>
            <w:r w:rsidRPr="00FC7876">
              <w:rPr>
                <w:lang w:eastAsia="tr-TR"/>
              </w:rPr>
              <w:t>Ulusal/</w:t>
            </w:r>
          </w:p>
          <w:p w:rsidR="00FC7876" w:rsidRPr="00FC7876" w:rsidRDefault="00FC7876" w:rsidP="004138CD">
            <w:pPr>
              <w:pStyle w:val="Stil4"/>
              <w:rPr>
                <w:lang w:eastAsia="tr-TR"/>
              </w:rPr>
            </w:pPr>
            <w:proofErr w:type="gramStart"/>
            <w:r w:rsidRPr="00FC7876">
              <w:rPr>
                <w:lang w:eastAsia="tr-TR"/>
              </w:rPr>
              <w:t>Uluslar arası</w:t>
            </w:r>
            <w:proofErr w:type="gramEnd"/>
          </w:p>
        </w:tc>
        <w:tc>
          <w:tcPr>
            <w:tcW w:w="1948" w:type="dxa"/>
            <w:tcBorders>
              <w:top w:val="double" w:sz="6" w:space="0" w:color="auto"/>
              <w:left w:val="nil"/>
              <w:bottom w:val="double" w:sz="6" w:space="0" w:color="auto"/>
              <w:right w:val="double" w:sz="6" w:space="0" w:color="auto"/>
            </w:tcBorders>
            <w:shd w:val="clear" w:color="000000" w:fill="B99C71"/>
            <w:noWrap/>
            <w:vAlign w:val="bottom"/>
            <w:hideMark/>
          </w:tcPr>
          <w:p w:rsidR="00FC7876" w:rsidRPr="00FC7876" w:rsidRDefault="00FC7876" w:rsidP="004138CD">
            <w:pPr>
              <w:pStyle w:val="Stil4"/>
              <w:rPr>
                <w:lang w:eastAsia="tr-TR"/>
              </w:rPr>
            </w:pPr>
            <w:r w:rsidRPr="00FC7876">
              <w:rPr>
                <w:lang w:eastAsia="tr-TR"/>
              </w:rPr>
              <w:t>Ödülü Veren Kurum Kuruluş</w:t>
            </w:r>
          </w:p>
        </w:tc>
        <w:tc>
          <w:tcPr>
            <w:tcW w:w="921" w:type="dxa"/>
            <w:tcBorders>
              <w:top w:val="double" w:sz="6" w:space="0" w:color="auto"/>
              <w:left w:val="nil"/>
              <w:bottom w:val="double" w:sz="6" w:space="0" w:color="auto"/>
              <w:right w:val="double" w:sz="6" w:space="0" w:color="auto"/>
            </w:tcBorders>
            <w:shd w:val="clear" w:color="000000" w:fill="B99C71"/>
            <w:noWrap/>
            <w:vAlign w:val="bottom"/>
            <w:hideMark/>
          </w:tcPr>
          <w:p w:rsidR="00FC7876" w:rsidRPr="00FC7876" w:rsidRDefault="00FC7876" w:rsidP="004138CD">
            <w:pPr>
              <w:pStyle w:val="Stil4"/>
              <w:rPr>
                <w:lang w:eastAsia="tr-TR"/>
              </w:rPr>
            </w:pPr>
            <w:r w:rsidRPr="00FC7876">
              <w:rPr>
                <w:lang w:eastAsia="tr-TR"/>
              </w:rPr>
              <w:t>Ödül Niteliği</w:t>
            </w:r>
          </w:p>
        </w:tc>
      </w:tr>
      <w:tr w:rsidR="00FC7876" w:rsidRPr="00FC7876" w:rsidTr="004138CD">
        <w:trPr>
          <w:trHeight w:val="330"/>
        </w:trPr>
        <w:tc>
          <w:tcPr>
            <w:tcW w:w="2498" w:type="dxa"/>
            <w:tcBorders>
              <w:top w:val="nil"/>
              <w:left w:val="double" w:sz="6" w:space="0" w:color="auto"/>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c>
          <w:tcPr>
            <w:tcW w:w="2464" w:type="dxa"/>
            <w:tcBorders>
              <w:top w:val="nil"/>
              <w:left w:val="nil"/>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c>
          <w:tcPr>
            <w:tcW w:w="1218" w:type="dxa"/>
            <w:tcBorders>
              <w:top w:val="nil"/>
              <w:left w:val="nil"/>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c>
          <w:tcPr>
            <w:tcW w:w="1948" w:type="dxa"/>
            <w:tcBorders>
              <w:top w:val="nil"/>
              <w:left w:val="nil"/>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c>
          <w:tcPr>
            <w:tcW w:w="921" w:type="dxa"/>
            <w:tcBorders>
              <w:top w:val="nil"/>
              <w:left w:val="nil"/>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r>
      <w:tr w:rsidR="00FC7876" w:rsidRPr="00FC7876" w:rsidTr="004138CD">
        <w:trPr>
          <w:trHeight w:val="330"/>
        </w:trPr>
        <w:tc>
          <w:tcPr>
            <w:tcW w:w="2498" w:type="dxa"/>
            <w:tcBorders>
              <w:top w:val="nil"/>
              <w:left w:val="double" w:sz="6" w:space="0" w:color="auto"/>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c>
          <w:tcPr>
            <w:tcW w:w="2464" w:type="dxa"/>
            <w:tcBorders>
              <w:top w:val="nil"/>
              <w:left w:val="nil"/>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c>
          <w:tcPr>
            <w:tcW w:w="1218" w:type="dxa"/>
            <w:tcBorders>
              <w:top w:val="nil"/>
              <w:left w:val="nil"/>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c>
          <w:tcPr>
            <w:tcW w:w="1948" w:type="dxa"/>
            <w:tcBorders>
              <w:top w:val="nil"/>
              <w:left w:val="nil"/>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c>
          <w:tcPr>
            <w:tcW w:w="921" w:type="dxa"/>
            <w:tcBorders>
              <w:top w:val="nil"/>
              <w:left w:val="nil"/>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r>
      <w:tr w:rsidR="00FC7876" w:rsidRPr="00FC7876" w:rsidTr="004138CD">
        <w:trPr>
          <w:trHeight w:val="330"/>
        </w:trPr>
        <w:tc>
          <w:tcPr>
            <w:tcW w:w="2498" w:type="dxa"/>
            <w:tcBorders>
              <w:top w:val="nil"/>
              <w:left w:val="double" w:sz="6" w:space="0" w:color="auto"/>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c>
          <w:tcPr>
            <w:tcW w:w="2464" w:type="dxa"/>
            <w:tcBorders>
              <w:top w:val="nil"/>
              <w:left w:val="nil"/>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c>
          <w:tcPr>
            <w:tcW w:w="1218" w:type="dxa"/>
            <w:tcBorders>
              <w:top w:val="nil"/>
              <w:left w:val="nil"/>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c>
          <w:tcPr>
            <w:tcW w:w="1948" w:type="dxa"/>
            <w:tcBorders>
              <w:top w:val="nil"/>
              <w:left w:val="nil"/>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c>
          <w:tcPr>
            <w:tcW w:w="921" w:type="dxa"/>
            <w:tcBorders>
              <w:top w:val="nil"/>
              <w:left w:val="nil"/>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r>
      <w:tr w:rsidR="00FC7876" w:rsidRPr="00FC7876" w:rsidTr="004138CD">
        <w:trPr>
          <w:trHeight w:val="330"/>
        </w:trPr>
        <w:tc>
          <w:tcPr>
            <w:tcW w:w="2498" w:type="dxa"/>
            <w:tcBorders>
              <w:top w:val="nil"/>
              <w:left w:val="double" w:sz="6" w:space="0" w:color="auto"/>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c>
          <w:tcPr>
            <w:tcW w:w="2464" w:type="dxa"/>
            <w:tcBorders>
              <w:top w:val="nil"/>
              <w:left w:val="nil"/>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c>
          <w:tcPr>
            <w:tcW w:w="1218" w:type="dxa"/>
            <w:tcBorders>
              <w:top w:val="nil"/>
              <w:left w:val="nil"/>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c>
          <w:tcPr>
            <w:tcW w:w="1948" w:type="dxa"/>
            <w:tcBorders>
              <w:top w:val="nil"/>
              <w:left w:val="nil"/>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c>
          <w:tcPr>
            <w:tcW w:w="921" w:type="dxa"/>
            <w:tcBorders>
              <w:top w:val="nil"/>
              <w:left w:val="nil"/>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r>
      <w:tr w:rsidR="00FC7876" w:rsidRPr="00FC7876" w:rsidTr="004138CD">
        <w:trPr>
          <w:trHeight w:val="330"/>
        </w:trPr>
        <w:tc>
          <w:tcPr>
            <w:tcW w:w="2498" w:type="dxa"/>
            <w:tcBorders>
              <w:top w:val="nil"/>
              <w:left w:val="double" w:sz="6" w:space="0" w:color="auto"/>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c>
          <w:tcPr>
            <w:tcW w:w="2464" w:type="dxa"/>
            <w:tcBorders>
              <w:top w:val="nil"/>
              <w:left w:val="nil"/>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c>
          <w:tcPr>
            <w:tcW w:w="1218" w:type="dxa"/>
            <w:tcBorders>
              <w:top w:val="nil"/>
              <w:left w:val="nil"/>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c>
          <w:tcPr>
            <w:tcW w:w="1948" w:type="dxa"/>
            <w:tcBorders>
              <w:top w:val="nil"/>
              <w:left w:val="nil"/>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c>
          <w:tcPr>
            <w:tcW w:w="921" w:type="dxa"/>
            <w:tcBorders>
              <w:top w:val="nil"/>
              <w:left w:val="nil"/>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r>
      <w:tr w:rsidR="00FC7876" w:rsidRPr="00FC7876" w:rsidTr="004138CD">
        <w:trPr>
          <w:trHeight w:val="330"/>
        </w:trPr>
        <w:tc>
          <w:tcPr>
            <w:tcW w:w="2498" w:type="dxa"/>
            <w:tcBorders>
              <w:top w:val="nil"/>
              <w:left w:val="double" w:sz="6" w:space="0" w:color="auto"/>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c>
          <w:tcPr>
            <w:tcW w:w="2464" w:type="dxa"/>
            <w:tcBorders>
              <w:top w:val="nil"/>
              <w:left w:val="nil"/>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c>
          <w:tcPr>
            <w:tcW w:w="1218" w:type="dxa"/>
            <w:tcBorders>
              <w:top w:val="nil"/>
              <w:left w:val="nil"/>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c>
          <w:tcPr>
            <w:tcW w:w="1948" w:type="dxa"/>
            <w:tcBorders>
              <w:top w:val="nil"/>
              <w:left w:val="nil"/>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c>
          <w:tcPr>
            <w:tcW w:w="921" w:type="dxa"/>
            <w:tcBorders>
              <w:top w:val="nil"/>
              <w:left w:val="nil"/>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r>
      <w:tr w:rsidR="00FC7876" w:rsidRPr="00FC7876" w:rsidTr="004138CD">
        <w:trPr>
          <w:trHeight w:val="330"/>
        </w:trPr>
        <w:tc>
          <w:tcPr>
            <w:tcW w:w="2498" w:type="dxa"/>
            <w:tcBorders>
              <w:top w:val="nil"/>
              <w:left w:val="double" w:sz="6" w:space="0" w:color="auto"/>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c>
          <w:tcPr>
            <w:tcW w:w="2464" w:type="dxa"/>
            <w:tcBorders>
              <w:top w:val="nil"/>
              <w:left w:val="nil"/>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c>
          <w:tcPr>
            <w:tcW w:w="1218" w:type="dxa"/>
            <w:tcBorders>
              <w:top w:val="nil"/>
              <w:left w:val="nil"/>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c>
          <w:tcPr>
            <w:tcW w:w="1948" w:type="dxa"/>
            <w:tcBorders>
              <w:top w:val="nil"/>
              <w:left w:val="nil"/>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c>
          <w:tcPr>
            <w:tcW w:w="921" w:type="dxa"/>
            <w:tcBorders>
              <w:top w:val="nil"/>
              <w:left w:val="nil"/>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r>
      <w:tr w:rsidR="00FC7876" w:rsidRPr="00FC7876" w:rsidTr="004138CD">
        <w:trPr>
          <w:trHeight w:val="330"/>
        </w:trPr>
        <w:tc>
          <w:tcPr>
            <w:tcW w:w="2498" w:type="dxa"/>
            <w:tcBorders>
              <w:top w:val="nil"/>
              <w:left w:val="double" w:sz="6" w:space="0" w:color="auto"/>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c>
          <w:tcPr>
            <w:tcW w:w="2464" w:type="dxa"/>
            <w:tcBorders>
              <w:top w:val="nil"/>
              <w:left w:val="nil"/>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c>
          <w:tcPr>
            <w:tcW w:w="1218" w:type="dxa"/>
            <w:tcBorders>
              <w:top w:val="nil"/>
              <w:left w:val="nil"/>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c>
          <w:tcPr>
            <w:tcW w:w="1948" w:type="dxa"/>
            <w:tcBorders>
              <w:top w:val="nil"/>
              <w:left w:val="nil"/>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c>
          <w:tcPr>
            <w:tcW w:w="921" w:type="dxa"/>
            <w:tcBorders>
              <w:top w:val="nil"/>
              <w:left w:val="nil"/>
              <w:bottom w:val="double" w:sz="6" w:space="0" w:color="auto"/>
              <w:right w:val="double" w:sz="6" w:space="0" w:color="auto"/>
            </w:tcBorders>
            <w:shd w:val="clear" w:color="auto" w:fill="auto"/>
            <w:noWrap/>
            <w:vAlign w:val="bottom"/>
            <w:hideMark/>
          </w:tcPr>
          <w:p w:rsidR="00FC7876" w:rsidRPr="00FC7876" w:rsidRDefault="00FC7876" w:rsidP="004138CD">
            <w:pPr>
              <w:pStyle w:val="Stil4"/>
              <w:rPr>
                <w:lang w:eastAsia="tr-TR"/>
              </w:rPr>
            </w:pPr>
            <w:r w:rsidRPr="00FC7876">
              <w:rPr>
                <w:lang w:eastAsia="tr-TR"/>
              </w:rPr>
              <w:t> </w:t>
            </w:r>
          </w:p>
        </w:tc>
      </w:tr>
      <w:tr w:rsidR="00FC7876" w:rsidRPr="00FC7876" w:rsidTr="004138CD">
        <w:trPr>
          <w:trHeight w:val="315"/>
        </w:trPr>
        <w:tc>
          <w:tcPr>
            <w:tcW w:w="4962" w:type="dxa"/>
            <w:gridSpan w:val="2"/>
            <w:tcBorders>
              <w:top w:val="nil"/>
              <w:left w:val="nil"/>
              <w:bottom w:val="nil"/>
              <w:right w:val="nil"/>
            </w:tcBorders>
            <w:shd w:val="clear" w:color="auto" w:fill="auto"/>
            <w:noWrap/>
            <w:vAlign w:val="bottom"/>
            <w:hideMark/>
          </w:tcPr>
          <w:p w:rsidR="00FC7876" w:rsidRPr="00FC7876" w:rsidRDefault="00FC7876" w:rsidP="004138CD">
            <w:pPr>
              <w:pStyle w:val="Stil4"/>
              <w:rPr>
                <w:szCs w:val="20"/>
                <w:lang w:eastAsia="tr-TR"/>
              </w:rPr>
            </w:pPr>
            <w:r w:rsidRPr="00FC7876">
              <w:rPr>
                <w:szCs w:val="20"/>
                <w:lang w:eastAsia="tr-TR"/>
              </w:rPr>
              <w:t xml:space="preserve">Ödül Niteliği; </w:t>
            </w:r>
            <w:proofErr w:type="gramStart"/>
            <w:r w:rsidRPr="00FC7876">
              <w:rPr>
                <w:szCs w:val="20"/>
                <w:lang w:eastAsia="tr-TR"/>
              </w:rPr>
              <w:t>YÖK,TÜBA</w:t>
            </w:r>
            <w:proofErr w:type="gramEnd"/>
            <w:r w:rsidRPr="00FC7876">
              <w:rPr>
                <w:szCs w:val="20"/>
                <w:lang w:eastAsia="tr-TR"/>
              </w:rPr>
              <w:t>, TÜBİTAK Bilim, Teşvik ve Sanat Ödülleri, Spor, Diğer)</w:t>
            </w:r>
          </w:p>
        </w:tc>
        <w:tc>
          <w:tcPr>
            <w:tcW w:w="1218" w:type="dxa"/>
            <w:tcBorders>
              <w:top w:val="nil"/>
              <w:left w:val="nil"/>
              <w:bottom w:val="nil"/>
              <w:right w:val="nil"/>
            </w:tcBorders>
            <w:shd w:val="clear" w:color="auto" w:fill="auto"/>
            <w:noWrap/>
            <w:vAlign w:val="bottom"/>
            <w:hideMark/>
          </w:tcPr>
          <w:p w:rsidR="00FC7876" w:rsidRPr="00FC7876" w:rsidRDefault="00FC7876" w:rsidP="004138CD">
            <w:pPr>
              <w:pStyle w:val="Stil4"/>
              <w:rPr>
                <w:szCs w:val="20"/>
                <w:lang w:eastAsia="tr-TR"/>
              </w:rPr>
            </w:pPr>
          </w:p>
        </w:tc>
        <w:tc>
          <w:tcPr>
            <w:tcW w:w="1948" w:type="dxa"/>
            <w:tcBorders>
              <w:top w:val="nil"/>
              <w:left w:val="nil"/>
              <w:bottom w:val="nil"/>
              <w:right w:val="nil"/>
            </w:tcBorders>
            <w:shd w:val="clear" w:color="auto" w:fill="auto"/>
            <w:noWrap/>
            <w:vAlign w:val="bottom"/>
            <w:hideMark/>
          </w:tcPr>
          <w:p w:rsidR="00FC7876" w:rsidRPr="00FC7876" w:rsidRDefault="00FC7876" w:rsidP="004138CD">
            <w:pPr>
              <w:pStyle w:val="Stil4"/>
              <w:rPr>
                <w:szCs w:val="20"/>
                <w:lang w:eastAsia="tr-TR"/>
              </w:rPr>
            </w:pPr>
          </w:p>
        </w:tc>
        <w:tc>
          <w:tcPr>
            <w:tcW w:w="921" w:type="dxa"/>
            <w:tcBorders>
              <w:top w:val="nil"/>
              <w:left w:val="nil"/>
              <w:bottom w:val="nil"/>
              <w:right w:val="nil"/>
            </w:tcBorders>
            <w:shd w:val="clear" w:color="auto" w:fill="auto"/>
            <w:noWrap/>
            <w:vAlign w:val="bottom"/>
            <w:hideMark/>
          </w:tcPr>
          <w:p w:rsidR="00FC7876" w:rsidRPr="00FC7876" w:rsidRDefault="00FC7876" w:rsidP="004138CD">
            <w:pPr>
              <w:pStyle w:val="Stil4"/>
              <w:rPr>
                <w:szCs w:val="20"/>
                <w:lang w:eastAsia="tr-TR"/>
              </w:rPr>
            </w:pPr>
          </w:p>
        </w:tc>
      </w:tr>
    </w:tbl>
    <w:p w:rsidR="00FC7876" w:rsidRDefault="00FC7876" w:rsidP="006C02BD">
      <w:pPr>
        <w:jc w:val="both"/>
      </w:pPr>
    </w:p>
    <w:p w:rsidR="00FC7876" w:rsidRDefault="00FC7876" w:rsidP="006C02BD">
      <w:pPr>
        <w:jc w:val="both"/>
      </w:pPr>
    </w:p>
    <w:p w:rsidR="00FC7876" w:rsidRDefault="00FC7876" w:rsidP="006C02BD">
      <w:pPr>
        <w:jc w:val="both"/>
      </w:pPr>
    </w:p>
    <w:p w:rsidR="00E24BA4" w:rsidRPr="000C0E61" w:rsidRDefault="00E24BA4" w:rsidP="00E24BA4">
      <w:pPr>
        <w:pStyle w:val="Stil2"/>
      </w:pPr>
      <w:bookmarkStart w:id="33" w:name="_Toc217311508"/>
      <w:r>
        <w:t>5.3.1.</w:t>
      </w:r>
      <w:bookmarkStart w:id="34" w:name="_Hlk186025509"/>
      <w:r w:rsidRPr="000C0E61">
        <w:t>Öğrenci</w:t>
      </w:r>
      <w:r>
        <w:t xml:space="preserve"> Yaşamı, Sosyal- Kültürel Hizmetler</w:t>
      </w:r>
      <w:bookmarkEnd w:id="33"/>
      <w:bookmarkEnd w:id="34"/>
    </w:p>
    <w:p w:rsidR="00E24BA4" w:rsidRPr="00E9204E" w:rsidRDefault="00E24BA4" w:rsidP="00E24BA4">
      <w:pPr>
        <w:pStyle w:val="2BALIK"/>
      </w:pPr>
    </w:p>
    <w:p w:rsidR="00E24BA4" w:rsidRPr="00B71809" w:rsidRDefault="00E24BA4" w:rsidP="00E24BA4">
      <w:pPr>
        <w:pStyle w:val="2BALIK"/>
      </w:pPr>
      <w:bookmarkStart w:id="35" w:name="_Hlk186025568"/>
      <w:r w:rsidRPr="00B71809">
        <w:rPr>
          <w:highlight w:val="yellow"/>
        </w:rPr>
        <w:t xml:space="preserve">Bu bölümde, öğrencilerin üniversite deneyimini destekleyen sosyal, kültürel, sportif ve psikolojik destek hizmetleri; yıl içinde yürütülen faaliyetler, sağlanan imkânlar ve katılım düzeyleriyle birlikte özetlenecektir. Öğrenci kulüpleri, kültürel etkinlikler, spor faaliyetleri, psikolojik danışmanlık, burs ve destek hizmetleri mümkün olduğunca sayısal verilerle raporlanmalıdır. </w:t>
      </w:r>
    </w:p>
    <w:p w:rsidR="00E24BA4" w:rsidRDefault="00E24BA4" w:rsidP="00E24BA4">
      <w:pPr>
        <w:jc w:val="both"/>
        <w:rPr>
          <w:i/>
        </w:rPr>
      </w:pPr>
    </w:p>
    <w:p w:rsidR="00E24BA4" w:rsidRDefault="00E24BA4" w:rsidP="00E24BA4">
      <w:proofErr w:type="spellStart"/>
      <w:r>
        <w:t>Öğrenci</w:t>
      </w:r>
      <w:proofErr w:type="spellEnd"/>
      <w:r>
        <w:t xml:space="preserve"> </w:t>
      </w:r>
      <w:proofErr w:type="spellStart"/>
      <w:r>
        <w:t>Kulüpleri</w:t>
      </w:r>
      <w:proofErr w:type="spellEnd"/>
      <w:r>
        <w:t xml:space="preserve"> </w:t>
      </w:r>
      <w:proofErr w:type="spellStart"/>
      <w:r>
        <w:t>ve</w:t>
      </w:r>
      <w:proofErr w:type="spellEnd"/>
      <w:r>
        <w:t xml:space="preserve"> </w:t>
      </w:r>
      <w:proofErr w:type="spellStart"/>
      <w:proofErr w:type="gramStart"/>
      <w:r>
        <w:t>Topluluklar</w:t>
      </w:r>
      <w:proofErr w:type="spellEnd"/>
      <w:r>
        <w:t xml:space="preserve">  </w:t>
      </w:r>
      <w:r w:rsidRPr="008D6AA7">
        <w:rPr>
          <w:highlight w:val="yellow"/>
        </w:rPr>
        <w:t>(</w:t>
      </w:r>
      <w:proofErr w:type="gramEnd"/>
      <w:r w:rsidRPr="008D6AA7">
        <w:rPr>
          <w:highlight w:val="yellow"/>
        </w:rPr>
        <w:t>SKS BİRİMİNCE DOLDURULMALIDIR)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75"/>
        <w:gridCol w:w="3432"/>
        <w:gridCol w:w="1918"/>
        <w:gridCol w:w="1837"/>
      </w:tblGrid>
      <w:tr w:rsidR="00196709" w:rsidRPr="008D6AA7" w:rsidTr="00196709">
        <w:trPr>
          <w:tblHeader/>
          <w:tblCellSpacing w:w="15" w:type="dxa"/>
        </w:trPr>
        <w:tc>
          <w:tcPr>
            <w:tcW w:w="0" w:type="auto"/>
            <w:shd w:val="clear" w:color="auto" w:fill="B99C71"/>
            <w:vAlign w:val="center"/>
            <w:hideMark/>
          </w:tcPr>
          <w:p w:rsidR="00196709" w:rsidRPr="008D6AA7" w:rsidRDefault="00196709" w:rsidP="009D611D">
            <w:pPr>
              <w:pStyle w:val="Stil4"/>
              <w:rPr>
                <w:rFonts w:eastAsia="Times New Roman"/>
                <w:lang w:eastAsia="tr-TR"/>
              </w:rPr>
            </w:pPr>
            <w:r w:rsidRPr="008D6AA7">
              <w:rPr>
                <w:rFonts w:eastAsia="Times New Roman"/>
                <w:lang w:eastAsia="tr-TR"/>
              </w:rPr>
              <w:t>Kulüp / Topluluk Adı</w:t>
            </w:r>
          </w:p>
        </w:tc>
        <w:tc>
          <w:tcPr>
            <w:tcW w:w="0" w:type="auto"/>
            <w:shd w:val="clear" w:color="auto" w:fill="B99C71"/>
            <w:vAlign w:val="center"/>
            <w:hideMark/>
          </w:tcPr>
          <w:p w:rsidR="00196709" w:rsidRDefault="00196709" w:rsidP="009D611D">
            <w:pPr>
              <w:pStyle w:val="Stil4"/>
              <w:rPr>
                <w:rFonts w:eastAsia="Times New Roman"/>
                <w:lang w:eastAsia="tr-TR"/>
              </w:rPr>
            </w:pPr>
            <w:r w:rsidRPr="008D6AA7">
              <w:rPr>
                <w:rFonts w:eastAsia="Times New Roman"/>
                <w:lang w:eastAsia="tr-TR"/>
              </w:rPr>
              <w:t xml:space="preserve">Türü </w:t>
            </w:r>
          </w:p>
          <w:p w:rsidR="00196709" w:rsidRPr="008D6AA7" w:rsidRDefault="00196709" w:rsidP="009D611D">
            <w:pPr>
              <w:pStyle w:val="Stil4"/>
              <w:rPr>
                <w:rFonts w:eastAsia="Times New Roman"/>
                <w:sz w:val="16"/>
                <w:szCs w:val="16"/>
                <w:lang w:eastAsia="tr-TR"/>
              </w:rPr>
            </w:pPr>
            <w:r w:rsidRPr="008D6AA7">
              <w:rPr>
                <w:rFonts w:eastAsia="Times New Roman"/>
                <w:sz w:val="16"/>
                <w:szCs w:val="16"/>
                <w:lang w:eastAsia="tr-TR"/>
              </w:rPr>
              <w:t>(Kültür–Sanat, Spor, Bilim, Sosyal Sorumluluk vb.)</w:t>
            </w:r>
          </w:p>
        </w:tc>
        <w:tc>
          <w:tcPr>
            <w:tcW w:w="1888" w:type="dxa"/>
            <w:shd w:val="clear" w:color="auto" w:fill="B99C71"/>
            <w:vAlign w:val="center"/>
            <w:hideMark/>
          </w:tcPr>
          <w:p w:rsidR="00196709" w:rsidRPr="008D6AA7" w:rsidRDefault="00196709" w:rsidP="009D611D">
            <w:pPr>
              <w:pStyle w:val="Stil4"/>
              <w:rPr>
                <w:rFonts w:eastAsia="Times New Roman"/>
                <w:lang w:eastAsia="tr-TR"/>
              </w:rPr>
            </w:pPr>
            <w:r w:rsidRPr="008D6AA7">
              <w:rPr>
                <w:rFonts w:eastAsia="Times New Roman"/>
                <w:lang w:eastAsia="tr-TR"/>
              </w:rPr>
              <w:t>Üye Sayısı</w:t>
            </w:r>
          </w:p>
        </w:tc>
        <w:tc>
          <w:tcPr>
            <w:tcW w:w="1792" w:type="dxa"/>
            <w:shd w:val="clear" w:color="auto" w:fill="B99C71"/>
            <w:vAlign w:val="center"/>
            <w:hideMark/>
          </w:tcPr>
          <w:p w:rsidR="00196709" w:rsidRPr="008D6AA7" w:rsidRDefault="00196709" w:rsidP="009D611D">
            <w:pPr>
              <w:pStyle w:val="Stil4"/>
              <w:rPr>
                <w:rFonts w:eastAsia="Times New Roman"/>
                <w:lang w:eastAsia="tr-TR"/>
              </w:rPr>
            </w:pPr>
            <w:r w:rsidRPr="008D6AA7">
              <w:rPr>
                <w:rFonts w:eastAsia="Times New Roman"/>
                <w:lang w:eastAsia="tr-TR"/>
              </w:rPr>
              <w:t>Yıl İçinde Yapılan Etkinlik Sayısı</w:t>
            </w:r>
          </w:p>
        </w:tc>
      </w:tr>
      <w:tr w:rsidR="00196709" w:rsidRPr="008D6AA7" w:rsidTr="00196709">
        <w:trPr>
          <w:tblCellSpacing w:w="15" w:type="dxa"/>
        </w:trPr>
        <w:tc>
          <w:tcPr>
            <w:tcW w:w="0" w:type="auto"/>
            <w:vAlign w:val="center"/>
            <w:hideMark/>
          </w:tcPr>
          <w:p w:rsidR="00196709" w:rsidRPr="008D6AA7" w:rsidRDefault="00196709" w:rsidP="009D611D">
            <w:pPr>
              <w:pStyle w:val="Stil4"/>
              <w:rPr>
                <w:rFonts w:eastAsia="Times New Roman"/>
                <w:lang w:eastAsia="tr-TR"/>
              </w:rPr>
            </w:pPr>
            <w:r w:rsidRPr="008D6AA7">
              <w:rPr>
                <w:rFonts w:eastAsia="Times New Roman"/>
                <w:lang w:eastAsia="tr-TR"/>
              </w:rPr>
              <w:t>…</w:t>
            </w:r>
          </w:p>
        </w:tc>
        <w:tc>
          <w:tcPr>
            <w:tcW w:w="0" w:type="auto"/>
            <w:vAlign w:val="center"/>
            <w:hideMark/>
          </w:tcPr>
          <w:p w:rsidR="00196709" w:rsidRPr="008D6AA7" w:rsidRDefault="00196709" w:rsidP="009D611D">
            <w:pPr>
              <w:pStyle w:val="Stil4"/>
              <w:rPr>
                <w:rFonts w:eastAsia="Times New Roman"/>
                <w:lang w:eastAsia="tr-TR"/>
              </w:rPr>
            </w:pPr>
            <w:r w:rsidRPr="008D6AA7">
              <w:rPr>
                <w:rFonts w:eastAsia="Times New Roman"/>
                <w:lang w:eastAsia="tr-TR"/>
              </w:rPr>
              <w:t>…</w:t>
            </w:r>
          </w:p>
        </w:tc>
        <w:tc>
          <w:tcPr>
            <w:tcW w:w="1888" w:type="dxa"/>
            <w:vAlign w:val="center"/>
            <w:hideMark/>
          </w:tcPr>
          <w:p w:rsidR="00196709" w:rsidRPr="008D6AA7" w:rsidRDefault="00196709" w:rsidP="009D611D">
            <w:pPr>
              <w:pStyle w:val="Stil4"/>
              <w:rPr>
                <w:rFonts w:eastAsia="Times New Roman"/>
                <w:lang w:eastAsia="tr-TR"/>
              </w:rPr>
            </w:pPr>
            <w:r w:rsidRPr="008D6AA7">
              <w:rPr>
                <w:rFonts w:eastAsia="Times New Roman"/>
                <w:lang w:eastAsia="tr-TR"/>
              </w:rPr>
              <w:t>…</w:t>
            </w:r>
          </w:p>
        </w:tc>
        <w:tc>
          <w:tcPr>
            <w:tcW w:w="1792" w:type="dxa"/>
            <w:vAlign w:val="center"/>
            <w:hideMark/>
          </w:tcPr>
          <w:p w:rsidR="00196709" w:rsidRPr="008D6AA7" w:rsidRDefault="00196709" w:rsidP="009D611D">
            <w:pPr>
              <w:pStyle w:val="Stil4"/>
              <w:rPr>
                <w:rFonts w:eastAsia="Times New Roman"/>
                <w:lang w:eastAsia="tr-TR"/>
              </w:rPr>
            </w:pPr>
            <w:r w:rsidRPr="008D6AA7">
              <w:rPr>
                <w:rFonts w:eastAsia="Times New Roman"/>
                <w:lang w:eastAsia="tr-TR"/>
              </w:rPr>
              <w:t>…</w:t>
            </w:r>
          </w:p>
        </w:tc>
      </w:tr>
      <w:tr w:rsidR="00196709" w:rsidRPr="008D6AA7" w:rsidTr="00196709">
        <w:trPr>
          <w:tblCellSpacing w:w="15" w:type="dxa"/>
        </w:trPr>
        <w:tc>
          <w:tcPr>
            <w:tcW w:w="0" w:type="auto"/>
            <w:vAlign w:val="center"/>
          </w:tcPr>
          <w:p w:rsidR="00196709" w:rsidRPr="008D6AA7" w:rsidRDefault="00196709" w:rsidP="009D611D">
            <w:pPr>
              <w:pStyle w:val="Stil4"/>
              <w:rPr>
                <w:rFonts w:eastAsia="Times New Roman"/>
                <w:lang w:eastAsia="tr-TR"/>
              </w:rPr>
            </w:pPr>
          </w:p>
        </w:tc>
        <w:tc>
          <w:tcPr>
            <w:tcW w:w="0" w:type="auto"/>
            <w:vAlign w:val="center"/>
          </w:tcPr>
          <w:p w:rsidR="00196709" w:rsidRPr="008D6AA7" w:rsidRDefault="00196709" w:rsidP="009D611D">
            <w:pPr>
              <w:pStyle w:val="Stil4"/>
              <w:rPr>
                <w:rFonts w:eastAsia="Times New Roman"/>
                <w:lang w:eastAsia="tr-TR"/>
              </w:rPr>
            </w:pPr>
          </w:p>
        </w:tc>
        <w:tc>
          <w:tcPr>
            <w:tcW w:w="1888" w:type="dxa"/>
            <w:vAlign w:val="center"/>
          </w:tcPr>
          <w:p w:rsidR="00196709" w:rsidRPr="008D6AA7" w:rsidRDefault="00196709" w:rsidP="009D611D">
            <w:pPr>
              <w:pStyle w:val="Stil4"/>
              <w:rPr>
                <w:rFonts w:eastAsia="Times New Roman"/>
                <w:lang w:eastAsia="tr-TR"/>
              </w:rPr>
            </w:pPr>
          </w:p>
        </w:tc>
        <w:tc>
          <w:tcPr>
            <w:tcW w:w="1792" w:type="dxa"/>
            <w:vAlign w:val="center"/>
          </w:tcPr>
          <w:p w:rsidR="00196709" w:rsidRPr="008D6AA7" w:rsidRDefault="00196709" w:rsidP="009D611D">
            <w:pPr>
              <w:pStyle w:val="Stil4"/>
              <w:rPr>
                <w:rFonts w:eastAsia="Times New Roman"/>
                <w:lang w:eastAsia="tr-TR"/>
              </w:rPr>
            </w:pPr>
          </w:p>
        </w:tc>
      </w:tr>
    </w:tbl>
    <w:p w:rsidR="00E24BA4" w:rsidRDefault="00E24BA4" w:rsidP="00E24BA4"/>
    <w:p w:rsidR="00196709" w:rsidRDefault="00196709" w:rsidP="00196709">
      <w:proofErr w:type="spellStart"/>
      <w:r>
        <w:t>Topluluk</w:t>
      </w:r>
      <w:proofErr w:type="spellEnd"/>
      <w:r>
        <w:t xml:space="preserve"> </w:t>
      </w:r>
      <w:proofErr w:type="spellStart"/>
      <w:proofErr w:type="gramStart"/>
      <w:r>
        <w:t>Etkinlikleri</w:t>
      </w:r>
      <w:proofErr w:type="spellEnd"/>
      <w:r w:rsidRPr="008D6AA7">
        <w:rPr>
          <w:highlight w:val="yellow"/>
        </w:rPr>
        <w:t>(</w:t>
      </w:r>
      <w:proofErr w:type="gramEnd"/>
      <w:r w:rsidRPr="008D6AA7">
        <w:rPr>
          <w:highlight w:val="yellow"/>
        </w:rPr>
        <w:t>SKS BİRİMİNCE DOLDURULMALIDIR)</w:t>
      </w:r>
    </w:p>
    <w:tbl>
      <w:tblPr>
        <w:tblW w:w="906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96"/>
        <w:gridCol w:w="1136"/>
        <w:gridCol w:w="4042"/>
        <w:gridCol w:w="2693"/>
      </w:tblGrid>
      <w:tr w:rsidR="00196709" w:rsidRPr="008D6AA7" w:rsidTr="00196709">
        <w:trPr>
          <w:tblHeader/>
          <w:tblCellSpacing w:w="15" w:type="dxa"/>
        </w:trPr>
        <w:tc>
          <w:tcPr>
            <w:tcW w:w="0" w:type="auto"/>
            <w:shd w:val="clear" w:color="auto" w:fill="B99C71"/>
            <w:vAlign w:val="bottom"/>
            <w:hideMark/>
          </w:tcPr>
          <w:p w:rsidR="00196709" w:rsidRDefault="00196709" w:rsidP="004138CD">
            <w:pPr>
              <w:pStyle w:val="Stil4"/>
            </w:pPr>
            <w:proofErr w:type="spellStart"/>
            <w:r>
              <w:t>Topluluk</w:t>
            </w:r>
            <w:proofErr w:type="spellEnd"/>
            <w:r>
              <w:t xml:space="preserve"> </w:t>
            </w:r>
            <w:proofErr w:type="spellStart"/>
            <w:r>
              <w:t>adı</w:t>
            </w:r>
            <w:proofErr w:type="spellEnd"/>
          </w:p>
        </w:tc>
        <w:tc>
          <w:tcPr>
            <w:tcW w:w="0" w:type="auto"/>
            <w:shd w:val="clear" w:color="auto" w:fill="B99C71"/>
            <w:vAlign w:val="bottom"/>
            <w:hideMark/>
          </w:tcPr>
          <w:p w:rsidR="00196709" w:rsidRDefault="00196709" w:rsidP="004138CD">
            <w:pPr>
              <w:pStyle w:val="Stil4"/>
            </w:pPr>
            <w:proofErr w:type="spellStart"/>
            <w:r>
              <w:t>Etkinlik</w:t>
            </w:r>
            <w:proofErr w:type="spellEnd"/>
            <w:r>
              <w:t xml:space="preserve"> </w:t>
            </w:r>
            <w:proofErr w:type="spellStart"/>
            <w:r>
              <w:t>Adı</w:t>
            </w:r>
            <w:proofErr w:type="spellEnd"/>
          </w:p>
        </w:tc>
        <w:tc>
          <w:tcPr>
            <w:tcW w:w="4012" w:type="dxa"/>
            <w:shd w:val="clear" w:color="auto" w:fill="B99C71"/>
            <w:vAlign w:val="bottom"/>
            <w:hideMark/>
          </w:tcPr>
          <w:p w:rsidR="00196709" w:rsidRDefault="00196709" w:rsidP="004138CD">
            <w:pPr>
              <w:pStyle w:val="Stil4"/>
            </w:pPr>
            <w:proofErr w:type="spellStart"/>
            <w:r>
              <w:t>Etkinlik</w:t>
            </w:r>
            <w:proofErr w:type="spellEnd"/>
            <w:r>
              <w:t xml:space="preserve"> </w:t>
            </w:r>
            <w:proofErr w:type="spellStart"/>
            <w:r>
              <w:t>Konusu</w:t>
            </w:r>
            <w:proofErr w:type="spellEnd"/>
          </w:p>
        </w:tc>
        <w:tc>
          <w:tcPr>
            <w:tcW w:w="2648" w:type="dxa"/>
            <w:shd w:val="clear" w:color="auto" w:fill="B99C71"/>
            <w:vAlign w:val="bottom"/>
            <w:hideMark/>
          </w:tcPr>
          <w:p w:rsidR="00196709" w:rsidRDefault="00196709" w:rsidP="004138CD">
            <w:pPr>
              <w:pStyle w:val="Stil4"/>
            </w:pPr>
            <w:proofErr w:type="spellStart"/>
            <w:r>
              <w:t>Etkinlik</w:t>
            </w:r>
            <w:proofErr w:type="spellEnd"/>
            <w:r>
              <w:t xml:space="preserve"> </w:t>
            </w:r>
            <w:proofErr w:type="spellStart"/>
            <w:r>
              <w:t>Türü</w:t>
            </w:r>
            <w:proofErr w:type="spellEnd"/>
          </w:p>
        </w:tc>
      </w:tr>
      <w:tr w:rsidR="00196709" w:rsidRPr="008D6AA7" w:rsidTr="00196709">
        <w:trPr>
          <w:tblCellSpacing w:w="15" w:type="dxa"/>
        </w:trPr>
        <w:tc>
          <w:tcPr>
            <w:tcW w:w="0" w:type="auto"/>
            <w:vAlign w:val="center"/>
            <w:hideMark/>
          </w:tcPr>
          <w:p w:rsidR="00196709" w:rsidRPr="008D6AA7" w:rsidRDefault="00196709" w:rsidP="004138CD">
            <w:pPr>
              <w:pStyle w:val="Stil4"/>
              <w:rPr>
                <w:rFonts w:eastAsia="Times New Roman"/>
                <w:lang w:eastAsia="tr-TR"/>
              </w:rPr>
            </w:pPr>
            <w:r w:rsidRPr="008D6AA7">
              <w:rPr>
                <w:rFonts w:eastAsia="Times New Roman"/>
                <w:lang w:eastAsia="tr-TR"/>
              </w:rPr>
              <w:t>…</w:t>
            </w:r>
          </w:p>
        </w:tc>
        <w:tc>
          <w:tcPr>
            <w:tcW w:w="0" w:type="auto"/>
            <w:vAlign w:val="center"/>
            <w:hideMark/>
          </w:tcPr>
          <w:p w:rsidR="00196709" w:rsidRPr="008D6AA7" w:rsidRDefault="00196709" w:rsidP="004138CD">
            <w:pPr>
              <w:pStyle w:val="Stil4"/>
              <w:rPr>
                <w:rFonts w:eastAsia="Times New Roman"/>
                <w:lang w:eastAsia="tr-TR"/>
              </w:rPr>
            </w:pPr>
            <w:r w:rsidRPr="008D6AA7">
              <w:rPr>
                <w:rFonts w:eastAsia="Times New Roman"/>
                <w:lang w:eastAsia="tr-TR"/>
              </w:rPr>
              <w:t>…</w:t>
            </w:r>
          </w:p>
        </w:tc>
        <w:tc>
          <w:tcPr>
            <w:tcW w:w="4012" w:type="dxa"/>
            <w:vAlign w:val="center"/>
            <w:hideMark/>
          </w:tcPr>
          <w:p w:rsidR="00196709" w:rsidRPr="008D6AA7" w:rsidRDefault="00196709" w:rsidP="004138CD">
            <w:pPr>
              <w:pStyle w:val="Stil4"/>
              <w:rPr>
                <w:rFonts w:eastAsia="Times New Roman"/>
                <w:lang w:eastAsia="tr-TR"/>
              </w:rPr>
            </w:pPr>
            <w:r w:rsidRPr="008D6AA7">
              <w:rPr>
                <w:rFonts w:eastAsia="Times New Roman"/>
                <w:lang w:eastAsia="tr-TR"/>
              </w:rPr>
              <w:t>…</w:t>
            </w:r>
          </w:p>
        </w:tc>
        <w:tc>
          <w:tcPr>
            <w:tcW w:w="2648" w:type="dxa"/>
            <w:vAlign w:val="center"/>
            <w:hideMark/>
          </w:tcPr>
          <w:p w:rsidR="00196709" w:rsidRPr="008D6AA7" w:rsidRDefault="00196709" w:rsidP="004138CD">
            <w:pPr>
              <w:pStyle w:val="Stil4"/>
              <w:rPr>
                <w:rFonts w:eastAsia="Times New Roman"/>
                <w:lang w:eastAsia="tr-TR"/>
              </w:rPr>
            </w:pPr>
            <w:r w:rsidRPr="008D6AA7">
              <w:rPr>
                <w:rFonts w:eastAsia="Times New Roman"/>
                <w:lang w:eastAsia="tr-TR"/>
              </w:rPr>
              <w:t>…</w:t>
            </w:r>
          </w:p>
        </w:tc>
      </w:tr>
      <w:tr w:rsidR="00196709" w:rsidRPr="008D6AA7" w:rsidTr="00196709">
        <w:trPr>
          <w:tblCellSpacing w:w="15" w:type="dxa"/>
        </w:trPr>
        <w:tc>
          <w:tcPr>
            <w:tcW w:w="0" w:type="auto"/>
            <w:vAlign w:val="center"/>
          </w:tcPr>
          <w:p w:rsidR="00196709" w:rsidRPr="008D6AA7" w:rsidRDefault="00196709" w:rsidP="004138CD">
            <w:pPr>
              <w:pStyle w:val="Stil4"/>
              <w:rPr>
                <w:rFonts w:eastAsia="Times New Roman"/>
                <w:lang w:eastAsia="tr-TR"/>
              </w:rPr>
            </w:pPr>
          </w:p>
        </w:tc>
        <w:tc>
          <w:tcPr>
            <w:tcW w:w="0" w:type="auto"/>
            <w:vAlign w:val="center"/>
          </w:tcPr>
          <w:p w:rsidR="00196709" w:rsidRPr="008D6AA7" w:rsidRDefault="00196709" w:rsidP="004138CD">
            <w:pPr>
              <w:pStyle w:val="Stil4"/>
              <w:rPr>
                <w:rFonts w:eastAsia="Times New Roman"/>
                <w:lang w:eastAsia="tr-TR"/>
              </w:rPr>
            </w:pPr>
          </w:p>
        </w:tc>
        <w:tc>
          <w:tcPr>
            <w:tcW w:w="4012" w:type="dxa"/>
            <w:vAlign w:val="center"/>
          </w:tcPr>
          <w:p w:rsidR="00196709" w:rsidRPr="008D6AA7" w:rsidRDefault="00196709" w:rsidP="004138CD">
            <w:pPr>
              <w:pStyle w:val="Stil4"/>
              <w:rPr>
                <w:rFonts w:eastAsia="Times New Roman"/>
                <w:lang w:eastAsia="tr-TR"/>
              </w:rPr>
            </w:pPr>
          </w:p>
        </w:tc>
        <w:tc>
          <w:tcPr>
            <w:tcW w:w="2648" w:type="dxa"/>
            <w:vAlign w:val="center"/>
          </w:tcPr>
          <w:p w:rsidR="00196709" w:rsidRPr="008D6AA7" w:rsidRDefault="00196709" w:rsidP="004138CD">
            <w:pPr>
              <w:pStyle w:val="Stil4"/>
              <w:rPr>
                <w:rFonts w:eastAsia="Times New Roman"/>
                <w:lang w:eastAsia="tr-TR"/>
              </w:rPr>
            </w:pPr>
          </w:p>
        </w:tc>
      </w:tr>
    </w:tbl>
    <w:p w:rsidR="006C02BD" w:rsidRDefault="006C02BD" w:rsidP="00E24BA4"/>
    <w:p w:rsidR="006C02BD" w:rsidRDefault="006C02BD" w:rsidP="00E24BA4">
      <w:proofErr w:type="spellStart"/>
      <w:r>
        <w:t>Yarışma</w:t>
      </w:r>
      <w:proofErr w:type="spellEnd"/>
      <w:r>
        <w:t xml:space="preserve"> </w:t>
      </w:r>
      <w:proofErr w:type="spellStart"/>
      <w:r>
        <w:t>etkinlikleri</w:t>
      </w:r>
      <w:proofErr w:type="spellEnd"/>
    </w:p>
    <w:tbl>
      <w:tblPr>
        <w:tblW w:w="0" w:type="auto"/>
        <w:tblInd w:w="-23" w:type="dxa"/>
        <w:tblCellMar>
          <w:left w:w="70" w:type="dxa"/>
          <w:right w:w="70" w:type="dxa"/>
        </w:tblCellMar>
        <w:tblLook w:val="04A0" w:firstRow="1" w:lastRow="0" w:firstColumn="1" w:lastColumn="0" w:noHBand="0" w:noVBand="1"/>
      </w:tblPr>
      <w:tblGrid>
        <w:gridCol w:w="1522"/>
        <w:gridCol w:w="1775"/>
        <w:gridCol w:w="1282"/>
        <w:gridCol w:w="1818"/>
        <w:gridCol w:w="1468"/>
        <w:gridCol w:w="1184"/>
      </w:tblGrid>
      <w:tr w:rsidR="006C02BD" w:rsidRPr="006C02BD" w:rsidTr="006C02BD">
        <w:trPr>
          <w:trHeight w:val="330"/>
        </w:trPr>
        <w:tc>
          <w:tcPr>
            <w:tcW w:w="0" w:type="auto"/>
            <w:tcBorders>
              <w:top w:val="double" w:sz="6" w:space="0" w:color="auto"/>
              <w:left w:val="double" w:sz="6" w:space="0" w:color="auto"/>
              <w:bottom w:val="double" w:sz="6" w:space="0" w:color="auto"/>
              <w:right w:val="double" w:sz="6" w:space="0" w:color="auto"/>
            </w:tcBorders>
            <w:shd w:val="clear" w:color="000000" w:fill="B99C71"/>
            <w:noWrap/>
            <w:vAlign w:val="bottom"/>
            <w:hideMark/>
          </w:tcPr>
          <w:p w:rsidR="006C02BD" w:rsidRPr="006C02BD" w:rsidRDefault="006C02BD" w:rsidP="004138CD">
            <w:pPr>
              <w:pStyle w:val="Stil4"/>
              <w:rPr>
                <w:lang w:eastAsia="tr-TR"/>
              </w:rPr>
            </w:pPr>
            <w:r w:rsidRPr="006C02BD">
              <w:rPr>
                <w:lang w:eastAsia="tr-TR"/>
              </w:rPr>
              <w:t>Yarışma Takımı</w:t>
            </w:r>
          </w:p>
        </w:tc>
        <w:tc>
          <w:tcPr>
            <w:tcW w:w="0" w:type="auto"/>
            <w:tcBorders>
              <w:top w:val="double" w:sz="6" w:space="0" w:color="auto"/>
              <w:left w:val="nil"/>
              <w:bottom w:val="double" w:sz="6" w:space="0" w:color="auto"/>
              <w:right w:val="double" w:sz="6" w:space="0" w:color="auto"/>
            </w:tcBorders>
            <w:shd w:val="clear" w:color="000000" w:fill="B99C71"/>
            <w:noWrap/>
            <w:vAlign w:val="bottom"/>
            <w:hideMark/>
          </w:tcPr>
          <w:p w:rsidR="006C02BD" w:rsidRPr="006C02BD" w:rsidRDefault="006C02BD" w:rsidP="004138CD">
            <w:pPr>
              <w:pStyle w:val="Stil4"/>
              <w:rPr>
                <w:lang w:eastAsia="tr-TR"/>
              </w:rPr>
            </w:pPr>
            <w:r w:rsidRPr="006C02BD">
              <w:rPr>
                <w:lang w:eastAsia="tr-TR"/>
              </w:rPr>
              <w:t>Başvuru Kategorisi</w:t>
            </w:r>
          </w:p>
        </w:tc>
        <w:tc>
          <w:tcPr>
            <w:tcW w:w="0" w:type="auto"/>
            <w:tcBorders>
              <w:top w:val="double" w:sz="6" w:space="0" w:color="auto"/>
              <w:left w:val="nil"/>
              <w:bottom w:val="double" w:sz="6" w:space="0" w:color="auto"/>
              <w:right w:val="double" w:sz="6" w:space="0" w:color="auto"/>
            </w:tcBorders>
            <w:shd w:val="clear" w:color="000000" w:fill="B99C71"/>
            <w:noWrap/>
            <w:vAlign w:val="bottom"/>
            <w:hideMark/>
          </w:tcPr>
          <w:p w:rsidR="006C02BD" w:rsidRPr="006C02BD" w:rsidRDefault="006C02BD" w:rsidP="004138CD">
            <w:pPr>
              <w:pStyle w:val="Stil4"/>
              <w:rPr>
                <w:lang w:eastAsia="tr-TR"/>
              </w:rPr>
            </w:pPr>
            <w:r w:rsidRPr="006C02BD">
              <w:rPr>
                <w:lang w:eastAsia="tr-TR"/>
              </w:rPr>
              <w:t>Yarışma Yeri</w:t>
            </w:r>
          </w:p>
        </w:tc>
        <w:tc>
          <w:tcPr>
            <w:tcW w:w="0" w:type="auto"/>
            <w:tcBorders>
              <w:top w:val="double" w:sz="6" w:space="0" w:color="auto"/>
              <w:left w:val="nil"/>
              <w:bottom w:val="double" w:sz="6" w:space="0" w:color="auto"/>
              <w:right w:val="double" w:sz="6" w:space="0" w:color="auto"/>
            </w:tcBorders>
            <w:shd w:val="clear" w:color="000000" w:fill="B99C71"/>
            <w:noWrap/>
            <w:vAlign w:val="bottom"/>
            <w:hideMark/>
          </w:tcPr>
          <w:p w:rsidR="006C02BD" w:rsidRPr="006C02BD" w:rsidRDefault="006C02BD" w:rsidP="004138CD">
            <w:pPr>
              <w:pStyle w:val="Stil4"/>
              <w:rPr>
                <w:lang w:eastAsia="tr-TR"/>
              </w:rPr>
            </w:pPr>
            <w:r w:rsidRPr="006C02BD">
              <w:rPr>
                <w:lang w:eastAsia="tr-TR"/>
              </w:rPr>
              <w:t>Ulusal/</w:t>
            </w:r>
            <w:proofErr w:type="gramStart"/>
            <w:r w:rsidRPr="006C02BD">
              <w:rPr>
                <w:lang w:eastAsia="tr-TR"/>
              </w:rPr>
              <w:t>Uluslar arası</w:t>
            </w:r>
            <w:proofErr w:type="gramEnd"/>
          </w:p>
        </w:tc>
        <w:tc>
          <w:tcPr>
            <w:tcW w:w="0" w:type="auto"/>
            <w:tcBorders>
              <w:top w:val="double" w:sz="6" w:space="0" w:color="auto"/>
              <w:left w:val="nil"/>
              <w:bottom w:val="double" w:sz="6" w:space="0" w:color="auto"/>
              <w:right w:val="double" w:sz="6" w:space="0" w:color="auto"/>
            </w:tcBorders>
            <w:shd w:val="clear" w:color="000000" w:fill="B99C71"/>
            <w:noWrap/>
            <w:vAlign w:val="bottom"/>
            <w:hideMark/>
          </w:tcPr>
          <w:p w:rsidR="006C02BD" w:rsidRPr="006C02BD" w:rsidRDefault="006C02BD" w:rsidP="004138CD">
            <w:pPr>
              <w:pStyle w:val="Stil4"/>
              <w:rPr>
                <w:lang w:eastAsia="tr-TR"/>
              </w:rPr>
            </w:pPr>
            <w:r w:rsidRPr="006C02BD">
              <w:rPr>
                <w:lang w:eastAsia="tr-TR"/>
              </w:rPr>
              <w:t>Katılımcı Sayısı</w:t>
            </w:r>
          </w:p>
        </w:tc>
        <w:tc>
          <w:tcPr>
            <w:tcW w:w="0" w:type="auto"/>
            <w:tcBorders>
              <w:top w:val="double" w:sz="6" w:space="0" w:color="auto"/>
              <w:left w:val="nil"/>
              <w:bottom w:val="double" w:sz="6" w:space="0" w:color="auto"/>
              <w:right w:val="double" w:sz="6" w:space="0" w:color="auto"/>
            </w:tcBorders>
            <w:shd w:val="clear" w:color="000000" w:fill="B99C71"/>
            <w:noWrap/>
            <w:vAlign w:val="bottom"/>
            <w:hideMark/>
          </w:tcPr>
          <w:p w:rsidR="006C02BD" w:rsidRPr="006C02BD" w:rsidRDefault="006C02BD" w:rsidP="004138CD">
            <w:pPr>
              <w:pStyle w:val="Stil4"/>
              <w:rPr>
                <w:lang w:eastAsia="tr-TR"/>
              </w:rPr>
            </w:pPr>
            <w:r w:rsidRPr="006C02BD">
              <w:rPr>
                <w:lang w:eastAsia="tr-TR"/>
              </w:rPr>
              <w:t>Alınan Ödül</w:t>
            </w:r>
          </w:p>
        </w:tc>
      </w:tr>
      <w:tr w:rsidR="006C02BD" w:rsidRPr="006C02BD" w:rsidTr="006C02BD">
        <w:trPr>
          <w:trHeight w:val="330"/>
        </w:trPr>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6C02BD" w:rsidRPr="006C02BD" w:rsidRDefault="006C02BD" w:rsidP="004138CD">
            <w:pPr>
              <w:pStyle w:val="Stil4"/>
              <w:rPr>
                <w:lang w:eastAsia="tr-TR"/>
              </w:rPr>
            </w:pPr>
            <w:r w:rsidRPr="006C02BD">
              <w:rPr>
                <w:lang w:eastAsia="tr-TR"/>
              </w:rPr>
              <w:t> </w:t>
            </w:r>
          </w:p>
        </w:tc>
        <w:tc>
          <w:tcPr>
            <w:tcW w:w="0" w:type="auto"/>
            <w:tcBorders>
              <w:top w:val="nil"/>
              <w:left w:val="nil"/>
              <w:bottom w:val="double" w:sz="6" w:space="0" w:color="auto"/>
              <w:right w:val="double" w:sz="6" w:space="0" w:color="auto"/>
            </w:tcBorders>
            <w:shd w:val="clear" w:color="auto" w:fill="auto"/>
            <w:noWrap/>
            <w:vAlign w:val="bottom"/>
            <w:hideMark/>
          </w:tcPr>
          <w:p w:rsidR="006C02BD" w:rsidRPr="006C02BD" w:rsidRDefault="006C02BD" w:rsidP="004138CD">
            <w:pPr>
              <w:pStyle w:val="Stil4"/>
              <w:rPr>
                <w:lang w:eastAsia="tr-TR"/>
              </w:rPr>
            </w:pPr>
            <w:r w:rsidRPr="006C02BD">
              <w:rPr>
                <w:lang w:eastAsia="tr-TR"/>
              </w:rPr>
              <w:t> </w:t>
            </w:r>
          </w:p>
        </w:tc>
        <w:tc>
          <w:tcPr>
            <w:tcW w:w="0" w:type="auto"/>
            <w:tcBorders>
              <w:top w:val="nil"/>
              <w:left w:val="nil"/>
              <w:bottom w:val="double" w:sz="6" w:space="0" w:color="auto"/>
              <w:right w:val="double" w:sz="6" w:space="0" w:color="auto"/>
            </w:tcBorders>
            <w:shd w:val="clear" w:color="auto" w:fill="auto"/>
            <w:noWrap/>
            <w:vAlign w:val="bottom"/>
            <w:hideMark/>
          </w:tcPr>
          <w:p w:rsidR="006C02BD" w:rsidRPr="006C02BD" w:rsidRDefault="006C02BD" w:rsidP="004138CD">
            <w:pPr>
              <w:pStyle w:val="Stil4"/>
              <w:rPr>
                <w:lang w:eastAsia="tr-TR"/>
              </w:rPr>
            </w:pPr>
            <w:r w:rsidRPr="006C02BD">
              <w:rPr>
                <w:lang w:eastAsia="tr-TR"/>
              </w:rPr>
              <w:t> </w:t>
            </w:r>
          </w:p>
        </w:tc>
        <w:tc>
          <w:tcPr>
            <w:tcW w:w="0" w:type="auto"/>
            <w:tcBorders>
              <w:top w:val="nil"/>
              <w:left w:val="nil"/>
              <w:bottom w:val="double" w:sz="6" w:space="0" w:color="auto"/>
              <w:right w:val="double" w:sz="6" w:space="0" w:color="auto"/>
            </w:tcBorders>
            <w:shd w:val="clear" w:color="auto" w:fill="auto"/>
            <w:noWrap/>
            <w:vAlign w:val="bottom"/>
            <w:hideMark/>
          </w:tcPr>
          <w:p w:rsidR="006C02BD" w:rsidRPr="006C02BD" w:rsidRDefault="006C02BD" w:rsidP="004138CD">
            <w:pPr>
              <w:pStyle w:val="Stil4"/>
              <w:rPr>
                <w:lang w:eastAsia="tr-TR"/>
              </w:rPr>
            </w:pPr>
            <w:r w:rsidRPr="006C02BD">
              <w:rPr>
                <w:lang w:eastAsia="tr-TR"/>
              </w:rPr>
              <w:t> </w:t>
            </w:r>
          </w:p>
        </w:tc>
        <w:tc>
          <w:tcPr>
            <w:tcW w:w="0" w:type="auto"/>
            <w:tcBorders>
              <w:top w:val="nil"/>
              <w:left w:val="nil"/>
              <w:bottom w:val="double" w:sz="6" w:space="0" w:color="auto"/>
              <w:right w:val="double" w:sz="6" w:space="0" w:color="auto"/>
            </w:tcBorders>
            <w:shd w:val="clear" w:color="auto" w:fill="auto"/>
            <w:noWrap/>
            <w:vAlign w:val="bottom"/>
            <w:hideMark/>
          </w:tcPr>
          <w:p w:rsidR="006C02BD" w:rsidRPr="006C02BD" w:rsidRDefault="006C02BD" w:rsidP="004138CD">
            <w:pPr>
              <w:pStyle w:val="Stil4"/>
              <w:rPr>
                <w:lang w:eastAsia="tr-TR"/>
              </w:rPr>
            </w:pPr>
            <w:r w:rsidRPr="006C02BD">
              <w:rPr>
                <w:lang w:eastAsia="tr-TR"/>
              </w:rPr>
              <w:t> </w:t>
            </w:r>
          </w:p>
        </w:tc>
        <w:tc>
          <w:tcPr>
            <w:tcW w:w="0" w:type="auto"/>
            <w:tcBorders>
              <w:top w:val="nil"/>
              <w:left w:val="nil"/>
              <w:bottom w:val="double" w:sz="6" w:space="0" w:color="auto"/>
              <w:right w:val="double" w:sz="6" w:space="0" w:color="auto"/>
            </w:tcBorders>
            <w:shd w:val="clear" w:color="auto" w:fill="auto"/>
            <w:noWrap/>
            <w:vAlign w:val="bottom"/>
            <w:hideMark/>
          </w:tcPr>
          <w:p w:rsidR="006C02BD" w:rsidRPr="006C02BD" w:rsidRDefault="006C02BD" w:rsidP="004138CD">
            <w:pPr>
              <w:pStyle w:val="Stil4"/>
              <w:rPr>
                <w:lang w:eastAsia="tr-TR"/>
              </w:rPr>
            </w:pPr>
            <w:r w:rsidRPr="006C02BD">
              <w:rPr>
                <w:lang w:eastAsia="tr-TR"/>
              </w:rPr>
              <w:t> </w:t>
            </w:r>
          </w:p>
        </w:tc>
      </w:tr>
      <w:tr w:rsidR="006C02BD" w:rsidRPr="006C02BD" w:rsidTr="006C02BD">
        <w:trPr>
          <w:trHeight w:val="330"/>
        </w:trPr>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6C02BD" w:rsidRPr="006C02BD" w:rsidRDefault="006C02BD" w:rsidP="004138CD">
            <w:pPr>
              <w:pStyle w:val="Stil4"/>
              <w:rPr>
                <w:lang w:eastAsia="tr-TR"/>
              </w:rPr>
            </w:pPr>
            <w:r w:rsidRPr="006C02BD">
              <w:rPr>
                <w:lang w:eastAsia="tr-TR"/>
              </w:rPr>
              <w:t> </w:t>
            </w:r>
          </w:p>
        </w:tc>
        <w:tc>
          <w:tcPr>
            <w:tcW w:w="0" w:type="auto"/>
            <w:tcBorders>
              <w:top w:val="nil"/>
              <w:left w:val="nil"/>
              <w:bottom w:val="double" w:sz="6" w:space="0" w:color="auto"/>
              <w:right w:val="double" w:sz="6" w:space="0" w:color="auto"/>
            </w:tcBorders>
            <w:shd w:val="clear" w:color="auto" w:fill="auto"/>
            <w:noWrap/>
            <w:vAlign w:val="bottom"/>
            <w:hideMark/>
          </w:tcPr>
          <w:p w:rsidR="006C02BD" w:rsidRPr="006C02BD" w:rsidRDefault="006C02BD" w:rsidP="004138CD">
            <w:pPr>
              <w:pStyle w:val="Stil4"/>
              <w:rPr>
                <w:lang w:eastAsia="tr-TR"/>
              </w:rPr>
            </w:pPr>
            <w:r w:rsidRPr="006C02BD">
              <w:rPr>
                <w:lang w:eastAsia="tr-TR"/>
              </w:rPr>
              <w:t> </w:t>
            </w:r>
          </w:p>
        </w:tc>
        <w:tc>
          <w:tcPr>
            <w:tcW w:w="0" w:type="auto"/>
            <w:tcBorders>
              <w:top w:val="nil"/>
              <w:left w:val="nil"/>
              <w:bottom w:val="double" w:sz="6" w:space="0" w:color="auto"/>
              <w:right w:val="double" w:sz="6" w:space="0" w:color="auto"/>
            </w:tcBorders>
            <w:shd w:val="clear" w:color="auto" w:fill="auto"/>
            <w:noWrap/>
            <w:vAlign w:val="bottom"/>
            <w:hideMark/>
          </w:tcPr>
          <w:p w:rsidR="006C02BD" w:rsidRPr="006C02BD" w:rsidRDefault="006C02BD" w:rsidP="004138CD">
            <w:pPr>
              <w:pStyle w:val="Stil4"/>
              <w:rPr>
                <w:lang w:eastAsia="tr-TR"/>
              </w:rPr>
            </w:pPr>
            <w:r w:rsidRPr="006C02BD">
              <w:rPr>
                <w:lang w:eastAsia="tr-TR"/>
              </w:rPr>
              <w:t> </w:t>
            </w:r>
          </w:p>
        </w:tc>
        <w:tc>
          <w:tcPr>
            <w:tcW w:w="0" w:type="auto"/>
            <w:tcBorders>
              <w:top w:val="nil"/>
              <w:left w:val="nil"/>
              <w:bottom w:val="double" w:sz="6" w:space="0" w:color="auto"/>
              <w:right w:val="double" w:sz="6" w:space="0" w:color="auto"/>
            </w:tcBorders>
            <w:shd w:val="clear" w:color="auto" w:fill="auto"/>
            <w:noWrap/>
            <w:vAlign w:val="bottom"/>
            <w:hideMark/>
          </w:tcPr>
          <w:p w:rsidR="006C02BD" w:rsidRPr="006C02BD" w:rsidRDefault="006C02BD" w:rsidP="004138CD">
            <w:pPr>
              <w:pStyle w:val="Stil4"/>
              <w:rPr>
                <w:lang w:eastAsia="tr-TR"/>
              </w:rPr>
            </w:pPr>
            <w:r w:rsidRPr="006C02BD">
              <w:rPr>
                <w:lang w:eastAsia="tr-TR"/>
              </w:rPr>
              <w:t> </w:t>
            </w:r>
          </w:p>
        </w:tc>
        <w:tc>
          <w:tcPr>
            <w:tcW w:w="0" w:type="auto"/>
            <w:tcBorders>
              <w:top w:val="nil"/>
              <w:left w:val="nil"/>
              <w:bottom w:val="double" w:sz="6" w:space="0" w:color="auto"/>
              <w:right w:val="double" w:sz="6" w:space="0" w:color="auto"/>
            </w:tcBorders>
            <w:shd w:val="clear" w:color="auto" w:fill="auto"/>
            <w:noWrap/>
            <w:vAlign w:val="bottom"/>
            <w:hideMark/>
          </w:tcPr>
          <w:p w:rsidR="006C02BD" w:rsidRPr="006C02BD" w:rsidRDefault="006C02BD" w:rsidP="004138CD">
            <w:pPr>
              <w:pStyle w:val="Stil4"/>
              <w:rPr>
                <w:lang w:eastAsia="tr-TR"/>
              </w:rPr>
            </w:pPr>
            <w:r w:rsidRPr="006C02BD">
              <w:rPr>
                <w:lang w:eastAsia="tr-TR"/>
              </w:rPr>
              <w:t> </w:t>
            </w:r>
          </w:p>
        </w:tc>
        <w:tc>
          <w:tcPr>
            <w:tcW w:w="0" w:type="auto"/>
            <w:tcBorders>
              <w:top w:val="nil"/>
              <w:left w:val="nil"/>
              <w:bottom w:val="double" w:sz="6" w:space="0" w:color="auto"/>
              <w:right w:val="double" w:sz="6" w:space="0" w:color="auto"/>
            </w:tcBorders>
            <w:shd w:val="clear" w:color="auto" w:fill="auto"/>
            <w:noWrap/>
            <w:vAlign w:val="bottom"/>
            <w:hideMark/>
          </w:tcPr>
          <w:p w:rsidR="006C02BD" w:rsidRPr="006C02BD" w:rsidRDefault="006C02BD" w:rsidP="004138CD">
            <w:pPr>
              <w:pStyle w:val="Stil4"/>
              <w:rPr>
                <w:lang w:eastAsia="tr-TR"/>
              </w:rPr>
            </w:pPr>
            <w:r w:rsidRPr="006C02BD">
              <w:rPr>
                <w:lang w:eastAsia="tr-TR"/>
              </w:rPr>
              <w:t> </w:t>
            </w:r>
          </w:p>
        </w:tc>
      </w:tr>
      <w:tr w:rsidR="006C02BD" w:rsidRPr="006C02BD" w:rsidTr="006C02BD">
        <w:trPr>
          <w:trHeight w:val="330"/>
        </w:trPr>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6C02BD" w:rsidRPr="006C02BD" w:rsidRDefault="006C02BD" w:rsidP="004138CD">
            <w:pPr>
              <w:pStyle w:val="Stil4"/>
              <w:rPr>
                <w:lang w:eastAsia="tr-TR"/>
              </w:rPr>
            </w:pPr>
            <w:r w:rsidRPr="006C02BD">
              <w:rPr>
                <w:lang w:eastAsia="tr-TR"/>
              </w:rPr>
              <w:t> </w:t>
            </w:r>
          </w:p>
        </w:tc>
        <w:tc>
          <w:tcPr>
            <w:tcW w:w="0" w:type="auto"/>
            <w:tcBorders>
              <w:top w:val="nil"/>
              <w:left w:val="nil"/>
              <w:bottom w:val="double" w:sz="6" w:space="0" w:color="auto"/>
              <w:right w:val="double" w:sz="6" w:space="0" w:color="auto"/>
            </w:tcBorders>
            <w:shd w:val="clear" w:color="auto" w:fill="auto"/>
            <w:noWrap/>
            <w:vAlign w:val="bottom"/>
            <w:hideMark/>
          </w:tcPr>
          <w:p w:rsidR="006C02BD" w:rsidRPr="006C02BD" w:rsidRDefault="006C02BD" w:rsidP="004138CD">
            <w:pPr>
              <w:pStyle w:val="Stil4"/>
              <w:rPr>
                <w:lang w:eastAsia="tr-TR"/>
              </w:rPr>
            </w:pPr>
            <w:r w:rsidRPr="006C02BD">
              <w:rPr>
                <w:lang w:eastAsia="tr-TR"/>
              </w:rPr>
              <w:t> </w:t>
            </w:r>
          </w:p>
        </w:tc>
        <w:tc>
          <w:tcPr>
            <w:tcW w:w="0" w:type="auto"/>
            <w:tcBorders>
              <w:top w:val="nil"/>
              <w:left w:val="nil"/>
              <w:bottom w:val="double" w:sz="6" w:space="0" w:color="auto"/>
              <w:right w:val="double" w:sz="6" w:space="0" w:color="auto"/>
            </w:tcBorders>
            <w:shd w:val="clear" w:color="auto" w:fill="auto"/>
            <w:noWrap/>
            <w:vAlign w:val="bottom"/>
            <w:hideMark/>
          </w:tcPr>
          <w:p w:rsidR="006C02BD" w:rsidRPr="006C02BD" w:rsidRDefault="006C02BD" w:rsidP="004138CD">
            <w:pPr>
              <w:pStyle w:val="Stil4"/>
              <w:rPr>
                <w:lang w:eastAsia="tr-TR"/>
              </w:rPr>
            </w:pPr>
            <w:r w:rsidRPr="006C02BD">
              <w:rPr>
                <w:lang w:eastAsia="tr-TR"/>
              </w:rPr>
              <w:t> </w:t>
            </w:r>
          </w:p>
        </w:tc>
        <w:tc>
          <w:tcPr>
            <w:tcW w:w="0" w:type="auto"/>
            <w:tcBorders>
              <w:top w:val="nil"/>
              <w:left w:val="nil"/>
              <w:bottom w:val="double" w:sz="6" w:space="0" w:color="auto"/>
              <w:right w:val="double" w:sz="6" w:space="0" w:color="auto"/>
            </w:tcBorders>
            <w:shd w:val="clear" w:color="auto" w:fill="auto"/>
            <w:noWrap/>
            <w:vAlign w:val="bottom"/>
            <w:hideMark/>
          </w:tcPr>
          <w:p w:rsidR="006C02BD" w:rsidRPr="006C02BD" w:rsidRDefault="006C02BD" w:rsidP="004138CD">
            <w:pPr>
              <w:pStyle w:val="Stil4"/>
              <w:rPr>
                <w:lang w:eastAsia="tr-TR"/>
              </w:rPr>
            </w:pPr>
            <w:r w:rsidRPr="006C02BD">
              <w:rPr>
                <w:lang w:eastAsia="tr-TR"/>
              </w:rPr>
              <w:t> </w:t>
            </w:r>
          </w:p>
        </w:tc>
        <w:tc>
          <w:tcPr>
            <w:tcW w:w="0" w:type="auto"/>
            <w:tcBorders>
              <w:top w:val="nil"/>
              <w:left w:val="nil"/>
              <w:bottom w:val="double" w:sz="6" w:space="0" w:color="auto"/>
              <w:right w:val="double" w:sz="6" w:space="0" w:color="auto"/>
            </w:tcBorders>
            <w:shd w:val="clear" w:color="auto" w:fill="auto"/>
            <w:noWrap/>
            <w:vAlign w:val="bottom"/>
            <w:hideMark/>
          </w:tcPr>
          <w:p w:rsidR="006C02BD" w:rsidRPr="006C02BD" w:rsidRDefault="006C02BD" w:rsidP="004138CD">
            <w:pPr>
              <w:pStyle w:val="Stil4"/>
              <w:rPr>
                <w:lang w:eastAsia="tr-TR"/>
              </w:rPr>
            </w:pPr>
            <w:r w:rsidRPr="006C02BD">
              <w:rPr>
                <w:lang w:eastAsia="tr-TR"/>
              </w:rPr>
              <w:t> </w:t>
            </w:r>
          </w:p>
        </w:tc>
        <w:tc>
          <w:tcPr>
            <w:tcW w:w="0" w:type="auto"/>
            <w:tcBorders>
              <w:top w:val="nil"/>
              <w:left w:val="nil"/>
              <w:bottom w:val="double" w:sz="6" w:space="0" w:color="auto"/>
              <w:right w:val="double" w:sz="6" w:space="0" w:color="auto"/>
            </w:tcBorders>
            <w:shd w:val="clear" w:color="auto" w:fill="auto"/>
            <w:noWrap/>
            <w:vAlign w:val="bottom"/>
            <w:hideMark/>
          </w:tcPr>
          <w:p w:rsidR="006C02BD" w:rsidRPr="006C02BD" w:rsidRDefault="006C02BD" w:rsidP="004138CD">
            <w:pPr>
              <w:pStyle w:val="Stil4"/>
              <w:rPr>
                <w:lang w:eastAsia="tr-TR"/>
              </w:rPr>
            </w:pPr>
            <w:r w:rsidRPr="006C02BD">
              <w:rPr>
                <w:lang w:eastAsia="tr-TR"/>
              </w:rPr>
              <w:t> </w:t>
            </w:r>
          </w:p>
        </w:tc>
      </w:tr>
      <w:tr w:rsidR="006C02BD" w:rsidRPr="006C02BD" w:rsidTr="006C02BD">
        <w:trPr>
          <w:trHeight w:val="330"/>
        </w:trPr>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6C02BD" w:rsidRPr="006C02BD" w:rsidRDefault="006C02BD" w:rsidP="004138CD">
            <w:pPr>
              <w:pStyle w:val="Stil4"/>
              <w:rPr>
                <w:lang w:eastAsia="tr-TR"/>
              </w:rPr>
            </w:pPr>
            <w:r w:rsidRPr="006C02BD">
              <w:rPr>
                <w:lang w:eastAsia="tr-TR"/>
              </w:rPr>
              <w:t> </w:t>
            </w:r>
          </w:p>
        </w:tc>
        <w:tc>
          <w:tcPr>
            <w:tcW w:w="0" w:type="auto"/>
            <w:tcBorders>
              <w:top w:val="nil"/>
              <w:left w:val="nil"/>
              <w:bottom w:val="double" w:sz="6" w:space="0" w:color="auto"/>
              <w:right w:val="double" w:sz="6" w:space="0" w:color="auto"/>
            </w:tcBorders>
            <w:shd w:val="clear" w:color="auto" w:fill="auto"/>
            <w:noWrap/>
            <w:vAlign w:val="bottom"/>
            <w:hideMark/>
          </w:tcPr>
          <w:p w:rsidR="006C02BD" w:rsidRPr="006C02BD" w:rsidRDefault="006C02BD" w:rsidP="004138CD">
            <w:pPr>
              <w:pStyle w:val="Stil4"/>
              <w:rPr>
                <w:lang w:eastAsia="tr-TR"/>
              </w:rPr>
            </w:pPr>
            <w:r w:rsidRPr="006C02BD">
              <w:rPr>
                <w:lang w:eastAsia="tr-TR"/>
              </w:rPr>
              <w:t> </w:t>
            </w:r>
          </w:p>
        </w:tc>
        <w:tc>
          <w:tcPr>
            <w:tcW w:w="0" w:type="auto"/>
            <w:tcBorders>
              <w:top w:val="nil"/>
              <w:left w:val="nil"/>
              <w:bottom w:val="double" w:sz="6" w:space="0" w:color="auto"/>
              <w:right w:val="double" w:sz="6" w:space="0" w:color="auto"/>
            </w:tcBorders>
            <w:shd w:val="clear" w:color="auto" w:fill="auto"/>
            <w:noWrap/>
            <w:vAlign w:val="bottom"/>
            <w:hideMark/>
          </w:tcPr>
          <w:p w:rsidR="006C02BD" w:rsidRPr="006C02BD" w:rsidRDefault="006C02BD" w:rsidP="004138CD">
            <w:pPr>
              <w:pStyle w:val="Stil4"/>
              <w:rPr>
                <w:lang w:eastAsia="tr-TR"/>
              </w:rPr>
            </w:pPr>
            <w:r w:rsidRPr="006C02BD">
              <w:rPr>
                <w:lang w:eastAsia="tr-TR"/>
              </w:rPr>
              <w:t> </w:t>
            </w:r>
          </w:p>
        </w:tc>
        <w:tc>
          <w:tcPr>
            <w:tcW w:w="0" w:type="auto"/>
            <w:tcBorders>
              <w:top w:val="nil"/>
              <w:left w:val="nil"/>
              <w:bottom w:val="double" w:sz="6" w:space="0" w:color="auto"/>
              <w:right w:val="double" w:sz="6" w:space="0" w:color="auto"/>
            </w:tcBorders>
            <w:shd w:val="clear" w:color="auto" w:fill="auto"/>
            <w:noWrap/>
            <w:vAlign w:val="bottom"/>
            <w:hideMark/>
          </w:tcPr>
          <w:p w:rsidR="006C02BD" w:rsidRPr="006C02BD" w:rsidRDefault="006C02BD" w:rsidP="004138CD">
            <w:pPr>
              <w:pStyle w:val="Stil4"/>
              <w:rPr>
                <w:lang w:eastAsia="tr-TR"/>
              </w:rPr>
            </w:pPr>
            <w:r w:rsidRPr="006C02BD">
              <w:rPr>
                <w:lang w:eastAsia="tr-TR"/>
              </w:rPr>
              <w:t> </w:t>
            </w:r>
          </w:p>
        </w:tc>
        <w:tc>
          <w:tcPr>
            <w:tcW w:w="0" w:type="auto"/>
            <w:tcBorders>
              <w:top w:val="nil"/>
              <w:left w:val="nil"/>
              <w:bottom w:val="double" w:sz="6" w:space="0" w:color="auto"/>
              <w:right w:val="double" w:sz="6" w:space="0" w:color="auto"/>
            </w:tcBorders>
            <w:shd w:val="clear" w:color="auto" w:fill="auto"/>
            <w:noWrap/>
            <w:vAlign w:val="bottom"/>
            <w:hideMark/>
          </w:tcPr>
          <w:p w:rsidR="006C02BD" w:rsidRPr="006C02BD" w:rsidRDefault="006C02BD" w:rsidP="004138CD">
            <w:pPr>
              <w:pStyle w:val="Stil4"/>
              <w:rPr>
                <w:lang w:eastAsia="tr-TR"/>
              </w:rPr>
            </w:pPr>
            <w:r w:rsidRPr="006C02BD">
              <w:rPr>
                <w:lang w:eastAsia="tr-TR"/>
              </w:rPr>
              <w:t> </w:t>
            </w:r>
          </w:p>
        </w:tc>
        <w:tc>
          <w:tcPr>
            <w:tcW w:w="0" w:type="auto"/>
            <w:tcBorders>
              <w:top w:val="nil"/>
              <w:left w:val="nil"/>
              <w:bottom w:val="double" w:sz="6" w:space="0" w:color="auto"/>
              <w:right w:val="double" w:sz="6" w:space="0" w:color="auto"/>
            </w:tcBorders>
            <w:shd w:val="clear" w:color="auto" w:fill="auto"/>
            <w:noWrap/>
            <w:vAlign w:val="bottom"/>
            <w:hideMark/>
          </w:tcPr>
          <w:p w:rsidR="006C02BD" w:rsidRPr="006C02BD" w:rsidRDefault="006C02BD" w:rsidP="004138CD">
            <w:pPr>
              <w:pStyle w:val="Stil4"/>
              <w:rPr>
                <w:lang w:eastAsia="tr-TR"/>
              </w:rPr>
            </w:pPr>
            <w:r w:rsidRPr="006C02BD">
              <w:rPr>
                <w:lang w:eastAsia="tr-TR"/>
              </w:rPr>
              <w:t> </w:t>
            </w:r>
          </w:p>
        </w:tc>
      </w:tr>
      <w:tr w:rsidR="006C02BD" w:rsidRPr="006C02BD" w:rsidTr="006C02BD">
        <w:trPr>
          <w:trHeight w:val="330"/>
        </w:trPr>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6C02BD" w:rsidRPr="006C02BD" w:rsidRDefault="006C02BD" w:rsidP="004138CD">
            <w:pPr>
              <w:pStyle w:val="Stil4"/>
              <w:rPr>
                <w:lang w:eastAsia="tr-TR"/>
              </w:rPr>
            </w:pPr>
            <w:r w:rsidRPr="006C02BD">
              <w:rPr>
                <w:lang w:eastAsia="tr-TR"/>
              </w:rPr>
              <w:t> </w:t>
            </w:r>
          </w:p>
        </w:tc>
        <w:tc>
          <w:tcPr>
            <w:tcW w:w="0" w:type="auto"/>
            <w:tcBorders>
              <w:top w:val="nil"/>
              <w:left w:val="nil"/>
              <w:bottom w:val="double" w:sz="6" w:space="0" w:color="auto"/>
              <w:right w:val="double" w:sz="6" w:space="0" w:color="auto"/>
            </w:tcBorders>
            <w:shd w:val="clear" w:color="auto" w:fill="auto"/>
            <w:noWrap/>
            <w:vAlign w:val="bottom"/>
            <w:hideMark/>
          </w:tcPr>
          <w:p w:rsidR="006C02BD" w:rsidRPr="006C02BD" w:rsidRDefault="006C02BD" w:rsidP="004138CD">
            <w:pPr>
              <w:pStyle w:val="Stil4"/>
              <w:rPr>
                <w:lang w:eastAsia="tr-TR"/>
              </w:rPr>
            </w:pPr>
            <w:r w:rsidRPr="006C02BD">
              <w:rPr>
                <w:lang w:eastAsia="tr-TR"/>
              </w:rPr>
              <w:t> </w:t>
            </w:r>
          </w:p>
        </w:tc>
        <w:tc>
          <w:tcPr>
            <w:tcW w:w="0" w:type="auto"/>
            <w:tcBorders>
              <w:top w:val="nil"/>
              <w:left w:val="nil"/>
              <w:bottom w:val="double" w:sz="6" w:space="0" w:color="auto"/>
              <w:right w:val="double" w:sz="6" w:space="0" w:color="auto"/>
            </w:tcBorders>
            <w:shd w:val="clear" w:color="auto" w:fill="auto"/>
            <w:noWrap/>
            <w:vAlign w:val="bottom"/>
            <w:hideMark/>
          </w:tcPr>
          <w:p w:rsidR="006C02BD" w:rsidRPr="006C02BD" w:rsidRDefault="006C02BD" w:rsidP="004138CD">
            <w:pPr>
              <w:pStyle w:val="Stil4"/>
              <w:rPr>
                <w:lang w:eastAsia="tr-TR"/>
              </w:rPr>
            </w:pPr>
            <w:r w:rsidRPr="006C02BD">
              <w:rPr>
                <w:lang w:eastAsia="tr-TR"/>
              </w:rPr>
              <w:t> </w:t>
            </w:r>
          </w:p>
        </w:tc>
        <w:tc>
          <w:tcPr>
            <w:tcW w:w="0" w:type="auto"/>
            <w:tcBorders>
              <w:top w:val="nil"/>
              <w:left w:val="nil"/>
              <w:bottom w:val="double" w:sz="6" w:space="0" w:color="auto"/>
              <w:right w:val="double" w:sz="6" w:space="0" w:color="auto"/>
            </w:tcBorders>
            <w:shd w:val="clear" w:color="auto" w:fill="auto"/>
            <w:noWrap/>
            <w:vAlign w:val="bottom"/>
            <w:hideMark/>
          </w:tcPr>
          <w:p w:rsidR="006C02BD" w:rsidRPr="006C02BD" w:rsidRDefault="006C02BD" w:rsidP="004138CD">
            <w:pPr>
              <w:pStyle w:val="Stil4"/>
              <w:rPr>
                <w:lang w:eastAsia="tr-TR"/>
              </w:rPr>
            </w:pPr>
            <w:r w:rsidRPr="006C02BD">
              <w:rPr>
                <w:lang w:eastAsia="tr-TR"/>
              </w:rPr>
              <w:t> </w:t>
            </w:r>
          </w:p>
        </w:tc>
        <w:tc>
          <w:tcPr>
            <w:tcW w:w="0" w:type="auto"/>
            <w:tcBorders>
              <w:top w:val="nil"/>
              <w:left w:val="nil"/>
              <w:bottom w:val="double" w:sz="6" w:space="0" w:color="auto"/>
              <w:right w:val="double" w:sz="6" w:space="0" w:color="auto"/>
            </w:tcBorders>
            <w:shd w:val="clear" w:color="auto" w:fill="auto"/>
            <w:noWrap/>
            <w:vAlign w:val="bottom"/>
            <w:hideMark/>
          </w:tcPr>
          <w:p w:rsidR="006C02BD" w:rsidRPr="006C02BD" w:rsidRDefault="006C02BD" w:rsidP="004138CD">
            <w:pPr>
              <w:pStyle w:val="Stil4"/>
              <w:rPr>
                <w:lang w:eastAsia="tr-TR"/>
              </w:rPr>
            </w:pPr>
            <w:r w:rsidRPr="006C02BD">
              <w:rPr>
                <w:lang w:eastAsia="tr-TR"/>
              </w:rPr>
              <w:t> </w:t>
            </w:r>
          </w:p>
        </w:tc>
        <w:tc>
          <w:tcPr>
            <w:tcW w:w="0" w:type="auto"/>
            <w:tcBorders>
              <w:top w:val="nil"/>
              <w:left w:val="nil"/>
              <w:bottom w:val="double" w:sz="6" w:space="0" w:color="auto"/>
              <w:right w:val="double" w:sz="6" w:space="0" w:color="auto"/>
            </w:tcBorders>
            <w:shd w:val="clear" w:color="auto" w:fill="auto"/>
            <w:noWrap/>
            <w:vAlign w:val="bottom"/>
            <w:hideMark/>
          </w:tcPr>
          <w:p w:rsidR="006C02BD" w:rsidRPr="006C02BD" w:rsidRDefault="006C02BD" w:rsidP="004138CD">
            <w:pPr>
              <w:pStyle w:val="Stil4"/>
              <w:rPr>
                <w:lang w:eastAsia="tr-TR"/>
              </w:rPr>
            </w:pPr>
            <w:r w:rsidRPr="006C02BD">
              <w:rPr>
                <w:lang w:eastAsia="tr-TR"/>
              </w:rPr>
              <w:t> </w:t>
            </w:r>
          </w:p>
        </w:tc>
      </w:tr>
    </w:tbl>
    <w:p w:rsidR="006C02BD" w:rsidRDefault="006C02BD" w:rsidP="00E24BA4"/>
    <w:p w:rsidR="00E24BA4" w:rsidRDefault="00E24BA4" w:rsidP="00E24BA4">
      <w:proofErr w:type="spellStart"/>
      <w:r>
        <w:t>Öğrencilere</w:t>
      </w:r>
      <w:proofErr w:type="spellEnd"/>
      <w:r>
        <w:t xml:space="preserve"> </w:t>
      </w:r>
      <w:proofErr w:type="spellStart"/>
      <w:r>
        <w:t>Yönelik</w:t>
      </w:r>
      <w:proofErr w:type="spellEnd"/>
      <w:r>
        <w:t xml:space="preserve"> </w:t>
      </w:r>
      <w:proofErr w:type="spellStart"/>
      <w:r>
        <w:t>Sosyal</w:t>
      </w:r>
      <w:proofErr w:type="spellEnd"/>
      <w:r>
        <w:t xml:space="preserve"> </w:t>
      </w:r>
      <w:proofErr w:type="spellStart"/>
      <w:r>
        <w:t>ve</w:t>
      </w:r>
      <w:proofErr w:type="spellEnd"/>
      <w:r>
        <w:t xml:space="preserve"> </w:t>
      </w:r>
      <w:proofErr w:type="spellStart"/>
      <w:r>
        <w:t>Ekonomik</w:t>
      </w:r>
      <w:proofErr w:type="spellEnd"/>
      <w:r>
        <w:t xml:space="preserve"> </w:t>
      </w:r>
      <w:proofErr w:type="spellStart"/>
      <w:r>
        <w:t>Destekler</w:t>
      </w:r>
      <w:proofErr w:type="spellEnd"/>
      <w:r>
        <w:t xml:space="preserve"> </w:t>
      </w:r>
      <w:r w:rsidRPr="008D6AA7">
        <w:rPr>
          <w:highlight w:val="yellow"/>
        </w:rPr>
        <w:t>(SKS BİRİMİNCE DOLDURULMALIDIR)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73"/>
        <w:gridCol w:w="1346"/>
        <w:gridCol w:w="1771"/>
        <w:gridCol w:w="1559"/>
        <w:gridCol w:w="1413"/>
      </w:tblGrid>
      <w:tr w:rsidR="00E24BA4" w:rsidRPr="008D6AA7" w:rsidTr="009D611D">
        <w:trPr>
          <w:tblHeader/>
          <w:tblCellSpacing w:w="15" w:type="dxa"/>
        </w:trPr>
        <w:tc>
          <w:tcPr>
            <w:tcW w:w="0" w:type="auto"/>
            <w:shd w:val="clear" w:color="auto" w:fill="B99C71"/>
            <w:vAlign w:val="center"/>
            <w:hideMark/>
          </w:tcPr>
          <w:p w:rsidR="00E24BA4" w:rsidRDefault="00E24BA4" w:rsidP="009D611D">
            <w:pPr>
              <w:pStyle w:val="Stil4"/>
              <w:rPr>
                <w:rFonts w:eastAsia="Times New Roman"/>
                <w:lang w:eastAsia="tr-TR"/>
              </w:rPr>
            </w:pPr>
            <w:r w:rsidRPr="008D6AA7">
              <w:rPr>
                <w:rFonts w:eastAsia="Times New Roman"/>
                <w:lang w:eastAsia="tr-TR"/>
              </w:rPr>
              <w:t xml:space="preserve">Destek Türü </w:t>
            </w:r>
          </w:p>
          <w:p w:rsidR="00E24BA4" w:rsidRPr="008D6AA7" w:rsidRDefault="00E24BA4" w:rsidP="009D611D">
            <w:pPr>
              <w:pStyle w:val="Stil4"/>
              <w:rPr>
                <w:rFonts w:eastAsia="Times New Roman"/>
                <w:sz w:val="16"/>
                <w:szCs w:val="16"/>
                <w:lang w:eastAsia="tr-TR"/>
              </w:rPr>
            </w:pPr>
            <w:r w:rsidRPr="008D6AA7">
              <w:rPr>
                <w:rFonts w:eastAsia="Times New Roman"/>
                <w:sz w:val="16"/>
                <w:szCs w:val="16"/>
                <w:lang w:eastAsia="tr-TR"/>
              </w:rPr>
              <w:t>(Burs, Yemek Desteği, Barınma Desteği vb.)</w:t>
            </w:r>
          </w:p>
        </w:tc>
        <w:tc>
          <w:tcPr>
            <w:tcW w:w="0" w:type="auto"/>
            <w:shd w:val="clear" w:color="auto" w:fill="B99C71"/>
            <w:vAlign w:val="center"/>
            <w:hideMark/>
          </w:tcPr>
          <w:p w:rsidR="00E24BA4" w:rsidRPr="008D6AA7" w:rsidRDefault="00E24BA4" w:rsidP="009D611D">
            <w:pPr>
              <w:pStyle w:val="Stil4"/>
              <w:rPr>
                <w:rFonts w:eastAsia="Times New Roman"/>
                <w:lang w:eastAsia="tr-TR"/>
              </w:rPr>
            </w:pPr>
            <w:r w:rsidRPr="008D6AA7">
              <w:rPr>
                <w:rFonts w:eastAsia="Times New Roman"/>
                <w:lang w:eastAsia="tr-TR"/>
              </w:rPr>
              <w:t>Sorumlu Birim</w:t>
            </w:r>
          </w:p>
        </w:tc>
        <w:tc>
          <w:tcPr>
            <w:tcW w:w="1741" w:type="dxa"/>
            <w:shd w:val="clear" w:color="auto" w:fill="B99C71"/>
            <w:vAlign w:val="center"/>
            <w:hideMark/>
          </w:tcPr>
          <w:p w:rsidR="00E24BA4" w:rsidRPr="008D6AA7" w:rsidRDefault="00E24BA4" w:rsidP="009D611D">
            <w:pPr>
              <w:pStyle w:val="Stil4"/>
              <w:rPr>
                <w:rFonts w:eastAsia="Times New Roman"/>
                <w:lang w:eastAsia="tr-TR"/>
              </w:rPr>
            </w:pPr>
            <w:r w:rsidRPr="008D6AA7">
              <w:rPr>
                <w:rFonts w:eastAsia="Times New Roman"/>
                <w:lang w:eastAsia="tr-TR"/>
              </w:rPr>
              <w:t>Yararlanan Öğrenci Sayısı</w:t>
            </w:r>
          </w:p>
        </w:tc>
        <w:tc>
          <w:tcPr>
            <w:tcW w:w="1529" w:type="dxa"/>
            <w:shd w:val="clear" w:color="auto" w:fill="B99C71"/>
            <w:vAlign w:val="center"/>
            <w:hideMark/>
          </w:tcPr>
          <w:p w:rsidR="00E24BA4" w:rsidRPr="008D6AA7" w:rsidRDefault="00E24BA4" w:rsidP="009D611D">
            <w:pPr>
              <w:pStyle w:val="Stil4"/>
              <w:rPr>
                <w:rFonts w:eastAsia="Times New Roman"/>
                <w:lang w:eastAsia="tr-TR"/>
              </w:rPr>
            </w:pPr>
            <w:r w:rsidRPr="008D6AA7">
              <w:rPr>
                <w:rFonts w:eastAsia="Times New Roman"/>
                <w:lang w:eastAsia="tr-TR"/>
              </w:rPr>
              <w:t>Kapsam / Kriterler</w:t>
            </w:r>
          </w:p>
        </w:tc>
        <w:tc>
          <w:tcPr>
            <w:tcW w:w="1368" w:type="dxa"/>
            <w:shd w:val="clear" w:color="auto" w:fill="B99C71"/>
            <w:vAlign w:val="center"/>
            <w:hideMark/>
          </w:tcPr>
          <w:p w:rsidR="00E24BA4" w:rsidRPr="008D6AA7" w:rsidRDefault="00E24BA4" w:rsidP="009D611D">
            <w:pPr>
              <w:pStyle w:val="Stil4"/>
              <w:rPr>
                <w:rFonts w:eastAsia="Times New Roman"/>
                <w:lang w:eastAsia="tr-TR"/>
              </w:rPr>
            </w:pPr>
            <w:r w:rsidRPr="008D6AA7">
              <w:rPr>
                <w:rFonts w:eastAsia="Times New Roman"/>
                <w:lang w:eastAsia="tr-TR"/>
              </w:rPr>
              <w:t>Dönemi</w:t>
            </w:r>
          </w:p>
        </w:tc>
      </w:tr>
      <w:tr w:rsidR="00E24BA4" w:rsidRPr="008D6AA7" w:rsidTr="009D611D">
        <w:trPr>
          <w:tblCellSpacing w:w="15" w:type="dxa"/>
        </w:trPr>
        <w:tc>
          <w:tcPr>
            <w:tcW w:w="0" w:type="auto"/>
            <w:vAlign w:val="center"/>
            <w:hideMark/>
          </w:tcPr>
          <w:p w:rsidR="00E24BA4" w:rsidRPr="008D6AA7" w:rsidRDefault="00E24BA4" w:rsidP="009D611D">
            <w:pPr>
              <w:pStyle w:val="Stil4"/>
              <w:rPr>
                <w:rFonts w:eastAsia="Times New Roman"/>
                <w:lang w:eastAsia="tr-TR"/>
              </w:rPr>
            </w:pPr>
            <w:r w:rsidRPr="008D6AA7">
              <w:rPr>
                <w:rFonts w:eastAsia="Times New Roman"/>
                <w:lang w:eastAsia="tr-TR"/>
              </w:rPr>
              <w:t>…</w:t>
            </w:r>
          </w:p>
        </w:tc>
        <w:tc>
          <w:tcPr>
            <w:tcW w:w="0" w:type="auto"/>
            <w:vAlign w:val="center"/>
            <w:hideMark/>
          </w:tcPr>
          <w:p w:rsidR="00E24BA4" w:rsidRPr="008D6AA7" w:rsidRDefault="00E24BA4" w:rsidP="009D611D">
            <w:pPr>
              <w:pStyle w:val="Stil4"/>
              <w:rPr>
                <w:rFonts w:eastAsia="Times New Roman"/>
                <w:lang w:eastAsia="tr-TR"/>
              </w:rPr>
            </w:pPr>
            <w:r w:rsidRPr="008D6AA7">
              <w:rPr>
                <w:rFonts w:eastAsia="Times New Roman"/>
                <w:lang w:eastAsia="tr-TR"/>
              </w:rPr>
              <w:t>…</w:t>
            </w:r>
          </w:p>
        </w:tc>
        <w:tc>
          <w:tcPr>
            <w:tcW w:w="1741" w:type="dxa"/>
            <w:vAlign w:val="center"/>
            <w:hideMark/>
          </w:tcPr>
          <w:p w:rsidR="00E24BA4" w:rsidRPr="008D6AA7" w:rsidRDefault="00E24BA4" w:rsidP="009D611D">
            <w:pPr>
              <w:pStyle w:val="Stil4"/>
              <w:rPr>
                <w:rFonts w:eastAsia="Times New Roman"/>
                <w:lang w:eastAsia="tr-TR"/>
              </w:rPr>
            </w:pPr>
            <w:r w:rsidRPr="008D6AA7">
              <w:rPr>
                <w:rFonts w:eastAsia="Times New Roman"/>
                <w:lang w:eastAsia="tr-TR"/>
              </w:rPr>
              <w:t>…</w:t>
            </w:r>
          </w:p>
        </w:tc>
        <w:tc>
          <w:tcPr>
            <w:tcW w:w="1529" w:type="dxa"/>
            <w:vAlign w:val="center"/>
            <w:hideMark/>
          </w:tcPr>
          <w:p w:rsidR="00E24BA4" w:rsidRPr="008D6AA7" w:rsidRDefault="00E24BA4" w:rsidP="009D611D">
            <w:pPr>
              <w:pStyle w:val="Stil4"/>
              <w:rPr>
                <w:rFonts w:eastAsia="Times New Roman"/>
                <w:lang w:eastAsia="tr-TR"/>
              </w:rPr>
            </w:pPr>
            <w:r w:rsidRPr="008D6AA7">
              <w:rPr>
                <w:rFonts w:eastAsia="Times New Roman"/>
                <w:lang w:eastAsia="tr-TR"/>
              </w:rPr>
              <w:t>…</w:t>
            </w:r>
          </w:p>
        </w:tc>
        <w:tc>
          <w:tcPr>
            <w:tcW w:w="1368" w:type="dxa"/>
            <w:vAlign w:val="center"/>
            <w:hideMark/>
          </w:tcPr>
          <w:p w:rsidR="00E24BA4" w:rsidRPr="008D6AA7" w:rsidRDefault="00E24BA4" w:rsidP="009D611D">
            <w:pPr>
              <w:pStyle w:val="Stil4"/>
              <w:rPr>
                <w:rFonts w:eastAsia="Times New Roman"/>
                <w:lang w:eastAsia="tr-TR"/>
              </w:rPr>
            </w:pPr>
            <w:r w:rsidRPr="008D6AA7">
              <w:rPr>
                <w:rFonts w:eastAsia="Times New Roman"/>
                <w:lang w:eastAsia="tr-TR"/>
              </w:rPr>
              <w:t>…</w:t>
            </w:r>
          </w:p>
        </w:tc>
      </w:tr>
      <w:tr w:rsidR="00E24BA4" w:rsidRPr="008D6AA7" w:rsidTr="009D611D">
        <w:trPr>
          <w:tblCellSpacing w:w="15" w:type="dxa"/>
        </w:trPr>
        <w:tc>
          <w:tcPr>
            <w:tcW w:w="0" w:type="auto"/>
            <w:vAlign w:val="center"/>
          </w:tcPr>
          <w:p w:rsidR="00E24BA4" w:rsidRPr="008D6AA7" w:rsidRDefault="00E24BA4" w:rsidP="009D611D">
            <w:pPr>
              <w:pStyle w:val="Stil4"/>
              <w:rPr>
                <w:rFonts w:eastAsia="Times New Roman"/>
                <w:lang w:eastAsia="tr-TR"/>
              </w:rPr>
            </w:pPr>
          </w:p>
        </w:tc>
        <w:tc>
          <w:tcPr>
            <w:tcW w:w="0" w:type="auto"/>
            <w:vAlign w:val="center"/>
          </w:tcPr>
          <w:p w:rsidR="00E24BA4" w:rsidRPr="008D6AA7" w:rsidRDefault="00E24BA4" w:rsidP="009D611D">
            <w:pPr>
              <w:pStyle w:val="Stil4"/>
              <w:rPr>
                <w:rFonts w:eastAsia="Times New Roman"/>
                <w:lang w:eastAsia="tr-TR"/>
              </w:rPr>
            </w:pPr>
          </w:p>
        </w:tc>
        <w:tc>
          <w:tcPr>
            <w:tcW w:w="1741" w:type="dxa"/>
            <w:vAlign w:val="center"/>
          </w:tcPr>
          <w:p w:rsidR="00E24BA4" w:rsidRPr="008D6AA7" w:rsidRDefault="00E24BA4" w:rsidP="009D611D">
            <w:pPr>
              <w:pStyle w:val="Stil4"/>
              <w:rPr>
                <w:rFonts w:eastAsia="Times New Roman"/>
                <w:lang w:eastAsia="tr-TR"/>
              </w:rPr>
            </w:pPr>
          </w:p>
        </w:tc>
        <w:tc>
          <w:tcPr>
            <w:tcW w:w="1529" w:type="dxa"/>
            <w:vAlign w:val="center"/>
          </w:tcPr>
          <w:p w:rsidR="00E24BA4" w:rsidRPr="008D6AA7" w:rsidRDefault="00E24BA4" w:rsidP="009D611D">
            <w:pPr>
              <w:pStyle w:val="Stil4"/>
              <w:rPr>
                <w:rFonts w:eastAsia="Times New Roman"/>
                <w:lang w:eastAsia="tr-TR"/>
              </w:rPr>
            </w:pPr>
          </w:p>
        </w:tc>
        <w:tc>
          <w:tcPr>
            <w:tcW w:w="1368" w:type="dxa"/>
            <w:vAlign w:val="center"/>
          </w:tcPr>
          <w:p w:rsidR="00E24BA4" w:rsidRPr="008D6AA7" w:rsidRDefault="00E24BA4" w:rsidP="009D611D">
            <w:pPr>
              <w:pStyle w:val="Stil4"/>
              <w:rPr>
                <w:rFonts w:eastAsia="Times New Roman"/>
                <w:lang w:eastAsia="tr-TR"/>
              </w:rPr>
            </w:pPr>
          </w:p>
        </w:tc>
      </w:tr>
    </w:tbl>
    <w:p w:rsidR="00E24BA4" w:rsidRDefault="00E24BA4" w:rsidP="00E24BA4"/>
    <w:p w:rsidR="006C02BD" w:rsidRDefault="006C02BD" w:rsidP="00AD71DC">
      <w:bookmarkStart w:id="36" w:name="_Toc153118726"/>
      <w:bookmarkStart w:id="37" w:name="_Toc153376768"/>
      <w:bookmarkEnd w:id="35"/>
    </w:p>
    <w:p w:rsidR="00AD71DC" w:rsidRDefault="00AD71DC" w:rsidP="00AD71DC">
      <w:proofErr w:type="spellStart"/>
      <w:r>
        <w:t>Öğrencilere</w:t>
      </w:r>
      <w:proofErr w:type="spellEnd"/>
      <w:r>
        <w:t xml:space="preserve"> </w:t>
      </w:r>
      <w:proofErr w:type="spellStart"/>
      <w:r>
        <w:t>Yönelik</w:t>
      </w:r>
      <w:proofErr w:type="spellEnd"/>
      <w:r>
        <w:t xml:space="preserve"> </w:t>
      </w:r>
      <w:proofErr w:type="spellStart"/>
      <w:r>
        <w:t>Psiko-Sosyal</w:t>
      </w:r>
      <w:proofErr w:type="spellEnd"/>
      <w:r>
        <w:t xml:space="preserve"> </w:t>
      </w:r>
      <w:proofErr w:type="spellStart"/>
      <w:r>
        <w:t>Destekler</w:t>
      </w:r>
      <w:proofErr w:type="spellEnd"/>
      <w:r>
        <w:t xml:space="preserve"> </w:t>
      </w:r>
      <w:r w:rsidRPr="008D6AA7">
        <w:rPr>
          <w:highlight w:val="yellow"/>
        </w:rPr>
        <w:t>(SKS BİRİMİNCE DOLDURULMALIDIR)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67"/>
        <w:gridCol w:w="2972"/>
        <w:gridCol w:w="2023"/>
      </w:tblGrid>
      <w:tr w:rsidR="00AD71DC" w:rsidRPr="008D6AA7" w:rsidTr="00A4680D">
        <w:trPr>
          <w:tblHeader/>
          <w:tblCellSpacing w:w="15" w:type="dxa"/>
        </w:trPr>
        <w:tc>
          <w:tcPr>
            <w:tcW w:w="0" w:type="auto"/>
            <w:shd w:val="clear" w:color="auto" w:fill="B99C71"/>
            <w:vAlign w:val="center"/>
            <w:hideMark/>
          </w:tcPr>
          <w:p w:rsidR="00AD71DC" w:rsidRPr="008D6AA7" w:rsidRDefault="00AD71DC" w:rsidP="00A4680D">
            <w:pPr>
              <w:pStyle w:val="Stil4"/>
              <w:rPr>
                <w:rFonts w:eastAsia="Times New Roman"/>
                <w:lang w:eastAsia="tr-TR"/>
              </w:rPr>
            </w:pPr>
            <w:r w:rsidRPr="008D6AA7">
              <w:rPr>
                <w:rFonts w:eastAsia="Times New Roman"/>
                <w:lang w:eastAsia="tr-TR"/>
              </w:rPr>
              <w:t>Hizmet Türü (PDR, Psikolojik Danışmanlık, Rehberlik vb.)</w:t>
            </w:r>
          </w:p>
        </w:tc>
        <w:tc>
          <w:tcPr>
            <w:tcW w:w="0" w:type="auto"/>
            <w:shd w:val="clear" w:color="auto" w:fill="B99C71"/>
            <w:vAlign w:val="center"/>
            <w:hideMark/>
          </w:tcPr>
          <w:p w:rsidR="00AD71DC" w:rsidRPr="008D6AA7" w:rsidRDefault="00AD71DC" w:rsidP="00A4680D">
            <w:pPr>
              <w:pStyle w:val="Stil4"/>
              <w:rPr>
                <w:rFonts w:eastAsia="Times New Roman"/>
                <w:lang w:eastAsia="tr-TR"/>
              </w:rPr>
            </w:pPr>
            <w:r w:rsidRPr="008D6AA7">
              <w:rPr>
                <w:rFonts w:eastAsia="Times New Roman"/>
                <w:lang w:eastAsia="tr-TR"/>
              </w:rPr>
              <w:t>Verilen Hizmet Sayısı (Görüşme / Oturum)</w:t>
            </w:r>
          </w:p>
        </w:tc>
        <w:tc>
          <w:tcPr>
            <w:tcW w:w="0" w:type="auto"/>
            <w:shd w:val="clear" w:color="auto" w:fill="B99C71"/>
            <w:vAlign w:val="center"/>
            <w:hideMark/>
          </w:tcPr>
          <w:p w:rsidR="00AD71DC" w:rsidRPr="008D6AA7" w:rsidRDefault="00AD71DC" w:rsidP="00A4680D">
            <w:pPr>
              <w:pStyle w:val="Stil4"/>
              <w:rPr>
                <w:rFonts w:eastAsia="Times New Roman"/>
                <w:lang w:eastAsia="tr-TR"/>
              </w:rPr>
            </w:pPr>
            <w:r w:rsidRPr="008D6AA7">
              <w:rPr>
                <w:rFonts w:eastAsia="Times New Roman"/>
                <w:lang w:eastAsia="tr-TR"/>
              </w:rPr>
              <w:t>Yararlanan Öğrenci Sayısı</w:t>
            </w:r>
          </w:p>
        </w:tc>
      </w:tr>
      <w:tr w:rsidR="00AD71DC" w:rsidRPr="008D6AA7" w:rsidTr="00A4680D">
        <w:trPr>
          <w:tblCellSpacing w:w="15" w:type="dxa"/>
        </w:trPr>
        <w:tc>
          <w:tcPr>
            <w:tcW w:w="0" w:type="auto"/>
            <w:vAlign w:val="center"/>
            <w:hideMark/>
          </w:tcPr>
          <w:p w:rsidR="00AD71DC" w:rsidRPr="008D6AA7" w:rsidRDefault="00AD71DC" w:rsidP="00A4680D">
            <w:pPr>
              <w:pStyle w:val="Stil4"/>
              <w:rPr>
                <w:rFonts w:eastAsia="Times New Roman"/>
                <w:lang w:eastAsia="tr-TR"/>
              </w:rPr>
            </w:pPr>
            <w:r w:rsidRPr="008D6AA7">
              <w:rPr>
                <w:rFonts w:eastAsia="Times New Roman"/>
                <w:lang w:eastAsia="tr-TR"/>
              </w:rPr>
              <w:t>…</w:t>
            </w:r>
          </w:p>
        </w:tc>
        <w:tc>
          <w:tcPr>
            <w:tcW w:w="0" w:type="auto"/>
            <w:vAlign w:val="center"/>
            <w:hideMark/>
          </w:tcPr>
          <w:p w:rsidR="00AD71DC" w:rsidRPr="008D6AA7" w:rsidRDefault="00AD71DC" w:rsidP="00A4680D">
            <w:pPr>
              <w:pStyle w:val="Stil4"/>
              <w:rPr>
                <w:rFonts w:eastAsia="Times New Roman"/>
                <w:lang w:eastAsia="tr-TR"/>
              </w:rPr>
            </w:pPr>
            <w:r w:rsidRPr="008D6AA7">
              <w:rPr>
                <w:rFonts w:eastAsia="Times New Roman"/>
                <w:lang w:eastAsia="tr-TR"/>
              </w:rPr>
              <w:t>…</w:t>
            </w:r>
          </w:p>
        </w:tc>
        <w:tc>
          <w:tcPr>
            <w:tcW w:w="0" w:type="auto"/>
            <w:vAlign w:val="center"/>
            <w:hideMark/>
          </w:tcPr>
          <w:p w:rsidR="00AD71DC" w:rsidRPr="008D6AA7" w:rsidRDefault="00AD71DC" w:rsidP="00A4680D">
            <w:pPr>
              <w:pStyle w:val="Stil4"/>
              <w:rPr>
                <w:rFonts w:eastAsia="Times New Roman"/>
                <w:lang w:eastAsia="tr-TR"/>
              </w:rPr>
            </w:pPr>
            <w:r w:rsidRPr="008D6AA7">
              <w:rPr>
                <w:rFonts w:eastAsia="Times New Roman"/>
                <w:lang w:eastAsia="tr-TR"/>
              </w:rPr>
              <w:t>…</w:t>
            </w:r>
          </w:p>
        </w:tc>
      </w:tr>
      <w:tr w:rsidR="00AD71DC" w:rsidRPr="008D6AA7" w:rsidTr="00A4680D">
        <w:trPr>
          <w:tblCellSpacing w:w="15" w:type="dxa"/>
        </w:trPr>
        <w:tc>
          <w:tcPr>
            <w:tcW w:w="0" w:type="auto"/>
            <w:vAlign w:val="center"/>
          </w:tcPr>
          <w:p w:rsidR="00AD71DC" w:rsidRPr="008D6AA7" w:rsidRDefault="00AD71DC" w:rsidP="00A4680D">
            <w:pPr>
              <w:pStyle w:val="Stil4"/>
              <w:rPr>
                <w:rFonts w:eastAsia="Times New Roman"/>
                <w:lang w:eastAsia="tr-TR"/>
              </w:rPr>
            </w:pPr>
          </w:p>
        </w:tc>
        <w:tc>
          <w:tcPr>
            <w:tcW w:w="0" w:type="auto"/>
            <w:vAlign w:val="center"/>
          </w:tcPr>
          <w:p w:rsidR="00AD71DC" w:rsidRPr="008D6AA7" w:rsidRDefault="00AD71DC" w:rsidP="00A4680D">
            <w:pPr>
              <w:pStyle w:val="Stil4"/>
              <w:rPr>
                <w:rFonts w:eastAsia="Times New Roman"/>
                <w:lang w:eastAsia="tr-TR"/>
              </w:rPr>
            </w:pPr>
          </w:p>
        </w:tc>
        <w:tc>
          <w:tcPr>
            <w:tcW w:w="0" w:type="auto"/>
            <w:vAlign w:val="center"/>
          </w:tcPr>
          <w:p w:rsidR="00AD71DC" w:rsidRPr="008D6AA7" w:rsidRDefault="00AD71DC" w:rsidP="00A4680D">
            <w:pPr>
              <w:pStyle w:val="Stil4"/>
              <w:rPr>
                <w:rFonts w:eastAsia="Times New Roman"/>
                <w:lang w:eastAsia="tr-TR"/>
              </w:rPr>
            </w:pPr>
          </w:p>
        </w:tc>
      </w:tr>
    </w:tbl>
    <w:p w:rsidR="00AD71DC" w:rsidRDefault="00AD71DC" w:rsidP="00AD71DC"/>
    <w:p w:rsidR="00E24BA4" w:rsidRPr="000C0E61" w:rsidRDefault="00E24BA4" w:rsidP="00E24BA4">
      <w:pPr>
        <w:pStyle w:val="Stil2"/>
      </w:pPr>
      <w:bookmarkStart w:id="38" w:name="_Toc217311509"/>
      <w:r>
        <w:t>5.4</w:t>
      </w:r>
      <w:r w:rsidRPr="000C0E61">
        <w:t xml:space="preserve">. </w:t>
      </w:r>
      <w:bookmarkStart w:id="39" w:name="_Hlk186025588"/>
      <w:r w:rsidRPr="000C0E61">
        <w:t>İdari Hizmetler</w:t>
      </w:r>
      <w:bookmarkEnd w:id="36"/>
      <w:bookmarkEnd w:id="37"/>
      <w:bookmarkEnd w:id="38"/>
    </w:p>
    <w:bookmarkEnd w:id="39"/>
    <w:p w:rsidR="00E24BA4" w:rsidRDefault="00E24BA4" w:rsidP="00E24BA4">
      <w:pPr>
        <w:rPr>
          <w:rFonts w:cs="Times New Roman"/>
          <w:b/>
          <w:bCs/>
        </w:rPr>
      </w:pPr>
    </w:p>
    <w:p w:rsidR="00E24BA4" w:rsidRDefault="00621353" w:rsidP="00E24BA4">
      <w:pPr>
        <w:pStyle w:val="2BALIK"/>
      </w:pPr>
      <w:bookmarkStart w:id="40" w:name="_Toc153118727"/>
      <w:bookmarkStart w:id="41" w:name="_Toc153376769"/>
      <w:r w:rsidRPr="00621353">
        <w:rPr>
          <w:highlight w:val="yellow"/>
        </w:rPr>
        <w:t>ÖRNEK</w:t>
      </w:r>
      <w:r>
        <w:rPr>
          <w:highlight w:val="yellow"/>
        </w:rPr>
        <w:t xml:space="preserve"> METNİ</w:t>
      </w:r>
      <w:r w:rsidRPr="00621353">
        <w:rPr>
          <w:highlight w:val="yellow"/>
        </w:rPr>
        <w:t xml:space="preserve"> BİRİMİNİZE GÖRE DÜZENLEYEBİLİRSİNİZ!</w:t>
      </w:r>
      <w:r w:rsidRPr="00AA0A8F">
        <w:t xml:space="preserve"> </w:t>
      </w:r>
      <w:r w:rsidR="00E24BA4" w:rsidRPr="00B615CB">
        <w:t xml:space="preserve">Birimimiz; </w:t>
      </w:r>
      <w:r w:rsidR="00E24BA4" w:rsidRPr="00B615CB">
        <w:rPr>
          <w:rStyle w:val="Gl"/>
        </w:rPr>
        <w:t>idari hizmetler</w:t>
      </w:r>
      <w:r w:rsidR="00E24BA4" w:rsidRPr="00B615CB">
        <w:t xml:space="preserve"> kapsamında insan kaynakları, yazı işleri, mali ve destek hizmetleri ile süreçlerin mevzuata uygun, düzenli, şeffaf ve zamanında yürütülmesini sağlamakta; akademik ve öğrenci odaklı faaliyetlerin etkin şekilde sürdürülmesine ida</w:t>
      </w:r>
      <w:r w:rsidR="00E24BA4">
        <w:t>ri altyapı desteği sunmaktadır.</w:t>
      </w:r>
    </w:p>
    <w:p w:rsidR="00E24BA4" w:rsidRDefault="00E24BA4" w:rsidP="00E24BA4">
      <w:pPr>
        <w:spacing w:line="360" w:lineRule="auto"/>
        <w:jc w:val="both"/>
        <w:rPr>
          <w:rFonts w:cs="Times New Roman"/>
        </w:rPr>
      </w:pPr>
    </w:p>
    <w:p w:rsidR="00E24BA4" w:rsidRDefault="00E24BA4" w:rsidP="00E24BA4">
      <w:pPr>
        <w:pStyle w:val="2BALIK"/>
      </w:pPr>
      <w:r w:rsidRPr="00636B95">
        <w:rPr>
          <w:highlight w:val="yellow"/>
        </w:rPr>
        <w:t>Bu kısım</w:t>
      </w:r>
      <w:r>
        <w:rPr>
          <w:highlight w:val="yellow"/>
        </w:rPr>
        <w:t>d</w:t>
      </w:r>
      <w:r w:rsidRPr="00636B95">
        <w:rPr>
          <w:highlight w:val="yellow"/>
        </w:rPr>
        <w:t xml:space="preserve">a </w:t>
      </w:r>
      <w:r w:rsidR="00BF2249" w:rsidRPr="00621353">
        <w:rPr>
          <w:b/>
          <w:color w:val="FF0000"/>
          <w:highlight w:val="yellow"/>
        </w:rPr>
        <w:t>DAİRE BAŞKANLIKLARINCA</w:t>
      </w:r>
      <w:r w:rsidRPr="00621353">
        <w:rPr>
          <w:color w:val="FF0000"/>
          <w:highlight w:val="yellow"/>
        </w:rPr>
        <w:t xml:space="preserve"> </w:t>
      </w:r>
      <w:r w:rsidRPr="00636B95">
        <w:rPr>
          <w:highlight w:val="yellow"/>
        </w:rPr>
        <w:t>hizmet alanlarına giren faaliyetlere yönelik tablolara yer verilecektir.</w:t>
      </w:r>
    </w:p>
    <w:p w:rsidR="00E24BA4" w:rsidRDefault="00E24BA4" w:rsidP="00E24BA4">
      <w:pPr>
        <w:rPr>
          <w:lang w:val="tr-TR" w:eastAsia="tr-TR"/>
        </w:rPr>
      </w:pPr>
    </w:p>
    <w:p w:rsidR="00E24BA4" w:rsidRPr="000C0E61" w:rsidRDefault="00E24BA4" w:rsidP="00E24BA4">
      <w:pPr>
        <w:pStyle w:val="Stil2"/>
      </w:pPr>
      <w:bookmarkStart w:id="42" w:name="_Toc217311510"/>
      <w:r w:rsidRPr="000C0E61">
        <w:t xml:space="preserve">6. </w:t>
      </w:r>
      <w:bookmarkStart w:id="43" w:name="_Hlk186025600"/>
      <w:r w:rsidRPr="000C0E61">
        <w:t>Yönetim ve İç Kontrol Sistemi</w:t>
      </w:r>
      <w:bookmarkEnd w:id="40"/>
      <w:bookmarkEnd w:id="41"/>
      <w:bookmarkEnd w:id="42"/>
    </w:p>
    <w:bookmarkEnd w:id="43"/>
    <w:p w:rsidR="00E24BA4" w:rsidRDefault="00E24BA4" w:rsidP="00E24BA4">
      <w:pPr>
        <w:jc w:val="both"/>
        <w:rPr>
          <w:rFonts w:cs="Times New Roman"/>
        </w:rPr>
      </w:pPr>
    </w:p>
    <w:p w:rsidR="00E24BA4" w:rsidRPr="00911845" w:rsidRDefault="00E24BA4" w:rsidP="00E24BA4">
      <w:pPr>
        <w:pStyle w:val="2BALIK"/>
      </w:pPr>
      <w:r w:rsidRPr="00911845">
        <w:rPr>
          <w:highlight w:val="yellow"/>
        </w:rPr>
        <w:t>ÖRNEK BİR METİNDİR HER BİRİM İÇ KONTROL DEĞERLENDİRMESİNİ YAPARAK BU KISMI DÜZENLEMELİDİR.</w:t>
      </w:r>
    </w:p>
    <w:p w:rsidR="00E24BA4" w:rsidRDefault="00E24BA4" w:rsidP="00E24BA4">
      <w:pPr>
        <w:pStyle w:val="2BALIK"/>
      </w:pPr>
      <w:r w:rsidRPr="009A1D46">
        <w:rPr>
          <w:highlight w:val="yellow"/>
        </w:rPr>
        <w:t>[BİRİM ADI],</w:t>
      </w:r>
      <w:r>
        <w:t xml:space="preserve"> iç kontrol sistemini; faaliyetlerin etkili, ekonomik ve verimli yürütülmesi, varlıkların korunması, mali ve mali olmayan bilgilerin doğruluğu ve güvenilirliğinin sağlanması, mevzuata uyum ve hesap verebilirliğin güçlendirilmesi amacıyla yapılandırmaktadır. Bu çerçevede birimin yönetim ve organizasyon yapısı, görev, yetki ve sorumluluk dağılımı, iş akış süreçleri ve onay mekanizmaları yazılı düzenlemelerle tanımlanmıştır.</w:t>
      </w:r>
    </w:p>
    <w:p w:rsidR="00E24BA4" w:rsidRDefault="00E24BA4" w:rsidP="00E24BA4">
      <w:pPr>
        <w:pStyle w:val="2BALIK"/>
      </w:pPr>
      <w:r>
        <w:t xml:space="preserve">Birim bünyesinde yürütülen faaliyetler; </w:t>
      </w:r>
      <w:r>
        <w:rPr>
          <w:rStyle w:val="Gl"/>
        </w:rPr>
        <w:t>görev tanımları</w:t>
      </w:r>
      <w:r>
        <w:t xml:space="preserve">, </w:t>
      </w:r>
      <w:r>
        <w:rPr>
          <w:rStyle w:val="Gl"/>
        </w:rPr>
        <w:t>yetki devri</w:t>
      </w:r>
      <w:r>
        <w:t xml:space="preserve"> ilkeleri, </w:t>
      </w:r>
      <w:r>
        <w:rPr>
          <w:rStyle w:val="Gl"/>
        </w:rPr>
        <w:t>imza ve onay mercileri</w:t>
      </w:r>
      <w:r>
        <w:t xml:space="preserve">, </w:t>
      </w:r>
      <w:r>
        <w:rPr>
          <w:rStyle w:val="Gl"/>
        </w:rPr>
        <w:t>görevler ayrılığı</w:t>
      </w:r>
      <w:r>
        <w:t xml:space="preserve"> (harcama talebi, gerçekleştirme işlemleri, muhasebe ve kontrol işlevlerinin mümkün olduğunca farklı kişilerde toplanması) gözetilerek yerine getirilmektedir. Karar alma süreçlerinde; kurul, komisyon ve çalışma grupları gibi yapılar aracılığıyla kolektif değerlendirme esas alınmakta, alınan kararlar kayıt altına alınmaktadır.</w:t>
      </w:r>
    </w:p>
    <w:p w:rsidR="00E24BA4" w:rsidRDefault="00E24BA4" w:rsidP="00E24BA4">
      <w:pPr>
        <w:pStyle w:val="2BALIK"/>
      </w:pPr>
      <w:r>
        <w:t xml:space="preserve">İş ve işlemlerin standartlaştırılması amacıyla, üniversite genelinde yürürlükte olan </w:t>
      </w:r>
      <w:r>
        <w:rPr>
          <w:rStyle w:val="Gl"/>
        </w:rPr>
        <w:t>yönerge, usul ve esaslar, süreç kartları, prosedürler ve talimatlar</w:t>
      </w:r>
      <w:r>
        <w:t xml:space="preserve"> birimde uygulanmakta; ihtiyaç duyulan alanlarda birime özgü süreç tanımları yapılmaktadır. Mali işlemlere ilişkin süreçlerde, harcama birimi olarak </w:t>
      </w:r>
      <w:r w:rsidRPr="009A1D46">
        <w:rPr>
          <w:highlight w:val="yellow"/>
        </w:rPr>
        <w:t>[BİRİM ADI]</w:t>
      </w:r>
      <w:r>
        <w:t xml:space="preserve">; </w:t>
      </w:r>
      <w:r>
        <w:rPr>
          <w:rStyle w:val="Gl"/>
        </w:rPr>
        <w:t>harcama talimatı, ihale/satın alma onayı, muayene–kabul, ödeme emri belgesi</w:t>
      </w:r>
      <w:r>
        <w:t xml:space="preserve"> gibi aşamalarda iç kontrol gereklerine uygun davranmakta, gerektiğinde Strateji Geliştirme Daire Başkanlığı ile koordineli çalışmaktadır.</w:t>
      </w:r>
    </w:p>
    <w:p w:rsidR="00E24BA4" w:rsidRDefault="00E24BA4" w:rsidP="00E24BA4">
      <w:pPr>
        <w:pStyle w:val="2BALIK"/>
      </w:pPr>
      <w:r>
        <w:lastRenderedPageBreak/>
        <w:t xml:space="preserve">Bilgi ve belge yönetiminde; </w:t>
      </w:r>
      <w:r>
        <w:rPr>
          <w:rStyle w:val="Gl"/>
        </w:rPr>
        <w:t>standart dosya planı</w:t>
      </w:r>
      <w:r>
        <w:t xml:space="preserve">, </w:t>
      </w:r>
      <w:r>
        <w:rPr>
          <w:rStyle w:val="Gl"/>
        </w:rPr>
        <w:t>resmî yazışma kuralları</w:t>
      </w:r>
      <w:r>
        <w:t xml:space="preserve">, </w:t>
      </w:r>
      <w:r>
        <w:rPr>
          <w:rStyle w:val="Gl"/>
        </w:rPr>
        <w:t>EBYS kullanımı</w:t>
      </w:r>
      <w:r>
        <w:t xml:space="preserve">, </w:t>
      </w:r>
      <w:r>
        <w:rPr>
          <w:rStyle w:val="Gl"/>
        </w:rPr>
        <w:t>arşiv ve saklama süreleri</w:t>
      </w:r>
      <w:r>
        <w:t xml:space="preserve"> gibi hususlara uyulmakta; birim içerisinde üretilen karar, rapor ve yazışmalar elektronik ortamda izlenebilir ve erişilebilir şekilde saklanmaktadır. Personel ve yöneticilerin iç kontrol konusundaki farkındalığını artırmak üzere, üniversite düzeyinde düzenlenen eğitim ve bilgilendirme faaliyetlerine katılım teşvik edilmekte, gerektiğinde birim içi bilgilendirme toplantıları yapılmaktadır.</w:t>
      </w:r>
    </w:p>
    <w:p w:rsidR="00E24BA4" w:rsidRDefault="00E24BA4" w:rsidP="00E24BA4">
      <w:pPr>
        <w:rPr>
          <w:lang w:eastAsia="tr-TR"/>
        </w:rPr>
      </w:pPr>
    </w:p>
    <w:p w:rsidR="00E24BA4" w:rsidRDefault="00E24BA4" w:rsidP="00E24BA4">
      <w:proofErr w:type="spellStart"/>
      <w:r>
        <w:t>İç</w:t>
      </w:r>
      <w:proofErr w:type="spellEnd"/>
      <w:r>
        <w:t xml:space="preserve"> </w:t>
      </w:r>
      <w:proofErr w:type="spellStart"/>
      <w:r>
        <w:t>Kontrol</w:t>
      </w:r>
      <w:proofErr w:type="spellEnd"/>
      <w:r>
        <w:t xml:space="preserve"> </w:t>
      </w:r>
      <w:proofErr w:type="spellStart"/>
      <w:r>
        <w:t>Yapısı</w:t>
      </w:r>
      <w:proofErr w:type="spellEnd"/>
      <w:r>
        <w:t xml:space="preserve"> </w:t>
      </w:r>
      <w:proofErr w:type="spellStart"/>
      <w:r>
        <w:t>ve</w:t>
      </w:r>
      <w:proofErr w:type="spellEnd"/>
      <w:r>
        <w:t xml:space="preserve"> </w:t>
      </w:r>
      <w:proofErr w:type="spellStart"/>
      <w:r>
        <w:t>Uygulamaları</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23"/>
        <w:gridCol w:w="1134"/>
        <w:gridCol w:w="1276"/>
        <w:gridCol w:w="2693"/>
      </w:tblGrid>
      <w:tr w:rsidR="009F0619" w:rsidRPr="00536CFE" w:rsidTr="009F0619">
        <w:trPr>
          <w:tblHeader/>
          <w:tblCellSpacing w:w="15" w:type="dxa"/>
        </w:trPr>
        <w:tc>
          <w:tcPr>
            <w:tcW w:w="3778" w:type="dxa"/>
            <w:vMerge w:val="restart"/>
            <w:shd w:val="clear" w:color="auto" w:fill="B99C71"/>
            <w:vAlign w:val="center"/>
            <w:hideMark/>
          </w:tcPr>
          <w:p w:rsidR="009F0619" w:rsidRPr="00536CFE" w:rsidRDefault="009F0619" w:rsidP="009D611D">
            <w:pPr>
              <w:pStyle w:val="Stil4"/>
              <w:rPr>
                <w:rFonts w:eastAsia="Times New Roman"/>
                <w:lang w:eastAsia="tr-TR"/>
              </w:rPr>
            </w:pPr>
            <w:r w:rsidRPr="00536CFE">
              <w:rPr>
                <w:rFonts w:eastAsia="Times New Roman"/>
                <w:lang w:eastAsia="tr-TR"/>
              </w:rPr>
              <w:t>İç Kontrol Bileşeni</w:t>
            </w:r>
          </w:p>
          <w:p w:rsidR="009F0619" w:rsidRPr="00536CFE" w:rsidRDefault="009F0619" w:rsidP="00CA5720">
            <w:pPr>
              <w:pStyle w:val="Stil4"/>
              <w:rPr>
                <w:rFonts w:eastAsia="Times New Roman"/>
                <w:lang w:eastAsia="tr-TR"/>
              </w:rPr>
            </w:pPr>
          </w:p>
        </w:tc>
        <w:tc>
          <w:tcPr>
            <w:tcW w:w="5058" w:type="dxa"/>
            <w:gridSpan w:val="3"/>
            <w:shd w:val="clear" w:color="auto" w:fill="B99C71"/>
            <w:vAlign w:val="center"/>
            <w:hideMark/>
          </w:tcPr>
          <w:p w:rsidR="009F0619" w:rsidRPr="00536CFE" w:rsidRDefault="009F0619" w:rsidP="00CA5720">
            <w:pPr>
              <w:pStyle w:val="Stil4"/>
              <w:jc w:val="center"/>
              <w:rPr>
                <w:rFonts w:eastAsia="Times New Roman"/>
                <w:lang w:eastAsia="tr-TR"/>
              </w:rPr>
            </w:pPr>
            <w:r>
              <w:rPr>
                <w:rFonts w:eastAsia="Times New Roman"/>
                <w:lang w:eastAsia="tr-TR"/>
              </w:rPr>
              <w:t>Yeterlilik Düzeyi</w:t>
            </w:r>
          </w:p>
        </w:tc>
      </w:tr>
      <w:tr w:rsidR="009F0619" w:rsidRPr="00536CFE" w:rsidTr="009F0619">
        <w:trPr>
          <w:tblCellSpacing w:w="15" w:type="dxa"/>
        </w:trPr>
        <w:tc>
          <w:tcPr>
            <w:tcW w:w="3778" w:type="dxa"/>
            <w:vMerge/>
            <w:shd w:val="clear" w:color="auto" w:fill="B99C71"/>
            <w:vAlign w:val="center"/>
            <w:hideMark/>
          </w:tcPr>
          <w:p w:rsidR="009F0619" w:rsidRPr="00536CFE" w:rsidRDefault="009F0619" w:rsidP="00CA5720">
            <w:pPr>
              <w:pStyle w:val="Stil4"/>
              <w:rPr>
                <w:rFonts w:eastAsia="Times New Roman"/>
                <w:lang w:eastAsia="tr-TR"/>
              </w:rPr>
            </w:pPr>
          </w:p>
        </w:tc>
        <w:tc>
          <w:tcPr>
            <w:tcW w:w="1104" w:type="dxa"/>
            <w:shd w:val="clear" w:color="auto" w:fill="B99C71"/>
            <w:vAlign w:val="center"/>
            <w:hideMark/>
          </w:tcPr>
          <w:p w:rsidR="009F0619" w:rsidRPr="00536CFE" w:rsidRDefault="009F0619" w:rsidP="00CA5720">
            <w:pPr>
              <w:pStyle w:val="Stil4"/>
              <w:rPr>
                <w:rFonts w:eastAsia="Times New Roman"/>
                <w:lang w:eastAsia="tr-TR"/>
              </w:rPr>
            </w:pPr>
            <w:r>
              <w:rPr>
                <w:rFonts w:eastAsia="Times New Roman"/>
                <w:lang w:eastAsia="tr-TR"/>
              </w:rPr>
              <w:t>2022</w:t>
            </w:r>
          </w:p>
        </w:tc>
        <w:tc>
          <w:tcPr>
            <w:tcW w:w="1246" w:type="dxa"/>
            <w:shd w:val="clear" w:color="auto" w:fill="B99C71"/>
            <w:vAlign w:val="center"/>
            <w:hideMark/>
          </w:tcPr>
          <w:p w:rsidR="009F0619" w:rsidRPr="00536CFE" w:rsidRDefault="009F0619" w:rsidP="00CA5720">
            <w:pPr>
              <w:pStyle w:val="Stil4"/>
              <w:rPr>
                <w:rFonts w:eastAsia="Times New Roman"/>
                <w:lang w:eastAsia="tr-TR"/>
              </w:rPr>
            </w:pPr>
            <w:r>
              <w:rPr>
                <w:rFonts w:eastAsia="Times New Roman"/>
                <w:lang w:eastAsia="tr-TR"/>
              </w:rPr>
              <w:t>2023</w:t>
            </w:r>
          </w:p>
        </w:tc>
        <w:tc>
          <w:tcPr>
            <w:tcW w:w="2648" w:type="dxa"/>
            <w:shd w:val="clear" w:color="auto" w:fill="B99C71"/>
            <w:vAlign w:val="center"/>
            <w:hideMark/>
          </w:tcPr>
          <w:p w:rsidR="009F0619" w:rsidRPr="00536CFE" w:rsidRDefault="009F0619" w:rsidP="00CA5720">
            <w:pPr>
              <w:pStyle w:val="Stil4"/>
              <w:rPr>
                <w:rFonts w:eastAsia="Times New Roman"/>
                <w:lang w:eastAsia="tr-TR"/>
              </w:rPr>
            </w:pPr>
            <w:r>
              <w:rPr>
                <w:rFonts w:eastAsia="Times New Roman"/>
                <w:lang w:eastAsia="tr-TR"/>
              </w:rPr>
              <w:t>2024</w:t>
            </w:r>
          </w:p>
        </w:tc>
      </w:tr>
      <w:tr w:rsidR="00CA5720" w:rsidRPr="00536CFE" w:rsidTr="009F0619">
        <w:trPr>
          <w:tblCellSpacing w:w="15" w:type="dxa"/>
        </w:trPr>
        <w:tc>
          <w:tcPr>
            <w:tcW w:w="3778" w:type="dxa"/>
            <w:vAlign w:val="center"/>
            <w:hideMark/>
          </w:tcPr>
          <w:p w:rsidR="00E24BA4" w:rsidRPr="00536CFE" w:rsidRDefault="00E24BA4" w:rsidP="009D611D">
            <w:pPr>
              <w:pStyle w:val="Stil4"/>
              <w:rPr>
                <w:rFonts w:eastAsia="Times New Roman"/>
                <w:lang w:eastAsia="tr-TR"/>
              </w:rPr>
            </w:pPr>
            <w:r w:rsidRPr="00536CFE">
              <w:rPr>
                <w:rFonts w:eastAsia="Times New Roman"/>
                <w:lang w:eastAsia="tr-TR"/>
              </w:rPr>
              <w:t>Kontrol Ortamı</w:t>
            </w:r>
          </w:p>
        </w:tc>
        <w:tc>
          <w:tcPr>
            <w:tcW w:w="1104" w:type="dxa"/>
            <w:vAlign w:val="center"/>
          </w:tcPr>
          <w:p w:rsidR="00E24BA4" w:rsidRPr="00FA5DFA" w:rsidRDefault="00E24BA4" w:rsidP="009D611D">
            <w:pPr>
              <w:pStyle w:val="Stil4"/>
              <w:rPr>
                <w:rFonts w:eastAsia="Times New Roman"/>
                <w:b w:val="0"/>
                <w:lang w:eastAsia="tr-TR"/>
              </w:rPr>
            </w:pPr>
          </w:p>
        </w:tc>
        <w:tc>
          <w:tcPr>
            <w:tcW w:w="1246" w:type="dxa"/>
            <w:vAlign w:val="center"/>
            <w:hideMark/>
          </w:tcPr>
          <w:p w:rsidR="00E24BA4" w:rsidRPr="00536CFE" w:rsidRDefault="00E24BA4" w:rsidP="009D611D">
            <w:pPr>
              <w:pStyle w:val="Stil4"/>
              <w:rPr>
                <w:rFonts w:eastAsia="Times New Roman"/>
                <w:lang w:eastAsia="tr-TR"/>
              </w:rPr>
            </w:pPr>
          </w:p>
        </w:tc>
        <w:tc>
          <w:tcPr>
            <w:tcW w:w="2648" w:type="dxa"/>
            <w:vAlign w:val="center"/>
            <w:hideMark/>
          </w:tcPr>
          <w:p w:rsidR="00E24BA4" w:rsidRPr="00536CFE" w:rsidRDefault="00E24BA4" w:rsidP="009D611D">
            <w:pPr>
              <w:pStyle w:val="Stil4"/>
              <w:rPr>
                <w:rFonts w:eastAsia="Times New Roman"/>
                <w:lang w:eastAsia="tr-TR"/>
              </w:rPr>
            </w:pPr>
          </w:p>
        </w:tc>
      </w:tr>
      <w:tr w:rsidR="00CA5720" w:rsidRPr="00536CFE" w:rsidTr="009F0619">
        <w:trPr>
          <w:tblCellSpacing w:w="15" w:type="dxa"/>
        </w:trPr>
        <w:tc>
          <w:tcPr>
            <w:tcW w:w="3778" w:type="dxa"/>
            <w:vAlign w:val="center"/>
            <w:hideMark/>
          </w:tcPr>
          <w:p w:rsidR="00E24BA4" w:rsidRPr="00536CFE" w:rsidRDefault="00E24BA4" w:rsidP="009D611D">
            <w:pPr>
              <w:pStyle w:val="Stil4"/>
              <w:rPr>
                <w:rFonts w:eastAsia="Times New Roman"/>
                <w:lang w:eastAsia="tr-TR"/>
              </w:rPr>
            </w:pPr>
            <w:r w:rsidRPr="00536CFE">
              <w:rPr>
                <w:rFonts w:eastAsia="Times New Roman"/>
                <w:lang w:eastAsia="tr-TR"/>
              </w:rPr>
              <w:t>Risk Değerlendirme</w:t>
            </w:r>
          </w:p>
        </w:tc>
        <w:tc>
          <w:tcPr>
            <w:tcW w:w="1104" w:type="dxa"/>
            <w:vAlign w:val="center"/>
          </w:tcPr>
          <w:p w:rsidR="00E24BA4" w:rsidRPr="00FA5DFA" w:rsidRDefault="00E24BA4" w:rsidP="009D611D">
            <w:pPr>
              <w:pStyle w:val="Stil4"/>
              <w:rPr>
                <w:rFonts w:eastAsia="Times New Roman"/>
                <w:b w:val="0"/>
                <w:lang w:eastAsia="tr-TR"/>
              </w:rPr>
            </w:pPr>
          </w:p>
        </w:tc>
        <w:tc>
          <w:tcPr>
            <w:tcW w:w="1246" w:type="dxa"/>
            <w:vAlign w:val="center"/>
            <w:hideMark/>
          </w:tcPr>
          <w:p w:rsidR="00E24BA4" w:rsidRPr="00536CFE" w:rsidRDefault="00E24BA4" w:rsidP="009D611D">
            <w:pPr>
              <w:pStyle w:val="Stil4"/>
              <w:rPr>
                <w:rFonts w:eastAsia="Times New Roman"/>
                <w:lang w:eastAsia="tr-TR"/>
              </w:rPr>
            </w:pPr>
          </w:p>
        </w:tc>
        <w:tc>
          <w:tcPr>
            <w:tcW w:w="2648" w:type="dxa"/>
            <w:vAlign w:val="center"/>
            <w:hideMark/>
          </w:tcPr>
          <w:p w:rsidR="00E24BA4" w:rsidRPr="00536CFE" w:rsidRDefault="00E24BA4" w:rsidP="009D611D">
            <w:pPr>
              <w:pStyle w:val="Stil4"/>
              <w:rPr>
                <w:rFonts w:eastAsia="Times New Roman"/>
                <w:lang w:eastAsia="tr-TR"/>
              </w:rPr>
            </w:pPr>
          </w:p>
        </w:tc>
      </w:tr>
      <w:tr w:rsidR="00CA5720" w:rsidRPr="00536CFE" w:rsidTr="009F0619">
        <w:trPr>
          <w:tblCellSpacing w:w="15" w:type="dxa"/>
        </w:trPr>
        <w:tc>
          <w:tcPr>
            <w:tcW w:w="3778" w:type="dxa"/>
            <w:vAlign w:val="center"/>
            <w:hideMark/>
          </w:tcPr>
          <w:p w:rsidR="00E24BA4" w:rsidRPr="00536CFE" w:rsidRDefault="00E24BA4" w:rsidP="009D611D">
            <w:pPr>
              <w:pStyle w:val="Stil4"/>
              <w:rPr>
                <w:rFonts w:eastAsia="Times New Roman"/>
                <w:lang w:eastAsia="tr-TR"/>
              </w:rPr>
            </w:pPr>
            <w:r w:rsidRPr="00536CFE">
              <w:rPr>
                <w:rFonts w:eastAsia="Times New Roman"/>
                <w:lang w:eastAsia="tr-TR"/>
              </w:rPr>
              <w:t>Kontrol Faaliyetleri</w:t>
            </w:r>
          </w:p>
        </w:tc>
        <w:tc>
          <w:tcPr>
            <w:tcW w:w="1104" w:type="dxa"/>
            <w:vAlign w:val="center"/>
          </w:tcPr>
          <w:p w:rsidR="00E24BA4" w:rsidRPr="00FA5DFA" w:rsidRDefault="00E24BA4" w:rsidP="009D611D">
            <w:pPr>
              <w:pStyle w:val="Stil4"/>
              <w:rPr>
                <w:rFonts w:eastAsia="Times New Roman"/>
                <w:b w:val="0"/>
                <w:lang w:eastAsia="tr-TR"/>
              </w:rPr>
            </w:pPr>
          </w:p>
        </w:tc>
        <w:tc>
          <w:tcPr>
            <w:tcW w:w="1246" w:type="dxa"/>
            <w:vAlign w:val="center"/>
            <w:hideMark/>
          </w:tcPr>
          <w:p w:rsidR="00E24BA4" w:rsidRPr="00536CFE" w:rsidRDefault="00E24BA4" w:rsidP="009D611D">
            <w:pPr>
              <w:pStyle w:val="Stil4"/>
              <w:rPr>
                <w:rFonts w:eastAsia="Times New Roman"/>
                <w:lang w:eastAsia="tr-TR"/>
              </w:rPr>
            </w:pPr>
          </w:p>
        </w:tc>
        <w:tc>
          <w:tcPr>
            <w:tcW w:w="2648" w:type="dxa"/>
            <w:vAlign w:val="center"/>
            <w:hideMark/>
          </w:tcPr>
          <w:p w:rsidR="00E24BA4" w:rsidRPr="00536CFE" w:rsidRDefault="00E24BA4" w:rsidP="009D611D">
            <w:pPr>
              <w:pStyle w:val="Stil4"/>
              <w:rPr>
                <w:rFonts w:eastAsia="Times New Roman"/>
                <w:lang w:eastAsia="tr-TR"/>
              </w:rPr>
            </w:pPr>
          </w:p>
        </w:tc>
      </w:tr>
      <w:tr w:rsidR="00CA5720" w:rsidRPr="00536CFE" w:rsidTr="009F0619">
        <w:trPr>
          <w:tblCellSpacing w:w="15" w:type="dxa"/>
        </w:trPr>
        <w:tc>
          <w:tcPr>
            <w:tcW w:w="3778" w:type="dxa"/>
            <w:vAlign w:val="center"/>
            <w:hideMark/>
          </w:tcPr>
          <w:p w:rsidR="00E24BA4" w:rsidRPr="00536CFE" w:rsidRDefault="00E24BA4" w:rsidP="009D611D">
            <w:pPr>
              <w:pStyle w:val="Stil4"/>
              <w:rPr>
                <w:rFonts w:eastAsia="Times New Roman"/>
                <w:lang w:eastAsia="tr-TR"/>
              </w:rPr>
            </w:pPr>
            <w:r w:rsidRPr="00536CFE">
              <w:rPr>
                <w:rFonts w:eastAsia="Times New Roman"/>
                <w:lang w:eastAsia="tr-TR"/>
              </w:rPr>
              <w:t>Bilgi ve İletişim</w:t>
            </w:r>
          </w:p>
        </w:tc>
        <w:tc>
          <w:tcPr>
            <w:tcW w:w="1104" w:type="dxa"/>
            <w:vAlign w:val="center"/>
          </w:tcPr>
          <w:p w:rsidR="00E24BA4" w:rsidRPr="00FA5DFA" w:rsidRDefault="00E24BA4" w:rsidP="009D611D">
            <w:pPr>
              <w:pStyle w:val="Stil4"/>
              <w:rPr>
                <w:rFonts w:eastAsia="Times New Roman"/>
                <w:b w:val="0"/>
                <w:lang w:eastAsia="tr-TR"/>
              </w:rPr>
            </w:pPr>
          </w:p>
        </w:tc>
        <w:tc>
          <w:tcPr>
            <w:tcW w:w="1246" w:type="dxa"/>
            <w:vAlign w:val="center"/>
            <w:hideMark/>
          </w:tcPr>
          <w:p w:rsidR="00E24BA4" w:rsidRPr="00536CFE" w:rsidRDefault="00E24BA4" w:rsidP="009D611D">
            <w:pPr>
              <w:pStyle w:val="Stil4"/>
              <w:rPr>
                <w:rFonts w:eastAsia="Times New Roman"/>
                <w:lang w:eastAsia="tr-TR"/>
              </w:rPr>
            </w:pPr>
          </w:p>
        </w:tc>
        <w:tc>
          <w:tcPr>
            <w:tcW w:w="2648" w:type="dxa"/>
            <w:vAlign w:val="center"/>
            <w:hideMark/>
          </w:tcPr>
          <w:p w:rsidR="00E24BA4" w:rsidRPr="00536CFE" w:rsidRDefault="00E24BA4" w:rsidP="009D611D">
            <w:pPr>
              <w:pStyle w:val="Stil4"/>
              <w:rPr>
                <w:rFonts w:eastAsia="Times New Roman"/>
                <w:lang w:eastAsia="tr-TR"/>
              </w:rPr>
            </w:pPr>
          </w:p>
        </w:tc>
      </w:tr>
      <w:tr w:rsidR="00CA5720" w:rsidRPr="00536CFE" w:rsidTr="009F0619">
        <w:trPr>
          <w:tblCellSpacing w:w="15" w:type="dxa"/>
        </w:trPr>
        <w:tc>
          <w:tcPr>
            <w:tcW w:w="3778" w:type="dxa"/>
            <w:vAlign w:val="center"/>
            <w:hideMark/>
          </w:tcPr>
          <w:p w:rsidR="00E24BA4" w:rsidRPr="00536CFE" w:rsidRDefault="00E24BA4" w:rsidP="009D611D">
            <w:pPr>
              <w:pStyle w:val="Stil4"/>
              <w:rPr>
                <w:rFonts w:eastAsia="Times New Roman"/>
                <w:lang w:eastAsia="tr-TR"/>
              </w:rPr>
            </w:pPr>
            <w:r w:rsidRPr="00536CFE">
              <w:rPr>
                <w:rFonts w:eastAsia="Times New Roman"/>
                <w:lang w:eastAsia="tr-TR"/>
              </w:rPr>
              <w:t>İzleme</w:t>
            </w:r>
          </w:p>
        </w:tc>
        <w:tc>
          <w:tcPr>
            <w:tcW w:w="1104" w:type="dxa"/>
            <w:vAlign w:val="center"/>
          </w:tcPr>
          <w:p w:rsidR="00E24BA4" w:rsidRPr="00FA5DFA" w:rsidRDefault="00E24BA4" w:rsidP="009D611D">
            <w:pPr>
              <w:pStyle w:val="Stil4"/>
              <w:rPr>
                <w:rFonts w:eastAsia="Times New Roman"/>
                <w:b w:val="0"/>
                <w:lang w:eastAsia="tr-TR"/>
              </w:rPr>
            </w:pPr>
          </w:p>
        </w:tc>
        <w:tc>
          <w:tcPr>
            <w:tcW w:w="1246" w:type="dxa"/>
            <w:vAlign w:val="center"/>
            <w:hideMark/>
          </w:tcPr>
          <w:p w:rsidR="00E24BA4" w:rsidRPr="00536CFE" w:rsidRDefault="00E24BA4" w:rsidP="009D611D">
            <w:pPr>
              <w:pStyle w:val="Stil4"/>
              <w:rPr>
                <w:rFonts w:eastAsia="Times New Roman"/>
                <w:lang w:eastAsia="tr-TR"/>
              </w:rPr>
            </w:pPr>
          </w:p>
        </w:tc>
        <w:tc>
          <w:tcPr>
            <w:tcW w:w="2648" w:type="dxa"/>
            <w:vAlign w:val="center"/>
            <w:hideMark/>
          </w:tcPr>
          <w:p w:rsidR="00E24BA4" w:rsidRPr="00536CFE" w:rsidRDefault="00E24BA4" w:rsidP="009D611D">
            <w:pPr>
              <w:pStyle w:val="Stil4"/>
              <w:rPr>
                <w:rFonts w:eastAsia="Times New Roman"/>
                <w:lang w:eastAsia="tr-TR"/>
              </w:rPr>
            </w:pPr>
          </w:p>
        </w:tc>
      </w:tr>
    </w:tbl>
    <w:p w:rsidR="00E24BA4" w:rsidRPr="00382418" w:rsidRDefault="00382418" w:rsidP="00E24BA4">
      <w:pPr>
        <w:rPr>
          <w:b/>
          <w:sz w:val="20"/>
          <w:szCs w:val="20"/>
        </w:rPr>
      </w:pPr>
      <w:proofErr w:type="spellStart"/>
      <w:r w:rsidRPr="00382418">
        <w:rPr>
          <w:rStyle w:val="Gl"/>
          <w:b w:val="0"/>
          <w:sz w:val="20"/>
          <w:szCs w:val="20"/>
        </w:rPr>
        <w:t>Yeterlilik</w:t>
      </w:r>
      <w:proofErr w:type="spellEnd"/>
      <w:r w:rsidRPr="00382418">
        <w:rPr>
          <w:rStyle w:val="Gl"/>
          <w:b w:val="0"/>
          <w:sz w:val="20"/>
          <w:szCs w:val="20"/>
        </w:rPr>
        <w:t xml:space="preserve"> </w:t>
      </w:r>
      <w:proofErr w:type="spellStart"/>
      <w:r w:rsidRPr="00382418">
        <w:rPr>
          <w:rStyle w:val="Gl"/>
          <w:b w:val="0"/>
          <w:sz w:val="20"/>
          <w:szCs w:val="20"/>
        </w:rPr>
        <w:t>Düzeyi</w:t>
      </w:r>
      <w:proofErr w:type="spellEnd"/>
      <w:r w:rsidRPr="00382418">
        <w:rPr>
          <w:rStyle w:val="Gl"/>
          <w:b w:val="0"/>
          <w:sz w:val="20"/>
          <w:szCs w:val="20"/>
        </w:rPr>
        <w:t xml:space="preserve">; </w:t>
      </w:r>
      <w:proofErr w:type="spellStart"/>
      <w:r w:rsidRPr="00382418">
        <w:rPr>
          <w:rStyle w:val="Gl"/>
          <w:b w:val="0"/>
          <w:sz w:val="20"/>
          <w:szCs w:val="20"/>
        </w:rPr>
        <w:t>Çok</w:t>
      </w:r>
      <w:proofErr w:type="spellEnd"/>
      <w:r w:rsidRPr="00382418">
        <w:rPr>
          <w:rStyle w:val="Gl"/>
          <w:b w:val="0"/>
          <w:sz w:val="20"/>
          <w:szCs w:val="20"/>
        </w:rPr>
        <w:t xml:space="preserve"> </w:t>
      </w:r>
      <w:proofErr w:type="spellStart"/>
      <w:r w:rsidRPr="00382418">
        <w:rPr>
          <w:rStyle w:val="Gl"/>
          <w:b w:val="0"/>
          <w:sz w:val="20"/>
          <w:szCs w:val="20"/>
        </w:rPr>
        <w:t>Düşük</w:t>
      </w:r>
      <w:proofErr w:type="spellEnd"/>
      <w:r w:rsidRPr="00382418">
        <w:rPr>
          <w:rStyle w:val="Gl"/>
          <w:b w:val="0"/>
          <w:sz w:val="20"/>
          <w:szCs w:val="20"/>
        </w:rPr>
        <w:t xml:space="preserve">, </w:t>
      </w:r>
      <w:proofErr w:type="spellStart"/>
      <w:r w:rsidRPr="00382418">
        <w:rPr>
          <w:rStyle w:val="Gl"/>
          <w:b w:val="0"/>
          <w:sz w:val="20"/>
          <w:szCs w:val="20"/>
        </w:rPr>
        <w:t>Düşük</w:t>
      </w:r>
      <w:proofErr w:type="gramStart"/>
      <w:r w:rsidRPr="00382418">
        <w:rPr>
          <w:rStyle w:val="Gl"/>
          <w:b w:val="0"/>
          <w:sz w:val="20"/>
          <w:szCs w:val="20"/>
        </w:rPr>
        <w:t>,Orta,İyi</w:t>
      </w:r>
      <w:proofErr w:type="spellEnd"/>
      <w:proofErr w:type="gramEnd"/>
      <w:r w:rsidRPr="00382418">
        <w:rPr>
          <w:rStyle w:val="Gl"/>
          <w:b w:val="0"/>
          <w:sz w:val="20"/>
          <w:szCs w:val="20"/>
        </w:rPr>
        <w:t xml:space="preserve">, </w:t>
      </w:r>
      <w:proofErr w:type="spellStart"/>
      <w:r w:rsidRPr="00382418">
        <w:rPr>
          <w:rStyle w:val="Gl"/>
          <w:b w:val="0"/>
          <w:sz w:val="20"/>
          <w:szCs w:val="20"/>
        </w:rPr>
        <w:t>Çok</w:t>
      </w:r>
      <w:proofErr w:type="spellEnd"/>
      <w:r w:rsidRPr="00382418">
        <w:rPr>
          <w:rStyle w:val="Gl"/>
          <w:b w:val="0"/>
          <w:sz w:val="20"/>
          <w:szCs w:val="20"/>
        </w:rPr>
        <w:t xml:space="preserve"> </w:t>
      </w:r>
      <w:proofErr w:type="spellStart"/>
      <w:r w:rsidRPr="00382418">
        <w:rPr>
          <w:rStyle w:val="Gl"/>
          <w:b w:val="0"/>
          <w:sz w:val="20"/>
          <w:szCs w:val="20"/>
        </w:rPr>
        <w:t>İyi</w:t>
      </w:r>
      <w:proofErr w:type="spellEnd"/>
    </w:p>
    <w:p w:rsidR="00E24BA4" w:rsidRDefault="00E24BA4" w:rsidP="00E24BA4"/>
    <w:p w:rsidR="005375CF" w:rsidRDefault="005375CF" w:rsidP="00E24BA4">
      <w:proofErr w:type="spellStart"/>
      <w:r>
        <w:t>İç</w:t>
      </w:r>
      <w:proofErr w:type="spellEnd"/>
      <w:r>
        <w:t xml:space="preserve"> </w:t>
      </w:r>
      <w:proofErr w:type="spellStart"/>
      <w:r>
        <w:t>Kontrol</w:t>
      </w:r>
      <w:proofErr w:type="spellEnd"/>
      <w:r>
        <w:t xml:space="preserve"> </w:t>
      </w:r>
      <w:proofErr w:type="spellStart"/>
      <w:r>
        <w:t>Standartları</w:t>
      </w:r>
      <w:proofErr w:type="spellEnd"/>
      <w:r>
        <w:t xml:space="preserve"> </w:t>
      </w:r>
      <w:proofErr w:type="spellStart"/>
      <w:r>
        <w:t>Uyum</w:t>
      </w:r>
      <w:proofErr w:type="spellEnd"/>
      <w:r>
        <w:t xml:space="preserve"> </w:t>
      </w:r>
      <w:proofErr w:type="spellStart"/>
      <w:r>
        <w:t>Eylem</w:t>
      </w:r>
      <w:proofErr w:type="spellEnd"/>
      <w:r>
        <w:t xml:space="preserve"> </w:t>
      </w:r>
      <w:proofErr w:type="spellStart"/>
      <w:r>
        <w:t>Planı</w:t>
      </w:r>
      <w:proofErr w:type="spellEnd"/>
      <w:r>
        <w:t xml:space="preserve"> </w:t>
      </w:r>
      <w:proofErr w:type="spellStart"/>
      <w:r>
        <w:t>Birim</w:t>
      </w:r>
      <w:proofErr w:type="spellEnd"/>
      <w:r>
        <w:t xml:space="preserve"> </w:t>
      </w:r>
      <w:proofErr w:type="spellStart"/>
      <w:r>
        <w:t>Değerlendirme</w:t>
      </w:r>
      <w:proofErr w:type="spellEnd"/>
    </w:p>
    <w:tbl>
      <w:tblPr>
        <w:tblW w:w="935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40"/>
        <w:gridCol w:w="5611"/>
      </w:tblGrid>
      <w:tr w:rsidR="009F0619" w:rsidRPr="008D6AA7" w:rsidTr="009F0619">
        <w:trPr>
          <w:tblHeader/>
          <w:tblCellSpacing w:w="15" w:type="dxa"/>
        </w:trPr>
        <w:tc>
          <w:tcPr>
            <w:tcW w:w="0" w:type="auto"/>
            <w:shd w:val="clear" w:color="auto" w:fill="B99C71"/>
            <w:vAlign w:val="center"/>
            <w:hideMark/>
          </w:tcPr>
          <w:p w:rsidR="009F0619" w:rsidRPr="008D6AA7" w:rsidRDefault="009F0619" w:rsidP="00592437">
            <w:pPr>
              <w:pStyle w:val="Stil4"/>
              <w:rPr>
                <w:lang w:eastAsia="tr-TR"/>
              </w:rPr>
            </w:pPr>
            <w:r>
              <w:rPr>
                <w:lang w:eastAsia="tr-TR"/>
              </w:rPr>
              <w:t>Kamu İç Kontrol Standardı ve Genel Şartı</w:t>
            </w:r>
          </w:p>
        </w:tc>
        <w:tc>
          <w:tcPr>
            <w:tcW w:w="5566" w:type="dxa"/>
            <w:shd w:val="clear" w:color="auto" w:fill="B99C71"/>
            <w:vAlign w:val="center"/>
            <w:hideMark/>
          </w:tcPr>
          <w:p w:rsidR="009F0619" w:rsidRPr="008D6AA7" w:rsidRDefault="005375CF" w:rsidP="00592437">
            <w:pPr>
              <w:pStyle w:val="Stil4"/>
              <w:rPr>
                <w:lang w:eastAsia="tr-TR"/>
              </w:rPr>
            </w:pPr>
            <w:r>
              <w:rPr>
                <w:lang w:eastAsia="tr-TR"/>
              </w:rPr>
              <w:t xml:space="preserve"> </w:t>
            </w:r>
            <w:r w:rsidR="009F0619">
              <w:rPr>
                <w:lang w:eastAsia="tr-TR"/>
              </w:rPr>
              <w:t>Değerlendirme</w:t>
            </w:r>
          </w:p>
        </w:tc>
      </w:tr>
      <w:tr w:rsidR="0044529C" w:rsidRPr="008D6AA7" w:rsidTr="0044529C">
        <w:trPr>
          <w:tblCellSpacing w:w="15" w:type="dxa"/>
        </w:trPr>
        <w:tc>
          <w:tcPr>
            <w:tcW w:w="9291" w:type="dxa"/>
            <w:gridSpan w:val="2"/>
            <w:vAlign w:val="bottom"/>
          </w:tcPr>
          <w:p w:rsidR="0044529C" w:rsidRPr="008D6AA7" w:rsidRDefault="0044529C" w:rsidP="00592437">
            <w:pPr>
              <w:pStyle w:val="Stil4"/>
              <w:rPr>
                <w:lang w:eastAsia="tr-TR"/>
              </w:rPr>
            </w:pPr>
            <w:r>
              <w:rPr>
                <w:lang w:eastAsia="tr-TR"/>
              </w:rPr>
              <w:t>A.KONTROL ORTAMI</w:t>
            </w:r>
          </w:p>
        </w:tc>
      </w:tr>
      <w:tr w:rsidR="00592437" w:rsidRPr="008D6AA7" w:rsidTr="003D33B8">
        <w:trPr>
          <w:tblCellSpacing w:w="15" w:type="dxa"/>
        </w:trPr>
        <w:tc>
          <w:tcPr>
            <w:tcW w:w="0" w:type="auto"/>
            <w:vAlign w:val="bottom"/>
            <w:hideMark/>
          </w:tcPr>
          <w:p w:rsidR="00592437" w:rsidRPr="004C2DEC" w:rsidRDefault="00592437" w:rsidP="00592437">
            <w:pPr>
              <w:pStyle w:val="Stil4"/>
              <w:rPr>
                <w:rFonts w:ascii="Calibri" w:hAnsi="Calibri" w:cs="Calibri"/>
                <w:b w:val="0"/>
                <w:sz w:val="22"/>
              </w:rPr>
            </w:pPr>
            <w:r w:rsidRPr="004C2DEC">
              <w:rPr>
                <w:b w:val="0"/>
              </w:rPr>
              <w:t>Etik Değerler ve Dürüstlük</w:t>
            </w:r>
          </w:p>
        </w:tc>
        <w:tc>
          <w:tcPr>
            <w:tcW w:w="5566" w:type="dxa"/>
            <w:vAlign w:val="center"/>
            <w:hideMark/>
          </w:tcPr>
          <w:p w:rsidR="00592437" w:rsidRPr="008D6AA7" w:rsidRDefault="00592437" w:rsidP="00592437">
            <w:pPr>
              <w:pStyle w:val="Stil4"/>
              <w:rPr>
                <w:lang w:eastAsia="tr-TR"/>
              </w:rPr>
            </w:pPr>
            <w:r w:rsidRPr="008D6AA7">
              <w:rPr>
                <w:lang w:eastAsia="tr-TR"/>
              </w:rPr>
              <w:t>…</w:t>
            </w:r>
          </w:p>
        </w:tc>
      </w:tr>
      <w:tr w:rsidR="00592437" w:rsidRPr="008D6AA7" w:rsidTr="003D33B8">
        <w:trPr>
          <w:tblCellSpacing w:w="15" w:type="dxa"/>
        </w:trPr>
        <w:tc>
          <w:tcPr>
            <w:tcW w:w="0" w:type="auto"/>
            <w:vAlign w:val="bottom"/>
          </w:tcPr>
          <w:p w:rsidR="00592437" w:rsidRPr="004C2DEC" w:rsidRDefault="00592437" w:rsidP="00592437">
            <w:pPr>
              <w:pStyle w:val="Stil4"/>
              <w:rPr>
                <w:rFonts w:ascii="Calibri" w:hAnsi="Calibri" w:cs="Calibri"/>
                <w:b w:val="0"/>
                <w:sz w:val="22"/>
              </w:rPr>
            </w:pPr>
            <w:r w:rsidRPr="004C2DEC">
              <w:rPr>
                <w:b w:val="0"/>
              </w:rPr>
              <w:t>Misyon, Organizasyon Yapısı ve Görevler</w:t>
            </w:r>
          </w:p>
        </w:tc>
        <w:tc>
          <w:tcPr>
            <w:tcW w:w="5566" w:type="dxa"/>
            <w:vAlign w:val="center"/>
          </w:tcPr>
          <w:p w:rsidR="00592437" w:rsidRPr="008D6AA7" w:rsidRDefault="00592437" w:rsidP="00592437">
            <w:pPr>
              <w:pStyle w:val="Stil4"/>
              <w:rPr>
                <w:lang w:eastAsia="tr-TR"/>
              </w:rPr>
            </w:pPr>
          </w:p>
        </w:tc>
      </w:tr>
      <w:tr w:rsidR="00592437" w:rsidRPr="008D6AA7" w:rsidTr="003D33B8">
        <w:trPr>
          <w:tblCellSpacing w:w="15" w:type="dxa"/>
        </w:trPr>
        <w:tc>
          <w:tcPr>
            <w:tcW w:w="0" w:type="auto"/>
            <w:vAlign w:val="bottom"/>
          </w:tcPr>
          <w:p w:rsidR="00592437" w:rsidRPr="004C2DEC" w:rsidRDefault="00592437" w:rsidP="00592437">
            <w:pPr>
              <w:pStyle w:val="Stil4"/>
              <w:rPr>
                <w:rFonts w:ascii="Calibri" w:hAnsi="Calibri" w:cs="Calibri"/>
                <w:b w:val="0"/>
                <w:sz w:val="22"/>
              </w:rPr>
            </w:pPr>
            <w:r w:rsidRPr="004C2DEC">
              <w:rPr>
                <w:b w:val="0"/>
              </w:rPr>
              <w:t>Personelin Yeterliliği ve Performansı</w:t>
            </w:r>
          </w:p>
        </w:tc>
        <w:tc>
          <w:tcPr>
            <w:tcW w:w="5566" w:type="dxa"/>
            <w:vAlign w:val="center"/>
          </w:tcPr>
          <w:p w:rsidR="00592437" w:rsidRPr="008D6AA7" w:rsidRDefault="00592437" w:rsidP="00592437">
            <w:pPr>
              <w:pStyle w:val="Stil4"/>
              <w:rPr>
                <w:lang w:eastAsia="tr-TR"/>
              </w:rPr>
            </w:pPr>
          </w:p>
        </w:tc>
      </w:tr>
      <w:tr w:rsidR="00592437" w:rsidRPr="008D6AA7" w:rsidTr="003D33B8">
        <w:trPr>
          <w:tblCellSpacing w:w="15" w:type="dxa"/>
        </w:trPr>
        <w:tc>
          <w:tcPr>
            <w:tcW w:w="0" w:type="auto"/>
            <w:vAlign w:val="bottom"/>
          </w:tcPr>
          <w:p w:rsidR="00592437" w:rsidRPr="004C2DEC" w:rsidRDefault="00592437" w:rsidP="00592437">
            <w:pPr>
              <w:pStyle w:val="Stil4"/>
              <w:rPr>
                <w:rFonts w:ascii="Calibri" w:hAnsi="Calibri" w:cs="Calibri"/>
                <w:b w:val="0"/>
                <w:sz w:val="22"/>
              </w:rPr>
            </w:pPr>
            <w:r w:rsidRPr="004C2DEC">
              <w:rPr>
                <w:b w:val="0"/>
              </w:rPr>
              <w:t>Yetki Devri</w:t>
            </w:r>
          </w:p>
        </w:tc>
        <w:tc>
          <w:tcPr>
            <w:tcW w:w="5566" w:type="dxa"/>
            <w:vAlign w:val="center"/>
          </w:tcPr>
          <w:p w:rsidR="00592437" w:rsidRPr="008D6AA7" w:rsidRDefault="00592437" w:rsidP="00592437">
            <w:pPr>
              <w:pStyle w:val="Stil4"/>
              <w:rPr>
                <w:lang w:eastAsia="tr-TR"/>
              </w:rPr>
            </w:pPr>
          </w:p>
        </w:tc>
      </w:tr>
      <w:tr w:rsidR="0044529C" w:rsidRPr="008D6AA7" w:rsidTr="0044529C">
        <w:trPr>
          <w:tblCellSpacing w:w="15" w:type="dxa"/>
        </w:trPr>
        <w:tc>
          <w:tcPr>
            <w:tcW w:w="9291" w:type="dxa"/>
            <w:gridSpan w:val="2"/>
            <w:vAlign w:val="bottom"/>
          </w:tcPr>
          <w:p w:rsidR="0044529C" w:rsidRPr="008D6AA7" w:rsidRDefault="0044529C" w:rsidP="00592437">
            <w:pPr>
              <w:pStyle w:val="Stil4"/>
              <w:rPr>
                <w:lang w:eastAsia="tr-TR"/>
              </w:rPr>
            </w:pPr>
            <w:r>
              <w:rPr>
                <w:lang w:eastAsia="tr-TR"/>
              </w:rPr>
              <w:t>B.RİSK DEĞERLENDİRME</w:t>
            </w:r>
          </w:p>
        </w:tc>
      </w:tr>
      <w:tr w:rsidR="0044529C" w:rsidRPr="008D6AA7" w:rsidTr="003D33B8">
        <w:trPr>
          <w:tblCellSpacing w:w="15" w:type="dxa"/>
        </w:trPr>
        <w:tc>
          <w:tcPr>
            <w:tcW w:w="0" w:type="auto"/>
            <w:vAlign w:val="bottom"/>
          </w:tcPr>
          <w:p w:rsidR="0044529C" w:rsidRPr="004C2DEC" w:rsidRDefault="0044529C" w:rsidP="00592437">
            <w:pPr>
              <w:pStyle w:val="Stil4"/>
              <w:rPr>
                <w:b w:val="0"/>
              </w:rPr>
            </w:pPr>
            <w:r w:rsidRPr="004C2DEC">
              <w:rPr>
                <w:b w:val="0"/>
              </w:rPr>
              <w:t>Planlama ve Programlama</w:t>
            </w:r>
          </w:p>
        </w:tc>
        <w:tc>
          <w:tcPr>
            <w:tcW w:w="5566" w:type="dxa"/>
            <w:vAlign w:val="center"/>
          </w:tcPr>
          <w:p w:rsidR="0044529C" w:rsidRPr="008D6AA7" w:rsidRDefault="0044529C" w:rsidP="00592437">
            <w:pPr>
              <w:pStyle w:val="Stil4"/>
              <w:rPr>
                <w:lang w:eastAsia="tr-TR"/>
              </w:rPr>
            </w:pPr>
          </w:p>
        </w:tc>
      </w:tr>
      <w:tr w:rsidR="00592437" w:rsidRPr="008D6AA7" w:rsidTr="003D33B8">
        <w:trPr>
          <w:tblCellSpacing w:w="15" w:type="dxa"/>
        </w:trPr>
        <w:tc>
          <w:tcPr>
            <w:tcW w:w="0" w:type="auto"/>
            <w:vAlign w:val="bottom"/>
          </w:tcPr>
          <w:p w:rsidR="00592437" w:rsidRPr="004C2DEC" w:rsidRDefault="0044529C" w:rsidP="00592437">
            <w:pPr>
              <w:pStyle w:val="Stil4"/>
              <w:rPr>
                <w:rFonts w:ascii="Calibri" w:hAnsi="Calibri" w:cs="Calibri"/>
                <w:b w:val="0"/>
                <w:sz w:val="22"/>
              </w:rPr>
            </w:pPr>
            <w:r w:rsidRPr="004C2DEC">
              <w:rPr>
                <w:b w:val="0"/>
              </w:rPr>
              <w:t>Risklerin Belirlenmesi ve Değerlendirilmesi</w:t>
            </w:r>
          </w:p>
        </w:tc>
        <w:tc>
          <w:tcPr>
            <w:tcW w:w="5566" w:type="dxa"/>
            <w:vAlign w:val="center"/>
          </w:tcPr>
          <w:p w:rsidR="00592437" w:rsidRPr="008D6AA7" w:rsidRDefault="00592437" w:rsidP="00592437">
            <w:pPr>
              <w:pStyle w:val="Stil4"/>
              <w:rPr>
                <w:lang w:eastAsia="tr-TR"/>
              </w:rPr>
            </w:pPr>
          </w:p>
        </w:tc>
      </w:tr>
      <w:tr w:rsidR="0044529C" w:rsidRPr="008D6AA7" w:rsidTr="0044529C">
        <w:trPr>
          <w:tblCellSpacing w:w="15" w:type="dxa"/>
        </w:trPr>
        <w:tc>
          <w:tcPr>
            <w:tcW w:w="9291" w:type="dxa"/>
            <w:gridSpan w:val="2"/>
            <w:vAlign w:val="center"/>
          </w:tcPr>
          <w:p w:rsidR="0044529C" w:rsidRPr="008D6AA7" w:rsidRDefault="0044529C" w:rsidP="00592437">
            <w:pPr>
              <w:pStyle w:val="Stil4"/>
              <w:rPr>
                <w:lang w:eastAsia="tr-TR"/>
              </w:rPr>
            </w:pPr>
            <w:r>
              <w:rPr>
                <w:lang w:eastAsia="tr-TR"/>
              </w:rPr>
              <w:t>C.KONTROL FAALİYETLERİ</w:t>
            </w:r>
          </w:p>
        </w:tc>
      </w:tr>
      <w:tr w:rsidR="005375CF" w:rsidRPr="008D6AA7" w:rsidTr="009F0619">
        <w:trPr>
          <w:tblCellSpacing w:w="15" w:type="dxa"/>
        </w:trPr>
        <w:tc>
          <w:tcPr>
            <w:tcW w:w="0" w:type="auto"/>
            <w:vAlign w:val="center"/>
          </w:tcPr>
          <w:p w:rsidR="005375CF" w:rsidRPr="004C2DEC" w:rsidRDefault="00592437" w:rsidP="00592437">
            <w:pPr>
              <w:pStyle w:val="Stil4"/>
              <w:rPr>
                <w:b w:val="0"/>
                <w:lang w:eastAsia="tr-TR"/>
              </w:rPr>
            </w:pPr>
            <w:r w:rsidRPr="004C2DEC">
              <w:rPr>
                <w:b w:val="0"/>
              </w:rPr>
              <w:t>Görevler Ayrılığı</w:t>
            </w:r>
          </w:p>
        </w:tc>
        <w:tc>
          <w:tcPr>
            <w:tcW w:w="5566" w:type="dxa"/>
            <w:vAlign w:val="center"/>
          </w:tcPr>
          <w:p w:rsidR="005375CF" w:rsidRPr="008D6AA7" w:rsidRDefault="005375CF" w:rsidP="00592437">
            <w:pPr>
              <w:pStyle w:val="Stil4"/>
              <w:rPr>
                <w:lang w:eastAsia="tr-TR"/>
              </w:rPr>
            </w:pPr>
          </w:p>
        </w:tc>
      </w:tr>
      <w:tr w:rsidR="00592437" w:rsidRPr="008D6AA7" w:rsidTr="009F0619">
        <w:trPr>
          <w:tblCellSpacing w:w="15" w:type="dxa"/>
        </w:trPr>
        <w:tc>
          <w:tcPr>
            <w:tcW w:w="0" w:type="auto"/>
            <w:vAlign w:val="center"/>
          </w:tcPr>
          <w:p w:rsidR="00592437" w:rsidRPr="004C2DEC" w:rsidRDefault="00592437" w:rsidP="00592437">
            <w:pPr>
              <w:pStyle w:val="Stil4"/>
              <w:rPr>
                <w:b w:val="0"/>
              </w:rPr>
            </w:pPr>
            <w:r w:rsidRPr="004C2DEC">
              <w:rPr>
                <w:b w:val="0"/>
              </w:rPr>
              <w:t>Hiyerarşik Kontroller</w:t>
            </w:r>
          </w:p>
        </w:tc>
        <w:tc>
          <w:tcPr>
            <w:tcW w:w="5566" w:type="dxa"/>
            <w:vAlign w:val="center"/>
          </w:tcPr>
          <w:p w:rsidR="00592437" w:rsidRPr="008D6AA7" w:rsidRDefault="00592437" w:rsidP="00592437">
            <w:pPr>
              <w:pStyle w:val="Stil4"/>
              <w:rPr>
                <w:lang w:eastAsia="tr-TR"/>
              </w:rPr>
            </w:pPr>
          </w:p>
        </w:tc>
      </w:tr>
      <w:tr w:rsidR="00592437" w:rsidRPr="008D6AA7" w:rsidTr="009F0619">
        <w:trPr>
          <w:tblCellSpacing w:w="15" w:type="dxa"/>
        </w:trPr>
        <w:tc>
          <w:tcPr>
            <w:tcW w:w="0" w:type="auto"/>
            <w:vAlign w:val="center"/>
          </w:tcPr>
          <w:p w:rsidR="00592437" w:rsidRPr="004C2DEC" w:rsidRDefault="00592437" w:rsidP="00592437">
            <w:pPr>
              <w:pStyle w:val="Stil4"/>
              <w:rPr>
                <w:b w:val="0"/>
              </w:rPr>
            </w:pPr>
            <w:r w:rsidRPr="004C2DEC">
              <w:rPr>
                <w:b w:val="0"/>
              </w:rPr>
              <w:t>Faaliyetlerin Sürekliliği</w:t>
            </w:r>
          </w:p>
        </w:tc>
        <w:tc>
          <w:tcPr>
            <w:tcW w:w="5566" w:type="dxa"/>
            <w:vAlign w:val="center"/>
          </w:tcPr>
          <w:p w:rsidR="00592437" w:rsidRPr="008D6AA7" w:rsidRDefault="00592437" w:rsidP="00592437">
            <w:pPr>
              <w:pStyle w:val="Stil4"/>
              <w:rPr>
                <w:lang w:eastAsia="tr-TR"/>
              </w:rPr>
            </w:pPr>
          </w:p>
        </w:tc>
      </w:tr>
      <w:tr w:rsidR="00592437" w:rsidRPr="008D6AA7" w:rsidTr="009F0619">
        <w:trPr>
          <w:tblCellSpacing w:w="15" w:type="dxa"/>
        </w:trPr>
        <w:tc>
          <w:tcPr>
            <w:tcW w:w="0" w:type="auto"/>
            <w:vAlign w:val="center"/>
          </w:tcPr>
          <w:p w:rsidR="00592437" w:rsidRPr="004C2DEC" w:rsidRDefault="00592437" w:rsidP="00592437">
            <w:pPr>
              <w:pStyle w:val="Stil4"/>
              <w:rPr>
                <w:b w:val="0"/>
              </w:rPr>
            </w:pPr>
            <w:r w:rsidRPr="004C2DEC">
              <w:rPr>
                <w:b w:val="0"/>
              </w:rPr>
              <w:t>Bilgi Sistemleri Kontrolleri</w:t>
            </w:r>
          </w:p>
        </w:tc>
        <w:tc>
          <w:tcPr>
            <w:tcW w:w="5566" w:type="dxa"/>
            <w:vAlign w:val="center"/>
          </w:tcPr>
          <w:p w:rsidR="00592437" w:rsidRPr="008D6AA7" w:rsidRDefault="00592437" w:rsidP="00592437">
            <w:pPr>
              <w:pStyle w:val="Stil4"/>
              <w:rPr>
                <w:lang w:eastAsia="tr-TR"/>
              </w:rPr>
            </w:pPr>
          </w:p>
        </w:tc>
      </w:tr>
      <w:tr w:rsidR="0044529C" w:rsidRPr="008D6AA7" w:rsidTr="0044529C">
        <w:trPr>
          <w:tblCellSpacing w:w="15" w:type="dxa"/>
        </w:trPr>
        <w:tc>
          <w:tcPr>
            <w:tcW w:w="9291" w:type="dxa"/>
            <w:gridSpan w:val="2"/>
            <w:vAlign w:val="center"/>
          </w:tcPr>
          <w:p w:rsidR="0044529C" w:rsidRPr="008D6AA7" w:rsidRDefault="0044529C" w:rsidP="00592437">
            <w:pPr>
              <w:pStyle w:val="Stil4"/>
              <w:rPr>
                <w:lang w:eastAsia="tr-TR"/>
              </w:rPr>
            </w:pPr>
            <w:r>
              <w:t>D.BİLGİ VE İLETİŞİM</w:t>
            </w:r>
          </w:p>
        </w:tc>
      </w:tr>
      <w:tr w:rsidR="0044529C" w:rsidRPr="008D6AA7" w:rsidTr="009F0619">
        <w:trPr>
          <w:tblCellSpacing w:w="15" w:type="dxa"/>
        </w:trPr>
        <w:tc>
          <w:tcPr>
            <w:tcW w:w="0" w:type="auto"/>
            <w:vAlign w:val="center"/>
          </w:tcPr>
          <w:p w:rsidR="0044529C" w:rsidRPr="004C2DEC" w:rsidRDefault="0044529C" w:rsidP="00592437">
            <w:pPr>
              <w:pStyle w:val="Stil4"/>
              <w:rPr>
                <w:b w:val="0"/>
              </w:rPr>
            </w:pPr>
            <w:r w:rsidRPr="004C2DEC">
              <w:rPr>
                <w:b w:val="0"/>
              </w:rPr>
              <w:t>Bilgi ve İletişim</w:t>
            </w:r>
          </w:p>
        </w:tc>
        <w:tc>
          <w:tcPr>
            <w:tcW w:w="5566" w:type="dxa"/>
            <w:vAlign w:val="center"/>
          </w:tcPr>
          <w:p w:rsidR="0044529C" w:rsidRPr="008D6AA7" w:rsidRDefault="0044529C" w:rsidP="00592437">
            <w:pPr>
              <w:pStyle w:val="Stil4"/>
              <w:rPr>
                <w:lang w:eastAsia="tr-TR"/>
              </w:rPr>
            </w:pPr>
          </w:p>
        </w:tc>
      </w:tr>
      <w:tr w:rsidR="00592437" w:rsidRPr="008D6AA7" w:rsidTr="009F0619">
        <w:trPr>
          <w:tblCellSpacing w:w="15" w:type="dxa"/>
        </w:trPr>
        <w:tc>
          <w:tcPr>
            <w:tcW w:w="0" w:type="auto"/>
            <w:vAlign w:val="center"/>
          </w:tcPr>
          <w:p w:rsidR="00592437" w:rsidRPr="004C2DEC" w:rsidRDefault="00592437" w:rsidP="00592437">
            <w:pPr>
              <w:pStyle w:val="Stil4"/>
              <w:rPr>
                <w:b w:val="0"/>
              </w:rPr>
            </w:pPr>
            <w:r w:rsidRPr="004C2DEC">
              <w:rPr>
                <w:b w:val="0"/>
              </w:rPr>
              <w:t>Raporlama</w:t>
            </w:r>
          </w:p>
        </w:tc>
        <w:tc>
          <w:tcPr>
            <w:tcW w:w="5566" w:type="dxa"/>
            <w:vAlign w:val="center"/>
          </w:tcPr>
          <w:p w:rsidR="00592437" w:rsidRPr="008D6AA7" w:rsidRDefault="00592437" w:rsidP="00592437">
            <w:pPr>
              <w:pStyle w:val="Stil4"/>
              <w:rPr>
                <w:lang w:eastAsia="tr-TR"/>
              </w:rPr>
            </w:pPr>
          </w:p>
        </w:tc>
      </w:tr>
      <w:tr w:rsidR="00592437" w:rsidRPr="008D6AA7" w:rsidTr="009F0619">
        <w:trPr>
          <w:tblCellSpacing w:w="15" w:type="dxa"/>
        </w:trPr>
        <w:tc>
          <w:tcPr>
            <w:tcW w:w="0" w:type="auto"/>
            <w:vAlign w:val="center"/>
          </w:tcPr>
          <w:p w:rsidR="00592437" w:rsidRPr="004C2DEC" w:rsidRDefault="00592437" w:rsidP="00592437">
            <w:pPr>
              <w:pStyle w:val="Stil4"/>
              <w:rPr>
                <w:b w:val="0"/>
              </w:rPr>
            </w:pPr>
            <w:r w:rsidRPr="004C2DEC">
              <w:rPr>
                <w:b w:val="0"/>
              </w:rPr>
              <w:t>Kayıt ve Dosyalama Sistemi</w:t>
            </w:r>
          </w:p>
        </w:tc>
        <w:tc>
          <w:tcPr>
            <w:tcW w:w="5566" w:type="dxa"/>
            <w:vAlign w:val="center"/>
          </w:tcPr>
          <w:p w:rsidR="00592437" w:rsidRPr="008D6AA7" w:rsidRDefault="00592437" w:rsidP="00592437">
            <w:pPr>
              <w:pStyle w:val="Stil4"/>
              <w:rPr>
                <w:lang w:eastAsia="tr-TR"/>
              </w:rPr>
            </w:pPr>
          </w:p>
        </w:tc>
      </w:tr>
      <w:tr w:rsidR="00382418" w:rsidRPr="008D6AA7" w:rsidTr="00382418">
        <w:trPr>
          <w:tblCellSpacing w:w="15" w:type="dxa"/>
        </w:trPr>
        <w:tc>
          <w:tcPr>
            <w:tcW w:w="9291" w:type="dxa"/>
            <w:gridSpan w:val="2"/>
            <w:vAlign w:val="center"/>
          </w:tcPr>
          <w:p w:rsidR="00382418" w:rsidRPr="008D6AA7" w:rsidRDefault="00382418" w:rsidP="00592437">
            <w:pPr>
              <w:pStyle w:val="Stil4"/>
              <w:rPr>
                <w:lang w:eastAsia="tr-TR"/>
              </w:rPr>
            </w:pPr>
            <w:r>
              <w:rPr>
                <w:lang w:eastAsia="tr-TR"/>
              </w:rPr>
              <w:t xml:space="preserve">E.İZLEME </w:t>
            </w:r>
          </w:p>
        </w:tc>
      </w:tr>
      <w:tr w:rsidR="00382418" w:rsidRPr="008D6AA7" w:rsidTr="009F0619">
        <w:trPr>
          <w:tblCellSpacing w:w="15" w:type="dxa"/>
        </w:trPr>
        <w:tc>
          <w:tcPr>
            <w:tcW w:w="0" w:type="auto"/>
            <w:vAlign w:val="center"/>
          </w:tcPr>
          <w:p w:rsidR="00382418" w:rsidRPr="00382418" w:rsidRDefault="00382418" w:rsidP="00592437">
            <w:pPr>
              <w:pStyle w:val="Stil4"/>
              <w:rPr>
                <w:b w:val="0"/>
              </w:rPr>
            </w:pPr>
            <w:r w:rsidRPr="00382418">
              <w:rPr>
                <w:b w:val="0"/>
              </w:rPr>
              <w:t>İç Kontrolün Değerlendirilmesi</w:t>
            </w:r>
          </w:p>
        </w:tc>
        <w:tc>
          <w:tcPr>
            <w:tcW w:w="5566" w:type="dxa"/>
            <w:vAlign w:val="center"/>
          </w:tcPr>
          <w:p w:rsidR="00382418" w:rsidRPr="00382418" w:rsidRDefault="00382418" w:rsidP="00592437">
            <w:pPr>
              <w:pStyle w:val="Stil4"/>
              <w:rPr>
                <w:b w:val="0"/>
                <w:lang w:eastAsia="tr-TR"/>
              </w:rPr>
            </w:pPr>
          </w:p>
        </w:tc>
      </w:tr>
    </w:tbl>
    <w:p w:rsidR="00C80D15" w:rsidRDefault="00C80D15" w:rsidP="00E24BA4">
      <w:pPr>
        <w:pStyle w:val="Stil2"/>
      </w:pPr>
    </w:p>
    <w:p w:rsidR="00E24BA4" w:rsidRDefault="00E24BA4" w:rsidP="00E24BA4">
      <w:pPr>
        <w:pStyle w:val="Stil2"/>
      </w:pPr>
      <w:bookmarkStart w:id="44" w:name="_Toc217311511"/>
      <w:r>
        <w:t xml:space="preserve">6.2.Risk </w:t>
      </w:r>
      <w:r w:rsidR="005375CF">
        <w:t>Faaliyetleri</w:t>
      </w:r>
      <w:bookmarkEnd w:id="44"/>
    </w:p>
    <w:p w:rsidR="00E24BA4" w:rsidRPr="00A762BD" w:rsidRDefault="00E24BA4" w:rsidP="00E24BA4">
      <w:pPr>
        <w:pStyle w:val="2BALIK"/>
        <w:rPr>
          <w:szCs w:val="24"/>
        </w:rPr>
      </w:pPr>
      <w:r w:rsidRPr="00A762BD">
        <w:rPr>
          <w:szCs w:val="24"/>
          <w:highlight w:val="yellow"/>
        </w:rPr>
        <w:t>ÖRNEK BİR METİNDİR HER BİRİM RİSK YÖNETİMİ DEĞERLENDİRMESİNİ YAPARAK BU KISMI DÜZENLEMELİDİR.</w:t>
      </w:r>
    </w:p>
    <w:p w:rsidR="00196709" w:rsidRDefault="00E24BA4" w:rsidP="00E24BA4">
      <w:pPr>
        <w:pStyle w:val="2BALIK"/>
        <w:rPr>
          <w:rFonts w:eastAsia="Times New Roman"/>
          <w:szCs w:val="24"/>
        </w:rPr>
      </w:pPr>
      <w:r w:rsidRPr="00D71501">
        <w:rPr>
          <w:rFonts w:eastAsia="Times New Roman"/>
          <w:szCs w:val="24"/>
          <w:highlight w:val="yellow"/>
        </w:rPr>
        <w:t>[BİRİM ADI]</w:t>
      </w:r>
      <w:r w:rsidRPr="00D71501">
        <w:rPr>
          <w:rFonts w:eastAsia="Times New Roman"/>
          <w:szCs w:val="24"/>
        </w:rPr>
        <w:t xml:space="preserve"> bünyesinde </w:t>
      </w:r>
    </w:p>
    <w:p w:rsidR="00E24BA4" w:rsidRPr="00A762BD" w:rsidRDefault="00E24BA4" w:rsidP="00E24BA4">
      <w:pPr>
        <w:pStyle w:val="2BALIK"/>
        <w:rPr>
          <w:rFonts w:eastAsia="Times New Roman"/>
          <w:sz w:val="20"/>
          <w:szCs w:val="20"/>
        </w:rPr>
      </w:pPr>
      <w:r w:rsidRPr="00D71501">
        <w:rPr>
          <w:rFonts w:eastAsia="Times New Roman"/>
          <w:b/>
          <w:bCs/>
          <w:szCs w:val="24"/>
        </w:rPr>
        <w:t>risk yönetimi</w:t>
      </w:r>
      <w:r w:rsidRPr="00D71501">
        <w:rPr>
          <w:rFonts w:eastAsia="Times New Roman"/>
          <w:szCs w:val="24"/>
        </w:rPr>
        <w:t xml:space="preserve">, </w:t>
      </w:r>
      <w:r w:rsidRPr="00A762BD">
        <w:rPr>
          <w:rFonts w:eastAsia="Times New Roman"/>
          <w:b/>
          <w:bCs/>
          <w:sz w:val="20"/>
          <w:szCs w:val="20"/>
        </w:rPr>
        <w:t>Olasılık</w:t>
      </w:r>
      <w:r w:rsidRPr="00A762BD">
        <w:rPr>
          <w:rFonts w:eastAsia="Times New Roman"/>
          <w:sz w:val="20"/>
          <w:szCs w:val="20"/>
        </w:rPr>
        <w:t xml:space="preserve"> (düşük/orta/çok yüksek),</w:t>
      </w:r>
    </w:p>
    <w:p w:rsidR="00E24BA4" w:rsidRPr="00A762BD" w:rsidRDefault="00E24BA4" w:rsidP="00E24BA4">
      <w:pPr>
        <w:pStyle w:val="2BALIK"/>
        <w:rPr>
          <w:rFonts w:eastAsia="Times New Roman"/>
          <w:sz w:val="20"/>
          <w:szCs w:val="20"/>
        </w:rPr>
      </w:pPr>
      <w:r w:rsidRPr="00A762BD">
        <w:rPr>
          <w:rFonts w:eastAsia="Times New Roman"/>
          <w:b/>
          <w:bCs/>
          <w:sz w:val="20"/>
          <w:szCs w:val="20"/>
        </w:rPr>
        <w:t>Etki</w:t>
      </w:r>
      <w:r w:rsidRPr="00A762BD">
        <w:rPr>
          <w:rFonts w:eastAsia="Times New Roman"/>
          <w:sz w:val="20"/>
          <w:szCs w:val="20"/>
        </w:rPr>
        <w:t xml:space="preserve"> (çok düşük/düşük/orta/yüksek/çok yüksek),</w:t>
      </w:r>
    </w:p>
    <w:p w:rsidR="00E24BA4" w:rsidRPr="00A762BD" w:rsidRDefault="00E24BA4" w:rsidP="00E24BA4">
      <w:pPr>
        <w:pStyle w:val="2BALIK"/>
        <w:rPr>
          <w:rFonts w:eastAsia="Times New Roman"/>
          <w:sz w:val="20"/>
          <w:szCs w:val="20"/>
        </w:rPr>
      </w:pPr>
      <w:r w:rsidRPr="00A762BD">
        <w:rPr>
          <w:rFonts w:eastAsia="Times New Roman"/>
          <w:b/>
          <w:bCs/>
          <w:sz w:val="20"/>
          <w:szCs w:val="20"/>
        </w:rPr>
        <w:t xml:space="preserve">Etki*Olasılık=Risk düzeyine </w:t>
      </w:r>
      <w:r w:rsidRPr="00A762BD">
        <w:rPr>
          <w:rFonts w:eastAsia="Times New Roman"/>
          <w:sz w:val="20"/>
          <w:szCs w:val="20"/>
        </w:rPr>
        <w:t>(çok düşük/düşük/orta/yüksek/çok yüksek) değerlendirilmektedir.</w:t>
      </w:r>
    </w:p>
    <w:p w:rsidR="00E24BA4" w:rsidRPr="00D71501" w:rsidRDefault="00E24BA4" w:rsidP="00E24BA4">
      <w:pPr>
        <w:pStyle w:val="2BALIK"/>
        <w:rPr>
          <w:rFonts w:eastAsia="Times New Roman"/>
          <w:szCs w:val="24"/>
        </w:rPr>
      </w:pPr>
      <w:r w:rsidRPr="00D71501">
        <w:rPr>
          <w:rFonts w:eastAsia="Times New Roman"/>
          <w:szCs w:val="24"/>
        </w:rPr>
        <w:t xml:space="preserve">Her bir risk için mevcut kontrol mekanizmaları (mevcut prosedürler, çift kontrol, yetki sınırlamaları, bilgi sistemleri kontrolleri vb.) ve ilave olarak alınması gereken </w:t>
      </w:r>
      <w:r w:rsidRPr="00D71501">
        <w:rPr>
          <w:rFonts w:eastAsia="Times New Roman"/>
          <w:b/>
          <w:bCs/>
          <w:szCs w:val="24"/>
        </w:rPr>
        <w:t>önleyici ve düzeltici tedbirler</w:t>
      </w:r>
      <w:r w:rsidRPr="00D71501">
        <w:rPr>
          <w:rFonts w:eastAsia="Times New Roman"/>
          <w:szCs w:val="24"/>
        </w:rPr>
        <w:t xml:space="preserve"> belirlenmekte; bu tedbirler için </w:t>
      </w:r>
      <w:r w:rsidRPr="00D71501">
        <w:rPr>
          <w:rFonts w:eastAsia="Times New Roman"/>
          <w:b/>
          <w:bCs/>
          <w:szCs w:val="24"/>
        </w:rPr>
        <w:t>sorumlu birim/kişi</w:t>
      </w:r>
      <w:r w:rsidRPr="00D71501">
        <w:rPr>
          <w:rFonts w:eastAsia="Times New Roman"/>
          <w:szCs w:val="24"/>
        </w:rPr>
        <w:t xml:space="preserve"> ve </w:t>
      </w:r>
      <w:r w:rsidRPr="00D71501">
        <w:rPr>
          <w:rFonts w:eastAsia="Times New Roman"/>
          <w:b/>
          <w:bCs/>
          <w:szCs w:val="24"/>
        </w:rPr>
        <w:t>zamanlama</w:t>
      </w:r>
      <w:r w:rsidRPr="00D71501">
        <w:rPr>
          <w:rFonts w:eastAsia="Times New Roman"/>
          <w:szCs w:val="24"/>
        </w:rPr>
        <w:t xml:space="preserve"> tanımlanmaktadır. Risk izleme süreci, birimin üst yöneticisi/harcama yetkilisi başta olmak üzere ilgili komisyon veya kurullarca takip edilmekte; yılda en az bir kez risklerin güncellenmesi ve eylem planlarının gözden geçirilmesi hedeflenmektedir.</w:t>
      </w:r>
    </w:p>
    <w:p w:rsidR="00E24BA4" w:rsidRPr="00B77460" w:rsidRDefault="00196709" w:rsidP="00E24BA4">
      <w:pPr>
        <w:pStyle w:val="2BALIK"/>
      </w:pPr>
      <w:r w:rsidRPr="00B77460">
        <w:t xml:space="preserve"> </w:t>
      </w:r>
      <w:r w:rsidR="00E24BA4" w:rsidRPr="00B77460">
        <w:t>“Birim düzeyinde ayrıntılı risk tanımları, iç kontrol ve risk yönetimi çerçevesinde gizlilik esasına göre birim içinde muhafaza edilmekte; bu raporda yalnızca risk alanları, risk sayıları ve genel risk düzeyine ilişkin özet bilgiler paylaşılmaktadır.”</w:t>
      </w:r>
    </w:p>
    <w:p w:rsidR="00C80D15" w:rsidRDefault="00C80D15" w:rsidP="00E24BA4"/>
    <w:p w:rsidR="00E24BA4" w:rsidRDefault="00E24BA4" w:rsidP="00E24BA4">
      <w:r>
        <w:t xml:space="preserve">Risk </w:t>
      </w:r>
      <w:proofErr w:type="spellStart"/>
      <w:r>
        <w:t>Yönetimi</w:t>
      </w:r>
      <w:proofErr w:type="spellEnd"/>
      <w:r>
        <w:t xml:space="preserve"> </w:t>
      </w:r>
      <w:proofErr w:type="spellStart"/>
      <w:r>
        <w:t>ve</w:t>
      </w:r>
      <w:proofErr w:type="spellEnd"/>
      <w:r>
        <w:t xml:space="preserve"> Risk </w:t>
      </w:r>
      <w:proofErr w:type="spellStart"/>
      <w:r>
        <w:t>Envanteri</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74"/>
        <w:gridCol w:w="1198"/>
        <w:gridCol w:w="5954"/>
      </w:tblGrid>
      <w:tr w:rsidR="005375CF" w:rsidRPr="00B32D63" w:rsidTr="005375CF">
        <w:trPr>
          <w:tblHeader/>
          <w:tblCellSpacing w:w="15" w:type="dxa"/>
        </w:trPr>
        <w:tc>
          <w:tcPr>
            <w:tcW w:w="1729" w:type="dxa"/>
            <w:shd w:val="clear" w:color="auto" w:fill="B99C71"/>
            <w:vAlign w:val="center"/>
            <w:hideMark/>
          </w:tcPr>
          <w:p w:rsidR="005375CF" w:rsidRPr="0066605D" w:rsidRDefault="005375CF" w:rsidP="009D611D">
            <w:pPr>
              <w:pStyle w:val="Stil4"/>
              <w:rPr>
                <w:rFonts w:eastAsia="Times New Roman"/>
                <w:lang w:eastAsia="tr-TR"/>
              </w:rPr>
            </w:pPr>
            <w:r>
              <w:rPr>
                <w:rFonts w:eastAsia="Times New Roman"/>
                <w:lang w:eastAsia="tr-TR"/>
              </w:rPr>
              <w:t>Risk Sayısı</w:t>
            </w:r>
          </w:p>
        </w:tc>
        <w:tc>
          <w:tcPr>
            <w:tcW w:w="1168" w:type="dxa"/>
            <w:shd w:val="clear" w:color="auto" w:fill="B99C71"/>
            <w:vAlign w:val="center"/>
            <w:hideMark/>
          </w:tcPr>
          <w:p w:rsidR="005375CF" w:rsidRPr="0066605D" w:rsidRDefault="005375CF" w:rsidP="005375CF">
            <w:pPr>
              <w:pStyle w:val="Stil4"/>
              <w:jc w:val="center"/>
              <w:rPr>
                <w:rFonts w:eastAsia="Times New Roman"/>
                <w:lang w:eastAsia="tr-TR"/>
              </w:rPr>
            </w:pPr>
            <w:r>
              <w:rPr>
                <w:rFonts w:eastAsia="Times New Roman"/>
                <w:lang w:eastAsia="tr-TR"/>
              </w:rPr>
              <w:t>Risk Düzeyi</w:t>
            </w:r>
          </w:p>
        </w:tc>
        <w:tc>
          <w:tcPr>
            <w:tcW w:w="5909" w:type="dxa"/>
            <w:shd w:val="clear" w:color="auto" w:fill="B99C71"/>
            <w:vAlign w:val="center"/>
            <w:hideMark/>
          </w:tcPr>
          <w:p w:rsidR="005375CF" w:rsidRDefault="005375CF" w:rsidP="005375CF">
            <w:pPr>
              <w:pStyle w:val="Stil4"/>
              <w:jc w:val="center"/>
              <w:rPr>
                <w:rFonts w:eastAsia="Times New Roman"/>
                <w:lang w:eastAsia="tr-TR"/>
              </w:rPr>
            </w:pPr>
          </w:p>
          <w:p w:rsidR="005375CF" w:rsidRDefault="005375CF" w:rsidP="005375CF">
            <w:pPr>
              <w:pStyle w:val="Stil4"/>
              <w:jc w:val="center"/>
              <w:rPr>
                <w:rFonts w:eastAsia="Times New Roman"/>
                <w:lang w:eastAsia="tr-TR"/>
              </w:rPr>
            </w:pPr>
            <w:r>
              <w:rPr>
                <w:rFonts w:eastAsia="Times New Roman"/>
                <w:lang w:eastAsia="tr-TR"/>
              </w:rPr>
              <w:t>Riske Verilen Cevaplar</w:t>
            </w:r>
          </w:p>
          <w:p w:rsidR="005375CF" w:rsidRPr="005375CF" w:rsidRDefault="005375CF" w:rsidP="005375CF">
            <w:pPr>
              <w:jc w:val="center"/>
              <w:rPr>
                <w:lang w:val="tr-TR" w:eastAsia="tr-TR"/>
              </w:rPr>
            </w:pPr>
          </w:p>
        </w:tc>
      </w:tr>
      <w:tr w:rsidR="005375CF" w:rsidRPr="00B32D63" w:rsidTr="005375CF">
        <w:trPr>
          <w:tblCellSpacing w:w="15" w:type="dxa"/>
        </w:trPr>
        <w:tc>
          <w:tcPr>
            <w:tcW w:w="1729" w:type="dxa"/>
            <w:vAlign w:val="center"/>
          </w:tcPr>
          <w:p w:rsidR="005375CF" w:rsidRPr="00B32D63" w:rsidRDefault="005375CF" w:rsidP="009D611D">
            <w:pPr>
              <w:pStyle w:val="Stil4"/>
              <w:rPr>
                <w:rFonts w:eastAsia="Times New Roman"/>
                <w:szCs w:val="20"/>
                <w:lang w:eastAsia="tr-TR"/>
              </w:rPr>
            </w:pPr>
          </w:p>
        </w:tc>
        <w:tc>
          <w:tcPr>
            <w:tcW w:w="1168" w:type="dxa"/>
            <w:vAlign w:val="center"/>
          </w:tcPr>
          <w:p w:rsidR="005375CF" w:rsidRPr="007706F9" w:rsidRDefault="005375CF" w:rsidP="009D611D">
            <w:pPr>
              <w:pStyle w:val="Stil4"/>
              <w:jc w:val="center"/>
              <w:rPr>
                <w:rFonts w:eastAsia="Times New Roman"/>
                <w:b w:val="0"/>
                <w:szCs w:val="20"/>
                <w:lang w:eastAsia="tr-TR"/>
              </w:rPr>
            </w:pPr>
          </w:p>
        </w:tc>
        <w:tc>
          <w:tcPr>
            <w:tcW w:w="5909" w:type="dxa"/>
            <w:vAlign w:val="center"/>
          </w:tcPr>
          <w:p w:rsidR="005375CF" w:rsidRPr="007706F9" w:rsidRDefault="005375CF" w:rsidP="009D611D">
            <w:pPr>
              <w:pStyle w:val="Stil4"/>
              <w:rPr>
                <w:rFonts w:eastAsia="Times New Roman"/>
                <w:b w:val="0"/>
                <w:szCs w:val="20"/>
                <w:lang w:eastAsia="tr-TR"/>
              </w:rPr>
            </w:pPr>
          </w:p>
        </w:tc>
      </w:tr>
      <w:tr w:rsidR="005375CF" w:rsidRPr="00B32D63" w:rsidTr="005375CF">
        <w:trPr>
          <w:tblCellSpacing w:w="15" w:type="dxa"/>
        </w:trPr>
        <w:tc>
          <w:tcPr>
            <w:tcW w:w="1729" w:type="dxa"/>
            <w:vAlign w:val="center"/>
          </w:tcPr>
          <w:p w:rsidR="005375CF" w:rsidRPr="00B32D63" w:rsidRDefault="005375CF" w:rsidP="009D611D">
            <w:pPr>
              <w:pStyle w:val="Stil4"/>
              <w:rPr>
                <w:rFonts w:eastAsia="Times New Roman"/>
                <w:szCs w:val="20"/>
                <w:lang w:eastAsia="tr-TR"/>
              </w:rPr>
            </w:pPr>
          </w:p>
        </w:tc>
        <w:tc>
          <w:tcPr>
            <w:tcW w:w="1168" w:type="dxa"/>
            <w:vAlign w:val="center"/>
          </w:tcPr>
          <w:p w:rsidR="005375CF" w:rsidRPr="007706F9" w:rsidRDefault="005375CF" w:rsidP="009D611D">
            <w:pPr>
              <w:pStyle w:val="Stil4"/>
              <w:jc w:val="center"/>
              <w:rPr>
                <w:rFonts w:eastAsia="Times New Roman"/>
                <w:b w:val="0"/>
                <w:szCs w:val="20"/>
                <w:lang w:eastAsia="tr-TR"/>
              </w:rPr>
            </w:pPr>
          </w:p>
        </w:tc>
        <w:tc>
          <w:tcPr>
            <w:tcW w:w="5909" w:type="dxa"/>
            <w:vAlign w:val="center"/>
          </w:tcPr>
          <w:p w:rsidR="005375CF" w:rsidRPr="007706F9" w:rsidRDefault="005375CF" w:rsidP="009D611D">
            <w:pPr>
              <w:pStyle w:val="Stil4"/>
              <w:rPr>
                <w:rFonts w:eastAsia="Times New Roman"/>
                <w:b w:val="0"/>
                <w:szCs w:val="20"/>
                <w:lang w:eastAsia="tr-TR"/>
              </w:rPr>
            </w:pPr>
          </w:p>
        </w:tc>
      </w:tr>
      <w:tr w:rsidR="005375CF" w:rsidRPr="00B32D63" w:rsidTr="005375CF">
        <w:trPr>
          <w:tblCellSpacing w:w="15" w:type="dxa"/>
        </w:trPr>
        <w:tc>
          <w:tcPr>
            <w:tcW w:w="1729" w:type="dxa"/>
            <w:vAlign w:val="center"/>
          </w:tcPr>
          <w:p w:rsidR="005375CF" w:rsidRPr="00B32D63" w:rsidRDefault="005375CF" w:rsidP="009D611D">
            <w:pPr>
              <w:pStyle w:val="Stil4"/>
              <w:rPr>
                <w:rFonts w:eastAsia="Times New Roman"/>
                <w:szCs w:val="20"/>
                <w:lang w:eastAsia="tr-TR"/>
              </w:rPr>
            </w:pPr>
          </w:p>
        </w:tc>
        <w:tc>
          <w:tcPr>
            <w:tcW w:w="1168" w:type="dxa"/>
            <w:vAlign w:val="center"/>
          </w:tcPr>
          <w:p w:rsidR="005375CF" w:rsidRPr="007706F9" w:rsidRDefault="005375CF" w:rsidP="009D611D">
            <w:pPr>
              <w:pStyle w:val="Stil4"/>
              <w:jc w:val="center"/>
              <w:rPr>
                <w:rFonts w:eastAsia="Times New Roman"/>
                <w:b w:val="0"/>
                <w:szCs w:val="20"/>
                <w:lang w:eastAsia="tr-TR"/>
              </w:rPr>
            </w:pPr>
          </w:p>
        </w:tc>
        <w:tc>
          <w:tcPr>
            <w:tcW w:w="5909" w:type="dxa"/>
            <w:vAlign w:val="center"/>
          </w:tcPr>
          <w:p w:rsidR="005375CF" w:rsidRPr="007706F9" w:rsidRDefault="005375CF" w:rsidP="009D611D">
            <w:pPr>
              <w:pStyle w:val="Stil4"/>
              <w:rPr>
                <w:rFonts w:eastAsia="Times New Roman"/>
                <w:b w:val="0"/>
                <w:szCs w:val="20"/>
                <w:lang w:eastAsia="tr-TR"/>
              </w:rPr>
            </w:pPr>
          </w:p>
        </w:tc>
      </w:tr>
      <w:tr w:rsidR="005375CF" w:rsidRPr="00B32D63" w:rsidTr="005375CF">
        <w:trPr>
          <w:tblCellSpacing w:w="15" w:type="dxa"/>
        </w:trPr>
        <w:tc>
          <w:tcPr>
            <w:tcW w:w="1729" w:type="dxa"/>
            <w:vAlign w:val="center"/>
          </w:tcPr>
          <w:p w:rsidR="005375CF" w:rsidRPr="00B32D63" w:rsidRDefault="005375CF" w:rsidP="009D611D">
            <w:pPr>
              <w:pStyle w:val="Stil4"/>
              <w:rPr>
                <w:rFonts w:eastAsia="Times New Roman"/>
                <w:szCs w:val="20"/>
                <w:lang w:eastAsia="tr-TR"/>
              </w:rPr>
            </w:pPr>
          </w:p>
        </w:tc>
        <w:tc>
          <w:tcPr>
            <w:tcW w:w="1168" w:type="dxa"/>
            <w:vAlign w:val="center"/>
          </w:tcPr>
          <w:p w:rsidR="005375CF" w:rsidRPr="007706F9" w:rsidRDefault="005375CF" w:rsidP="009D611D">
            <w:pPr>
              <w:pStyle w:val="Stil4"/>
              <w:jc w:val="center"/>
              <w:rPr>
                <w:rFonts w:eastAsia="Times New Roman"/>
                <w:b w:val="0"/>
                <w:szCs w:val="20"/>
                <w:lang w:eastAsia="tr-TR"/>
              </w:rPr>
            </w:pPr>
          </w:p>
        </w:tc>
        <w:tc>
          <w:tcPr>
            <w:tcW w:w="5909" w:type="dxa"/>
            <w:vAlign w:val="center"/>
          </w:tcPr>
          <w:p w:rsidR="005375CF" w:rsidRPr="007706F9" w:rsidRDefault="005375CF" w:rsidP="009D611D">
            <w:pPr>
              <w:pStyle w:val="Stil4"/>
              <w:rPr>
                <w:rFonts w:eastAsia="Times New Roman"/>
                <w:b w:val="0"/>
                <w:szCs w:val="20"/>
                <w:lang w:eastAsia="tr-TR"/>
              </w:rPr>
            </w:pPr>
          </w:p>
        </w:tc>
      </w:tr>
      <w:tr w:rsidR="005375CF" w:rsidRPr="00B32D63" w:rsidTr="005375CF">
        <w:trPr>
          <w:tblCellSpacing w:w="15" w:type="dxa"/>
        </w:trPr>
        <w:tc>
          <w:tcPr>
            <w:tcW w:w="1729" w:type="dxa"/>
            <w:vAlign w:val="center"/>
          </w:tcPr>
          <w:p w:rsidR="005375CF" w:rsidRPr="00B32D63" w:rsidRDefault="005375CF" w:rsidP="009D611D">
            <w:pPr>
              <w:pStyle w:val="Stil4"/>
              <w:rPr>
                <w:rFonts w:eastAsia="Times New Roman"/>
                <w:szCs w:val="20"/>
                <w:lang w:eastAsia="tr-TR"/>
              </w:rPr>
            </w:pPr>
          </w:p>
        </w:tc>
        <w:tc>
          <w:tcPr>
            <w:tcW w:w="1168" w:type="dxa"/>
            <w:vAlign w:val="center"/>
          </w:tcPr>
          <w:p w:rsidR="005375CF" w:rsidRPr="007706F9" w:rsidRDefault="005375CF" w:rsidP="009D611D">
            <w:pPr>
              <w:pStyle w:val="Stil4"/>
              <w:jc w:val="center"/>
              <w:rPr>
                <w:rFonts w:eastAsia="Times New Roman"/>
                <w:b w:val="0"/>
                <w:szCs w:val="20"/>
                <w:lang w:eastAsia="tr-TR"/>
              </w:rPr>
            </w:pPr>
          </w:p>
        </w:tc>
        <w:tc>
          <w:tcPr>
            <w:tcW w:w="5909" w:type="dxa"/>
            <w:vAlign w:val="center"/>
          </w:tcPr>
          <w:p w:rsidR="005375CF" w:rsidRPr="007706F9" w:rsidRDefault="005375CF" w:rsidP="009D611D">
            <w:pPr>
              <w:pStyle w:val="Stil4"/>
              <w:rPr>
                <w:rFonts w:eastAsia="Times New Roman"/>
                <w:b w:val="0"/>
                <w:szCs w:val="20"/>
                <w:lang w:eastAsia="tr-TR"/>
              </w:rPr>
            </w:pPr>
          </w:p>
        </w:tc>
      </w:tr>
      <w:tr w:rsidR="005375CF" w:rsidRPr="00B32D63" w:rsidTr="005375CF">
        <w:trPr>
          <w:tblCellSpacing w:w="15" w:type="dxa"/>
        </w:trPr>
        <w:tc>
          <w:tcPr>
            <w:tcW w:w="1729" w:type="dxa"/>
            <w:vAlign w:val="center"/>
          </w:tcPr>
          <w:p w:rsidR="005375CF" w:rsidRPr="0066605D" w:rsidRDefault="005375CF" w:rsidP="009D611D">
            <w:pPr>
              <w:pStyle w:val="Stil4"/>
              <w:rPr>
                <w:rFonts w:eastAsia="Times New Roman"/>
                <w:szCs w:val="20"/>
                <w:highlight w:val="yellow"/>
                <w:lang w:eastAsia="tr-TR"/>
              </w:rPr>
            </w:pPr>
          </w:p>
        </w:tc>
        <w:tc>
          <w:tcPr>
            <w:tcW w:w="1168" w:type="dxa"/>
            <w:vAlign w:val="center"/>
          </w:tcPr>
          <w:p w:rsidR="005375CF" w:rsidRPr="00B32D63" w:rsidRDefault="005375CF" w:rsidP="009D611D">
            <w:pPr>
              <w:pStyle w:val="Stil4"/>
              <w:jc w:val="center"/>
              <w:rPr>
                <w:rFonts w:eastAsia="Times New Roman"/>
                <w:szCs w:val="20"/>
                <w:lang w:eastAsia="tr-TR"/>
              </w:rPr>
            </w:pPr>
          </w:p>
        </w:tc>
        <w:tc>
          <w:tcPr>
            <w:tcW w:w="5909" w:type="dxa"/>
            <w:vAlign w:val="center"/>
          </w:tcPr>
          <w:p w:rsidR="005375CF" w:rsidRPr="00B32D63" w:rsidRDefault="005375CF" w:rsidP="009D611D">
            <w:pPr>
              <w:pStyle w:val="Stil4"/>
              <w:rPr>
                <w:rFonts w:eastAsia="Times New Roman"/>
                <w:szCs w:val="20"/>
                <w:lang w:eastAsia="tr-TR"/>
              </w:rPr>
            </w:pPr>
          </w:p>
        </w:tc>
      </w:tr>
    </w:tbl>
    <w:tbl>
      <w:tblPr>
        <w:tblStyle w:val="TabloKlavuzu"/>
        <w:tblW w:w="8926" w:type="dxa"/>
        <w:tblLook w:val="04A0" w:firstRow="1" w:lastRow="0" w:firstColumn="1" w:lastColumn="0" w:noHBand="0" w:noVBand="1"/>
      </w:tblPr>
      <w:tblGrid>
        <w:gridCol w:w="2029"/>
        <w:gridCol w:w="1555"/>
        <w:gridCol w:w="1456"/>
        <w:gridCol w:w="1990"/>
        <w:gridCol w:w="1896"/>
      </w:tblGrid>
      <w:tr w:rsidR="00E24BA4" w:rsidRPr="0066605D" w:rsidTr="005375CF">
        <w:trPr>
          <w:trHeight w:val="166"/>
        </w:trPr>
        <w:tc>
          <w:tcPr>
            <w:tcW w:w="2029" w:type="dxa"/>
            <w:shd w:val="clear" w:color="auto" w:fill="00B050"/>
          </w:tcPr>
          <w:p w:rsidR="00E24BA4" w:rsidRPr="0066605D" w:rsidRDefault="00E24BA4" w:rsidP="009D611D">
            <w:pPr>
              <w:pStyle w:val="NormalWeb"/>
              <w:rPr>
                <w:sz w:val="16"/>
                <w:szCs w:val="16"/>
              </w:rPr>
            </w:pPr>
            <w:r w:rsidRPr="0066605D">
              <w:rPr>
                <w:sz w:val="16"/>
                <w:szCs w:val="16"/>
              </w:rPr>
              <w:t>Çok Düşük: 1,2</w:t>
            </w:r>
          </w:p>
        </w:tc>
        <w:tc>
          <w:tcPr>
            <w:tcW w:w="1555" w:type="dxa"/>
            <w:shd w:val="clear" w:color="auto" w:fill="92D050"/>
          </w:tcPr>
          <w:p w:rsidR="00E24BA4" w:rsidRPr="0066605D" w:rsidRDefault="00E24BA4" w:rsidP="009D611D">
            <w:pPr>
              <w:pStyle w:val="NormalWeb"/>
              <w:rPr>
                <w:sz w:val="16"/>
                <w:szCs w:val="16"/>
                <w:highlight w:val="yellow"/>
              </w:rPr>
            </w:pPr>
            <w:r w:rsidRPr="0066605D">
              <w:rPr>
                <w:sz w:val="16"/>
                <w:szCs w:val="16"/>
              </w:rPr>
              <w:t>Düşük 3,4,5</w:t>
            </w:r>
          </w:p>
        </w:tc>
        <w:tc>
          <w:tcPr>
            <w:tcW w:w="1456" w:type="dxa"/>
            <w:shd w:val="clear" w:color="auto" w:fill="FFFF00"/>
          </w:tcPr>
          <w:p w:rsidR="00E24BA4" w:rsidRPr="0066605D" w:rsidRDefault="00E24BA4" w:rsidP="009D611D">
            <w:pPr>
              <w:pStyle w:val="NormalWeb"/>
              <w:rPr>
                <w:sz w:val="16"/>
                <w:szCs w:val="16"/>
                <w:highlight w:val="yellow"/>
              </w:rPr>
            </w:pPr>
            <w:proofErr w:type="gramStart"/>
            <w:r w:rsidRPr="0066605D">
              <w:rPr>
                <w:sz w:val="16"/>
                <w:szCs w:val="16"/>
                <w:highlight w:val="yellow"/>
              </w:rPr>
              <w:t>Orta ,8</w:t>
            </w:r>
            <w:proofErr w:type="gramEnd"/>
            <w:r w:rsidRPr="0066605D">
              <w:rPr>
                <w:sz w:val="16"/>
                <w:szCs w:val="16"/>
                <w:highlight w:val="yellow"/>
              </w:rPr>
              <w:t>,9,10</w:t>
            </w:r>
          </w:p>
        </w:tc>
        <w:tc>
          <w:tcPr>
            <w:tcW w:w="1990" w:type="dxa"/>
            <w:shd w:val="clear" w:color="auto" w:fill="F79646" w:themeFill="accent6"/>
          </w:tcPr>
          <w:p w:rsidR="00E24BA4" w:rsidRPr="0066605D" w:rsidRDefault="00E24BA4" w:rsidP="009D611D">
            <w:pPr>
              <w:pStyle w:val="NormalWeb"/>
              <w:rPr>
                <w:sz w:val="16"/>
                <w:szCs w:val="16"/>
              </w:rPr>
            </w:pPr>
            <w:r w:rsidRPr="0066605D">
              <w:rPr>
                <w:sz w:val="16"/>
                <w:szCs w:val="16"/>
              </w:rPr>
              <w:t>Yüksek 12,15,16</w:t>
            </w:r>
          </w:p>
        </w:tc>
        <w:tc>
          <w:tcPr>
            <w:tcW w:w="1896" w:type="dxa"/>
            <w:shd w:val="clear" w:color="auto" w:fill="FF0000"/>
          </w:tcPr>
          <w:p w:rsidR="00E24BA4" w:rsidRPr="0066605D" w:rsidRDefault="00E24BA4" w:rsidP="009D611D">
            <w:pPr>
              <w:pStyle w:val="NormalWeb"/>
              <w:rPr>
                <w:sz w:val="16"/>
                <w:szCs w:val="16"/>
              </w:rPr>
            </w:pPr>
            <w:r w:rsidRPr="0066605D">
              <w:rPr>
                <w:sz w:val="16"/>
                <w:szCs w:val="16"/>
                <w:highlight w:val="red"/>
              </w:rPr>
              <w:t>Çok Yüksek: 20,25</w:t>
            </w:r>
          </w:p>
        </w:tc>
      </w:tr>
    </w:tbl>
    <w:p w:rsidR="00C80D15" w:rsidRDefault="00C80D15" w:rsidP="00E24BA4">
      <w:r w:rsidRPr="00F25A00">
        <w:rPr>
          <w:lang w:val="tr-TR" w:eastAsia="tr-TR"/>
        </w:rPr>
        <w:t>Riske Verilen Cevaplar; Kabul Et, Kontrol Et, İş Sürekliliği Planı, Devretmek</w:t>
      </w:r>
      <w:r>
        <w:rPr>
          <w:lang w:val="tr-TR" w:eastAsia="tr-TR"/>
        </w:rPr>
        <w:t>, Kaçınmak</w:t>
      </w:r>
    </w:p>
    <w:p w:rsidR="00E24BA4" w:rsidRDefault="00E24BA4" w:rsidP="00E24BA4">
      <w:pPr>
        <w:pStyle w:val="Stil2"/>
      </w:pPr>
      <w:bookmarkStart w:id="45" w:name="_Toc217311512"/>
      <w:r>
        <w:t>6.3.Kalite Yönetimi, İzleme ve Değerlendirme</w:t>
      </w:r>
      <w:bookmarkEnd w:id="45"/>
    </w:p>
    <w:p w:rsidR="00E24BA4" w:rsidRPr="00911845" w:rsidRDefault="00E24BA4" w:rsidP="00E24BA4">
      <w:pPr>
        <w:pStyle w:val="2BALIK"/>
        <w:rPr>
          <w:i/>
        </w:rPr>
      </w:pPr>
      <w:r w:rsidRPr="00911845">
        <w:rPr>
          <w:i/>
          <w:highlight w:val="yellow"/>
        </w:rPr>
        <w:t>ÖRNEK BİR METİNDİR HER BİRİM DEĞERLENDİRMESİNİ YAPARAK BU KISMI DÜZENLEMELİDİR.</w:t>
      </w:r>
    </w:p>
    <w:p w:rsidR="00E24BA4" w:rsidRDefault="00E24BA4" w:rsidP="00E24BA4">
      <w:pPr>
        <w:pStyle w:val="2BALIK"/>
        <w:rPr>
          <w:rFonts w:eastAsia="Times New Roman"/>
          <w:szCs w:val="24"/>
        </w:rPr>
      </w:pPr>
      <w:r w:rsidRPr="006A43CE">
        <w:rPr>
          <w:rFonts w:eastAsia="Times New Roman"/>
          <w:szCs w:val="24"/>
        </w:rPr>
        <w:t xml:space="preserve">Birim, üniversite genelinde yürütülen </w:t>
      </w:r>
      <w:r w:rsidRPr="006A43CE">
        <w:rPr>
          <w:rFonts w:eastAsia="Times New Roman"/>
          <w:b/>
          <w:bCs/>
          <w:szCs w:val="24"/>
        </w:rPr>
        <w:t>kurumsal akreditasyon</w:t>
      </w:r>
      <w:r w:rsidRPr="006A43CE">
        <w:rPr>
          <w:rFonts w:eastAsia="Times New Roman"/>
          <w:szCs w:val="24"/>
        </w:rPr>
        <w:t xml:space="preserve">, </w:t>
      </w:r>
      <w:r w:rsidRPr="006A43CE">
        <w:rPr>
          <w:rFonts w:eastAsia="Times New Roman"/>
          <w:b/>
          <w:bCs/>
          <w:szCs w:val="24"/>
        </w:rPr>
        <w:t>program akreditasyonu</w:t>
      </w:r>
      <w:r w:rsidRPr="006A43CE">
        <w:rPr>
          <w:rFonts w:eastAsia="Times New Roman"/>
          <w:szCs w:val="24"/>
        </w:rPr>
        <w:t xml:space="preserve"> ve </w:t>
      </w:r>
      <w:r w:rsidRPr="006A43CE">
        <w:rPr>
          <w:rFonts w:eastAsia="Times New Roman"/>
          <w:b/>
          <w:bCs/>
          <w:szCs w:val="24"/>
        </w:rPr>
        <w:t>iç kalite güvence</w:t>
      </w:r>
      <w:r w:rsidRPr="006A43CE">
        <w:rPr>
          <w:rFonts w:eastAsia="Times New Roman"/>
          <w:szCs w:val="24"/>
        </w:rPr>
        <w:t xml:space="preserve"> süreçlerine aktif katılım sağlamayı; bu kapsamda kendi süreçlerini dokümante etmeyi, performans göstergeleri ve risk yönetimi çıktılarıyla desteklemeyi hedeflemektedir. Böylece, yönetim ve iç kontrol sistemi, sadece mevzuata uyum sağlayan bir yapı olarak değil, aynı zamanda </w:t>
      </w:r>
      <w:r w:rsidRPr="006A43CE">
        <w:rPr>
          <w:rFonts w:eastAsia="Times New Roman"/>
          <w:b/>
          <w:bCs/>
          <w:szCs w:val="24"/>
        </w:rPr>
        <w:t>stratejik yönetim, kalite güvencesi ve kurumsal öğrenme kültürünü</w:t>
      </w:r>
      <w:r w:rsidRPr="006A43CE">
        <w:rPr>
          <w:rFonts w:eastAsia="Times New Roman"/>
          <w:szCs w:val="24"/>
        </w:rPr>
        <w:t xml:space="preserve"> besleyen dinamik bir mekanizma olarak işletilmektedir.</w:t>
      </w:r>
    </w:p>
    <w:p w:rsidR="00E26367" w:rsidRDefault="00E26367" w:rsidP="00E24BA4"/>
    <w:p w:rsidR="00E24BA4" w:rsidRDefault="00E24BA4" w:rsidP="00E24BA4">
      <w:proofErr w:type="spellStart"/>
      <w:r>
        <w:t>Kalite</w:t>
      </w:r>
      <w:proofErr w:type="spellEnd"/>
      <w:r>
        <w:t xml:space="preserve"> </w:t>
      </w:r>
      <w:proofErr w:type="spellStart"/>
      <w:r>
        <w:t>Yönetimi</w:t>
      </w:r>
      <w:proofErr w:type="spellEnd"/>
      <w:r>
        <w:t xml:space="preserve">, </w:t>
      </w:r>
      <w:proofErr w:type="spellStart"/>
      <w:r>
        <w:t>İzleme</w:t>
      </w:r>
      <w:proofErr w:type="spellEnd"/>
      <w:r>
        <w:t xml:space="preserve"> </w:t>
      </w:r>
      <w:proofErr w:type="spellStart"/>
      <w:r>
        <w:t>ve</w:t>
      </w:r>
      <w:proofErr w:type="spellEnd"/>
      <w:r>
        <w:t xml:space="preserve"> </w:t>
      </w:r>
      <w:proofErr w:type="spellStart"/>
      <w:r>
        <w:t>Değerlendirme</w:t>
      </w:r>
      <w:proofErr w:type="spellEnd"/>
      <w:r>
        <w:t xml:space="preserve"> </w:t>
      </w:r>
    </w:p>
    <w:tbl>
      <w:tblPr>
        <w:tblW w:w="5025" w:type="pct"/>
        <w:tblInd w:w="-23" w:type="dxa"/>
        <w:tblCellMar>
          <w:left w:w="70" w:type="dxa"/>
          <w:right w:w="70" w:type="dxa"/>
        </w:tblCellMar>
        <w:tblLook w:val="04A0" w:firstRow="1" w:lastRow="0" w:firstColumn="1" w:lastColumn="0" w:noHBand="0" w:noVBand="1"/>
      </w:tblPr>
      <w:tblGrid>
        <w:gridCol w:w="2209"/>
        <w:gridCol w:w="2212"/>
        <w:gridCol w:w="2536"/>
        <w:gridCol w:w="2114"/>
      </w:tblGrid>
      <w:tr w:rsidR="00F0661A" w:rsidRPr="00F0661A" w:rsidTr="00F0661A">
        <w:trPr>
          <w:trHeight w:val="375"/>
        </w:trPr>
        <w:tc>
          <w:tcPr>
            <w:tcW w:w="1218" w:type="pct"/>
            <w:tcBorders>
              <w:top w:val="double" w:sz="6" w:space="0" w:color="auto"/>
              <w:left w:val="double" w:sz="6" w:space="0" w:color="auto"/>
              <w:bottom w:val="double" w:sz="6" w:space="0" w:color="auto"/>
              <w:right w:val="double" w:sz="6" w:space="0" w:color="auto"/>
            </w:tcBorders>
            <w:shd w:val="clear" w:color="000000" w:fill="B99C71"/>
            <w:noWrap/>
            <w:vAlign w:val="bottom"/>
            <w:hideMark/>
          </w:tcPr>
          <w:p w:rsidR="00F0661A" w:rsidRPr="00F0661A" w:rsidRDefault="00F0661A" w:rsidP="00F0661A">
            <w:pPr>
              <w:spacing w:after="0" w:line="240" w:lineRule="auto"/>
              <w:rPr>
                <w:rFonts w:ascii="Times New Roman" w:eastAsia="Times New Roman" w:hAnsi="Times New Roman" w:cs="Times New Roman"/>
                <w:b/>
                <w:bCs/>
                <w:color w:val="000000"/>
                <w:lang w:val="tr-TR" w:eastAsia="tr-TR"/>
              </w:rPr>
            </w:pPr>
            <w:r w:rsidRPr="00F0661A">
              <w:rPr>
                <w:rFonts w:ascii="Times New Roman" w:eastAsia="Times New Roman" w:hAnsi="Times New Roman" w:cs="Times New Roman"/>
                <w:b/>
                <w:bCs/>
                <w:color w:val="000000"/>
                <w:lang w:val="tr-TR" w:eastAsia="tr-TR"/>
              </w:rPr>
              <w:t>İyileştirme Kategorisi</w:t>
            </w:r>
          </w:p>
        </w:tc>
        <w:tc>
          <w:tcPr>
            <w:tcW w:w="1219" w:type="pct"/>
            <w:tcBorders>
              <w:top w:val="double" w:sz="6" w:space="0" w:color="auto"/>
              <w:left w:val="nil"/>
              <w:bottom w:val="double" w:sz="6" w:space="0" w:color="auto"/>
              <w:right w:val="double" w:sz="6" w:space="0" w:color="auto"/>
            </w:tcBorders>
            <w:shd w:val="clear" w:color="000000" w:fill="B99C71"/>
            <w:noWrap/>
            <w:vAlign w:val="bottom"/>
            <w:hideMark/>
          </w:tcPr>
          <w:p w:rsidR="00F0661A" w:rsidRPr="00F0661A" w:rsidRDefault="00F0661A" w:rsidP="00F0661A">
            <w:pPr>
              <w:spacing w:after="0" w:line="240" w:lineRule="auto"/>
              <w:rPr>
                <w:rFonts w:ascii="Times New Roman" w:eastAsia="Times New Roman" w:hAnsi="Times New Roman" w:cs="Times New Roman"/>
                <w:b/>
                <w:bCs/>
                <w:color w:val="000000"/>
                <w:lang w:val="tr-TR" w:eastAsia="tr-TR"/>
              </w:rPr>
            </w:pPr>
            <w:r w:rsidRPr="00F0661A">
              <w:rPr>
                <w:rFonts w:ascii="Times New Roman" w:eastAsia="Times New Roman" w:hAnsi="Times New Roman" w:cs="Times New Roman"/>
                <w:b/>
                <w:bCs/>
                <w:color w:val="000000"/>
                <w:lang w:val="tr-TR" w:eastAsia="tr-TR"/>
              </w:rPr>
              <w:t>Yapılan İyileştirmeler</w:t>
            </w:r>
          </w:p>
        </w:tc>
        <w:tc>
          <w:tcPr>
            <w:tcW w:w="1398" w:type="pct"/>
            <w:tcBorders>
              <w:top w:val="double" w:sz="6" w:space="0" w:color="auto"/>
              <w:left w:val="nil"/>
              <w:bottom w:val="double" w:sz="6" w:space="0" w:color="auto"/>
              <w:right w:val="double" w:sz="6" w:space="0" w:color="auto"/>
            </w:tcBorders>
            <w:shd w:val="clear" w:color="000000" w:fill="B99C71"/>
            <w:noWrap/>
            <w:vAlign w:val="bottom"/>
            <w:hideMark/>
          </w:tcPr>
          <w:p w:rsidR="00F0661A" w:rsidRPr="00F0661A" w:rsidRDefault="00F0661A" w:rsidP="00F0661A">
            <w:pPr>
              <w:spacing w:after="0" w:line="240" w:lineRule="auto"/>
              <w:rPr>
                <w:rFonts w:ascii="Times New Roman" w:eastAsia="Times New Roman" w:hAnsi="Times New Roman" w:cs="Times New Roman"/>
                <w:b/>
                <w:bCs/>
                <w:color w:val="000000"/>
                <w:lang w:val="tr-TR" w:eastAsia="tr-TR"/>
              </w:rPr>
            </w:pPr>
            <w:r w:rsidRPr="00F0661A">
              <w:rPr>
                <w:rFonts w:ascii="Times New Roman" w:eastAsia="Times New Roman" w:hAnsi="Times New Roman" w:cs="Times New Roman"/>
                <w:b/>
                <w:bCs/>
                <w:color w:val="000000"/>
                <w:lang w:val="tr-TR" w:eastAsia="tr-TR"/>
              </w:rPr>
              <w:t>İyileştirme Durum Bilgisi</w:t>
            </w:r>
          </w:p>
        </w:tc>
        <w:tc>
          <w:tcPr>
            <w:tcW w:w="1165" w:type="pct"/>
            <w:tcBorders>
              <w:top w:val="double" w:sz="6" w:space="0" w:color="auto"/>
              <w:left w:val="nil"/>
              <w:bottom w:val="double" w:sz="6" w:space="0" w:color="auto"/>
              <w:right w:val="double" w:sz="6" w:space="0" w:color="auto"/>
            </w:tcBorders>
            <w:shd w:val="clear" w:color="000000" w:fill="B99C71"/>
            <w:noWrap/>
            <w:vAlign w:val="bottom"/>
            <w:hideMark/>
          </w:tcPr>
          <w:p w:rsidR="00F0661A" w:rsidRPr="00F0661A" w:rsidRDefault="00F0661A" w:rsidP="00F0661A">
            <w:pPr>
              <w:spacing w:after="0" w:line="240" w:lineRule="auto"/>
              <w:rPr>
                <w:rFonts w:ascii="Times New Roman" w:eastAsia="Times New Roman" w:hAnsi="Times New Roman" w:cs="Times New Roman"/>
                <w:b/>
                <w:bCs/>
                <w:color w:val="000000"/>
                <w:lang w:val="tr-TR" w:eastAsia="tr-TR"/>
              </w:rPr>
            </w:pPr>
            <w:r w:rsidRPr="00F0661A">
              <w:rPr>
                <w:rFonts w:ascii="Times New Roman" w:eastAsia="Times New Roman" w:hAnsi="Times New Roman" w:cs="Times New Roman"/>
                <w:b/>
                <w:bCs/>
                <w:color w:val="000000"/>
                <w:lang w:val="tr-TR" w:eastAsia="tr-TR"/>
              </w:rPr>
              <w:t>Tamamlanma Tarihi</w:t>
            </w:r>
          </w:p>
        </w:tc>
      </w:tr>
      <w:tr w:rsidR="00F0661A" w:rsidRPr="00F0661A" w:rsidTr="00F0661A">
        <w:trPr>
          <w:trHeight w:val="330"/>
        </w:trPr>
        <w:tc>
          <w:tcPr>
            <w:tcW w:w="1218" w:type="pct"/>
            <w:tcBorders>
              <w:top w:val="nil"/>
              <w:left w:val="double" w:sz="6" w:space="0" w:color="auto"/>
              <w:bottom w:val="double" w:sz="6" w:space="0" w:color="auto"/>
              <w:right w:val="double" w:sz="6" w:space="0" w:color="auto"/>
            </w:tcBorders>
            <w:shd w:val="clear" w:color="auto" w:fill="auto"/>
            <w:noWrap/>
            <w:vAlign w:val="bottom"/>
            <w:hideMark/>
          </w:tcPr>
          <w:p w:rsidR="00F0661A" w:rsidRPr="00F0661A" w:rsidRDefault="00F0661A" w:rsidP="00F0661A">
            <w:pPr>
              <w:spacing w:after="0" w:line="240" w:lineRule="auto"/>
              <w:rPr>
                <w:rFonts w:ascii="Times New Roman" w:eastAsia="Times New Roman" w:hAnsi="Times New Roman" w:cs="Times New Roman"/>
                <w:b/>
                <w:bCs/>
                <w:lang w:val="tr-TR" w:eastAsia="tr-TR"/>
              </w:rPr>
            </w:pPr>
            <w:r w:rsidRPr="00F0661A">
              <w:rPr>
                <w:rFonts w:ascii="Times New Roman" w:eastAsia="Times New Roman" w:hAnsi="Times New Roman" w:cs="Times New Roman"/>
                <w:b/>
                <w:bCs/>
                <w:lang w:val="tr-TR" w:eastAsia="tr-TR"/>
              </w:rPr>
              <w:t> </w:t>
            </w:r>
          </w:p>
        </w:tc>
        <w:tc>
          <w:tcPr>
            <w:tcW w:w="1219" w:type="pct"/>
            <w:tcBorders>
              <w:top w:val="nil"/>
              <w:left w:val="nil"/>
              <w:bottom w:val="double" w:sz="6" w:space="0" w:color="auto"/>
              <w:right w:val="double" w:sz="6" w:space="0" w:color="auto"/>
            </w:tcBorders>
            <w:shd w:val="clear" w:color="auto" w:fill="auto"/>
            <w:noWrap/>
            <w:vAlign w:val="bottom"/>
            <w:hideMark/>
          </w:tcPr>
          <w:p w:rsidR="00F0661A" w:rsidRPr="00F0661A" w:rsidRDefault="00F0661A" w:rsidP="00F0661A">
            <w:pPr>
              <w:spacing w:after="0" w:line="240" w:lineRule="auto"/>
              <w:rPr>
                <w:rFonts w:ascii="Times New Roman" w:eastAsia="Times New Roman" w:hAnsi="Times New Roman" w:cs="Times New Roman"/>
                <w:b/>
                <w:bCs/>
                <w:lang w:val="tr-TR" w:eastAsia="tr-TR"/>
              </w:rPr>
            </w:pPr>
            <w:r w:rsidRPr="00F0661A">
              <w:rPr>
                <w:rFonts w:ascii="Times New Roman" w:eastAsia="Times New Roman" w:hAnsi="Times New Roman" w:cs="Times New Roman"/>
                <w:b/>
                <w:bCs/>
                <w:lang w:val="tr-TR" w:eastAsia="tr-TR"/>
              </w:rPr>
              <w:t> </w:t>
            </w:r>
          </w:p>
        </w:tc>
        <w:tc>
          <w:tcPr>
            <w:tcW w:w="1398" w:type="pct"/>
            <w:tcBorders>
              <w:top w:val="nil"/>
              <w:left w:val="nil"/>
              <w:bottom w:val="double" w:sz="6" w:space="0" w:color="auto"/>
              <w:right w:val="double" w:sz="6" w:space="0" w:color="auto"/>
            </w:tcBorders>
            <w:shd w:val="clear" w:color="auto" w:fill="auto"/>
            <w:noWrap/>
            <w:vAlign w:val="bottom"/>
            <w:hideMark/>
          </w:tcPr>
          <w:p w:rsidR="00F0661A" w:rsidRPr="00F0661A" w:rsidRDefault="00F0661A" w:rsidP="00F0661A">
            <w:pPr>
              <w:spacing w:after="0" w:line="240" w:lineRule="auto"/>
              <w:rPr>
                <w:rFonts w:ascii="Times New Roman" w:eastAsia="Times New Roman" w:hAnsi="Times New Roman" w:cs="Times New Roman"/>
                <w:b/>
                <w:bCs/>
                <w:lang w:val="tr-TR" w:eastAsia="tr-TR"/>
              </w:rPr>
            </w:pPr>
            <w:r w:rsidRPr="00F0661A">
              <w:rPr>
                <w:rFonts w:ascii="Times New Roman" w:eastAsia="Times New Roman" w:hAnsi="Times New Roman" w:cs="Times New Roman"/>
                <w:b/>
                <w:bCs/>
                <w:lang w:val="tr-TR" w:eastAsia="tr-TR"/>
              </w:rPr>
              <w:t> </w:t>
            </w:r>
          </w:p>
        </w:tc>
        <w:tc>
          <w:tcPr>
            <w:tcW w:w="1165" w:type="pct"/>
            <w:tcBorders>
              <w:top w:val="nil"/>
              <w:left w:val="nil"/>
              <w:bottom w:val="double" w:sz="6" w:space="0" w:color="auto"/>
              <w:right w:val="double" w:sz="6" w:space="0" w:color="auto"/>
            </w:tcBorders>
            <w:shd w:val="clear" w:color="auto" w:fill="auto"/>
            <w:noWrap/>
            <w:vAlign w:val="bottom"/>
            <w:hideMark/>
          </w:tcPr>
          <w:p w:rsidR="00F0661A" w:rsidRPr="00F0661A" w:rsidRDefault="00F0661A" w:rsidP="00F0661A">
            <w:pPr>
              <w:spacing w:after="0" w:line="240" w:lineRule="auto"/>
              <w:rPr>
                <w:rFonts w:ascii="Times New Roman" w:eastAsia="Times New Roman" w:hAnsi="Times New Roman" w:cs="Times New Roman"/>
                <w:b/>
                <w:bCs/>
                <w:lang w:val="tr-TR" w:eastAsia="tr-TR"/>
              </w:rPr>
            </w:pPr>
            <w:r w:rsidRPr="00F0661A">
              <w:rPr>
                <w:rFonts w:ascii="Times New Roman" w:eastAsia="Times New Roman" w:hAnsi="Times New Roman" w:cs="Times New Roman"/>
                <w:b/>
                <w:bCs/>
                <w:lang w:val="tr-TR" w:eastAsia="tr-TR"/>
              </w:rPr>
              <w:t> </w:t>
            </w:r>
          </w:p>
        </w:tc>
      </w:tr>
      <w:tr w:rsidR="00F0661A" w:rsidRPr="00F0661A" w:rsidTr="00F0661A">
        <w:trPr>
          <w:trHeight w:val="315"/>
        </w:trPr>
        <w:tc>
          <w:tcPr>
            <w:tcW w:w="1218" w:type="pct"/>
            <w:tcBorders>
              <w:top w:val="nil"/>
              <w:left w:val="double" w:sz="6" w:space="0" w:color="auto"/>
              <w:bottom w:val="double" w:sz="6" w:space="0" w:color="auto"/>
              <w:right w:val="double" w:sz="6" w:space="0" w:color="auto"/>
            </w:tcBorders>
            <w:shd w:val="clear" w:color="auto" w:fill="auto"/>
            <w:noWrap/>
            <w:vAlign w:val="bottom"/>
            <w:hideMark/>
          </w:tcPr>
          <w:p w:rsidR="00F0661A" w:rsidRPr="00F0661A" w:rsidRDefault="00F0661A" w:rsidP="00F0661A">
            <w:pPr>
              <w:spacing w:after="0" w:line="240" w:lineRule="auto"/>
              <w:rPr>
                <w:rFonts w:ascii="Times New Roman" w:eastAsia="Times New Roman" w:hAnsi="Times New Roman" w:cs="Times New Roman"/>
                <w:b/>
                <w:bCs/>
                <w:lang w:val="tr-TR" w:eastAsia="tr-TR"/>
              </w:rPr>
            </w:pPr>
            <w:r w:rsidRPr="00F0661A">
              <w:rPr>
                <w:rFonts w:ascii="Times New Roman" w:eastAsia="Times New Roman" w:hAnsi="Times New Roman" w:cs="Times New Roman"/>
                <w:b/>
                <w:bCs/>
                <w:lang w:val="tr-TR" w:eastAsia="tr-TR"/>
              </w:rPr>
              <w:t> </w:t>
            </w:r>
          </w:p>
        </w:tc>
        <w:tc>
          <w:tcPr>
            <w:tcW w:w="1219" w:type="pct"/>
            <w:tcBorders>
              <w:top w:val="nil"/>
              <w:left w:val="nil"/>
              <w:bottom w:val="double" w:sz="6" w:space="0" w:color="auto"/>
              <w:right w:val="double" w:sz="6" w:space="0" w:color="auto"/>
            </w:tcBorders>
            <w:shd w:val="clear" w:color="auto" w:fill="auto"/>
            <w:noWrap/>
            <w:vAlign w:val="bottom"/>
            <w:hideMark/>
          </w:tcPr>
          <w:p w:rsidR="00F0661A" w:rsidRPr="00F0661A" w:rsidRDefault="00F0661A" w:rsidP="00F0661A">
            <w:pPr>
              <w:spacing w:after="0" w:line="240" w:lineRule="auto"/>
              <w:rPr>
                <w:rFonts w:ascii="Times New Roman" w:eastAsia="Times New Roman" w:hAnsi="Times New Roman" w:cs="Times New Roman"/>
                <w:b/>
                <w:bCs/>
                <w:lang w:val="tr-TR" w:eastAsia="tr-TR"/>
              </w:rPr>
            </w:pPr>
            <w:r w:rsidRPr="00F0661A">
              <w:rPr>
                <w:rFonts w:ascii="Times New Roman" w:eastAsia="Times New Roman" w:hAnsi="Times New Roman" w:cs="Times New Roman"/>
                <w:b/>
                <w:bCs/>
                <w:lang w:val="tr-TR" w:eastAsia="tr-TR"/>
              </w:rPr>
              <w:t> </w:t>
            </w:r>
          </w:p>
        </w:tc>
        <w:tc>
          <w:tcPr>
            <w:tcW w:w="1398" w:type="pct"/>
            <w:tcBorders>
              <w:top w:val="nil"/>
              <w:left w:val="nil"/>
              <w:bottom w:val="double" w:sz="6" w:space="0" w:color="auto"/>
              <w:right w:val="double" w:sz="6" w:space="0" w:color="auto"/>
            </w:tcBorders>
            <w:shd w:val="clear" w:color="auto" w:fill="auto"/>
            <w:noWrap/>
            <w:vAlign w:val="bottom"/>
            <w:hideMark/>
          </w:tcPr>
          <w:p w:rsidR="00F0661A" w:rsidRPr="00F0661A" w:rsidRDefault="00F0661A" w:rsidP="00F0661A">
            <w:pPr>
              <w:spacing w:after="0" w:line="240" w:lineRule="auto"/>
              <w:rPr>
                <w:rFonts w:ascii="Times New Roman" w:eastAsia="Times New Roman" w:hAnsi="Times New Roman" w:cs="Times New Roman"/>
                <w:b/>
                <w:bCs/>
                <w:lang w:val="tr-TR" w:eastAsia="tr-TR"/>
              </w:rPr>
            </w:pPr>
            <w:r w:rsidRPr="00F0661A">
              <w:rPr>
                <w:rFonts w:ascii="Times New Roman" w:eastAsia="Times New Roman" w:hAnsi="Times New Roman" w:cs="Times New Roman"/>
                <w:b/>
                <w:bCs/>
                <w:lang w:val="tr-TR" w:eastAsia="tr-TR"/>
              </w:rPr>
              <w:t> </w:t>
            </w:r>
          </w:p>
        </w:tc>
        <w:tc>
          <w:tcPr>
            <w:tcW w:w="1165" w:type="pct"/>
            <w:tcBorders>
              <w:top w:val="nil"/>
              <w:left w:val="nil"/>
              <w:bottom w:val="double" w:sz="6" w:space="0" w:color="auto"/>
              <w:right w:val="double" w:sz="6" w:space="0" w:color="auto"/>
            </w:tcBorders>
            <w:shd w:val="clear" w:color="auto" w:fill="auto"/>
            <w:noWrap/>
            <w:vAlign w:val="bottom"/>
            <w:hideMark/>
          </w:tcPr>
          <w:p w:rsidR="00F0661A" w:rsidRPr="00F0661A" w:rsidRDefault="00F0661A" w:rsidP="00F0661A">
            <w:pPr>
              <w:spacing w:after="0" w:line="240" w:lineRule="auto"/>
              <w:rPr>
                <w:rFonts w:ascii="Times New Roman" w:eastAsia="Times New Roman" w:hAnsi="Times New Roman" w:cs="Times New Roman"/>
                <w:b/>
                <w:bCs/>
                <w:lang w:val="tr-TR" w:eastAsia="tr-TR"/>
              </w:rPr>
            </w:pPr>
            <w:r w:rsidRPr="00F0661A">
              <w:rPr>
                <w:rFonts w:ascii="Times New Roman" w:eastAsia="Times New Roman" w:hAnsi="Times New Roman" w:cs="Times New Roman"/>
                <w:b/>
                <w:bCs/>
                <w:lang w:val="tr-TR" w:eastAsia="tr-TR"/>
              </w:rPr>
              <w:t> </w:t>
            </w:r>
          </w:p>
        </w:tc>
      </w:tr>
      <w:tr w:rsidR="00F0661A" w:rsidRPr="00F0661A" w:rsidTr="00F0661A">
        <w:trPr>
          <w:trHeight w:val="315"/>
        </w:trPr>
        <w:tc>
          <w:tcPr>
            <w:tcW w:w="1218" w:type="pct"/>
            <w:tcBorders>
              <w:top w:val="nil"/>
              <w:left w:val="double" w:sz="6" w:space="0" w:color="auto"/>
              <w:bottom w:val="double" w:sz="6" w:space="0" w:color="auto"/>
              <w:right w:val="double" w:sz="6" w:space="0" w:color="auto"/>
            </w:tcBorders>
            <w:shd w:val="clear" w:color="auto" w:fill="auto"/>
            <w:noWrap/>
            <w:vAlign w:val="bottom"/>
            <w:hideMark/>
          </w:tcPr>
          <w:p w:rsidR="00F0661A" w:rsidRPr="00F0661A" w:rsidRDefault="00F0661A" w:rsidP="00F0661A">
            <w:pPr>
              <w:spacing w:after="0" w:line="240" w:lineRule="auto"/>
              <w:rPr>
                <w:rFonts w:ascii="Times New Roman" w:eastAsia="Times New Roman" w:hAnsi="Times New Roman" w:cs="Times New Roman"/>
                <w:b/>
                <w:bCs/>
                <w:lang w:val="tr-TR" w:eastAsia="tr-TR"/>
              </w:rPr>
            </w:pPr>
            <w:r w:rsidRPr="00F0661A">
              <w:rPr>
                <w:rFonts w:ascii="Times New Roman" w:eastAsia="Times New Roman" w:hAnsi="Times New Roman" w:cs="Times New Roman"/>
                <w:b/>
                <w:bCs/>
                <w:lang w:val="tr-TR" w:eastAsia="tr-TR"/>
              </w:rPr>
              <w:t> </w:t>
            </w:r>
          </w:p>
        </w:tc>
        <w:tc>
          <w:tcPr>
            <w:tcW w:w="1219" w:type="pct"/>
            <w:tcBorders>
              <w:top w:val="nil"/>
              <w:left w:val="nil"/>
              <w:bottom w:val="double" w:sz="6" w:space="0" w:color="auto"/>
              <w:right w:val="double" w:sz="6" w:space="0" w:color="auto"/>
            </w:tcBorders>
            <w:shd w:val="clear" w:color="auto" w:fill="auto"/>
            <w:noWrap/>
            <w:vAlign w:val="bottom"/>
            <w:hideMark/>
          </w:tcPr>
          <w:p w:rsidR="00F0661A" w:rsidRPr="00F0661A" w:rsidRDefault="00F0661A" w:rsidP="00F0661A">
            <w:pPr>
              <w:spacing w:after="0" w:line="240" w:lineRule="auto"/>
              <w:rPr>
                <w:rFonts w:ascii="Times New Roman" w:eastAsia="Times New Roman" w:hAnsi="Times New Roman" w:cs="Times New Roman"/>
                <w:b/>
                <w:bCs/>
                <w:lang w:val="tr-TR" w:eastAsia="tr-TR"/>
              </w:rPr>
            </w:pPr>
            <w:r w:rsidRPr="00F0661A">
              <w:rPr>
                <w:rFonts w:ascii="Times New Roman" w:eastAsia="Times New Roman" w:hAnsi="Times New Roman" w:cs="Times New Roman"/>
                <w:b/>
                <w:bCs/>
                <w:lang w:val="tr-TR" w:eastAsia="tr-TR"/>
              </w:rPr>
              <w:t> </w:t>
            </w:r>
          </w:p>
        </w:tc>
        <w:tc>
          <w:tcPr>
            <w:tcW w:w="1398" w:type="pct"/>
            <w:tcBorders>
              <w:top w:val="nil"/>
              <w:left w:val="nil"/>
              <w:bottom w:val="double" w:sz="6" w:space="0" w:color="auto"/>
              <w:right w:val="double" w:sz="6" w:space="0" w:color="auto"/>
            </w:tcBorders>
            <w:shd w:val="clear" w:color="auto" w:fill="auto"/>
            <w:noWrap/>
            <w:vAlign w:val="bottom"/>
            <w:hideMark/>
          </w:tcPr>
          <w:p w:rsidR="00F0661A" w:rsidRPr="00F0661A" w:rsidRDefault="00F0661A" w:rsidP="00F0661A">
            <w:pPr>
              <w:spacing w:after="0" w:line="240" w:lineRule="auto"/>
              <w:rPr>
                <w:rFonts w:ascii="Times New Roman" w:eastAsia="Times New Roman" w:hAnsi="Times New Roman" w:cs="Times New Roman"/>
                <w:b/>
                <w:bCs/>
                <w:lang w:val="tr-TR" w:eastAsia="tr-TR"/>
              </w:rPr>
            </w:pPr>
            <w:r w:rsidRPr="00F0661A">
              <w:rPr>
                <w:rFonts w:ascii="Times New Roman" w:eastAsia="Times New Roman" w:hAnsi="Times New Roman" w:cs="Times New Roman"/>
                <w:b/>
                <w:bCs/>
                <w:lang w:val="tr-TR" w:eastAsia="tr-TR"/>
              </w:rPr>
              <w:t> </w:t>
            </w:r>
          </w:p>
        </w:tc>
        <w:tc>
          <w:tcPr>
            <w:tcW w:w="1165" w:type="pct"/>
            <w:tcBorders>
              <w:top w:val="nil"/>
              <w:left w:val="nil"/>
              <w:bottom w:val="double" w:sz="6" w:space="0" w:color="auto"/>
              <w:right w:val="double" w:sz="6" w:space="0" w:color="auto"/>
            </w:tcBorders>
            <w:shd w:val="clear" w:color="auto" w:fill="auto"/>
            <w:noWrap/>
            <w:vAlign w:val="bottom"/>
            <w:hideMark/>
          </w:tcPr>
          <w:p w:rsidR="00F0661A" w:rsidRPr="00F0661A" w:rsidRDefault="00F0661A" w:rsidP="00F0661A">
            <w:pPr>
              <w:spacing w:after="0" w:line="240" w:lineRule="auto"/>
              <w:rPr>
                <w:rFonts w:ascii="Times New Roman" w:eastAsia="Times New Roman" w:hAnsi="Times New Roman" w:cs="Times New Roman"/>
                <w:b/>
                <w:bCs/>
                <w:lang w:val="tr-TR" w:eastAsia="tr-TR"/>
              </w:rPr>
            </w:pPr>
            <w:r w:rsidRPr="00F0661A">
              <w:rPr>
                <w:rFonts w:ascii="Times New Roman" w:eastAsia="Times New Roman" w:hAnsi="Times New Roman" w:cs="Times New Roman"/>
                <w:b/>
                <w:bCs/>
                <w:lang w:val="tr-TR" w:eastAsia="tr-TR"/>
              </w:rPr>
              <w:t> </w:t>
            </w:r>
          </w:p>
        </w:tc>
      </w:tr>
      <w:tr w:rsidR="00F0661A" w:rsidRPr="00F0661A" w:rsidTr="00F0661A">
        <w:trPr>
          <w:trHeight w:val="315"/>
        </w:trPr>
        <w:tc>
          <w:tcPr>
            <w:tcW w:w="1218" w:type="pct"/>
            <w:tcBorders>
              <w:top w:val="nil"/>
              <w:left w:val="double" w:sz="6" w:space="0" w:color="auto"/>
              <w:bottom w:val="double" w:sz="6" w:space="0" w:color="auto"/>
              <w:right w:val="double" w:sz="6" w:space="0" w:color="auto"/>
            </w:tcBorders>
            <w:shd w:val="clear" w:color="auto" w:fill="auto"/>
            <w:noWrap/>
            <w:vAlign w:val="bottom"/>
            <w:hideMark/>
          </w:tcPr>
          <w:p w:rsidR="00F0661A" w:rsidRPr="00F0661A" w:rsidRDefault="00F0661A" w:rsidP="00F0661A">
            <w:pPr>
              <w:spacing w:after="0" w:line="240" w:lineRule="auto"/>
              <w:rPr>
                <w:rFonts w:ascii="Times New Roman" w:eastAsia="Times New Roman" w:hAnsi="Times New Roman" w:cs="Times New Roman"/>
                <w:b/>
                <w:bCs/>
                <w:lang w:val="tr-TR" w:eastAsia="tr-TR"/>
              </w:rPr>
            </w:pPr>
            <w:r w:rsidRPr="00F0661A">
              <w:rPr>
                <w:rFonts w:ascii="Times New Roman" w:eastAsia="Times New Roman" w:hAnsi="Times New Roman" w:cs="Times New Roman"/>
                <w:b/>
                <w:bCs/>
                <w:lang w:val="tr-TR" w:eastAsia="tr-TR"/>
              </w:rPr>
              <w:t> </w:t>
            </w:r>
          </w:p>
        </w:tc>
        <w:tc>
          <w:tcPr>
            <w:tcW w:w="1219" w:type="pct"/>
            <w:tcBorders>
              <w:top w:val="nil"/>
              <w:left w:val="nil"/>
              <w:bottom w:val="double" w:sz="6" w:space="0" w:color="auto"/>
              <w:right w:val="double" w:sz="6" w:space="0" w:color="auto"/>
            </w:tcBorders>
            <w:shd w:val="clear" w:color="auto" w:fill="auto"/>
            <w:noWrap/>
            <w:vAlign w:val="bottom"/>
            <w:hideMark/>
          </w:tcPr>
          <w:p w:rsidR="00F0661A" w:rsidRPr="00F0661A" w:rsidRDefault="00F0661A" w:rsidP="00F0661A">
            <w:pPr>
              <w:spacing w:after="0" w:line="240" w:lineRule="auto"/>
              <w:rPr>
                <w:rFonts w:ascii="Times New Roman" w:eastAsia="Times New Roman" w:hAnsi="Times New Roman" w:cs="Times New Roman"/>
                <w:b/>
                <w:bCs/>
                <w:lang w:val="tr-TR" w:eastAsia="tr-TR"/>
              </w:rPr>
            </w:pPr>
            <w:r w:rsidRPr="00F0661A">
              <w:rPr>
                <w:rFonts w:ascii="Times New Roman" w:eastAsia="Times New Roman" w:hAnsi="Times New Roman" w:cs="Times New Roman"/>
                <w:b/>
                <w:bCs/>
                <w:lang w:val="tr-TR" w:eastAsia="tr-TR"/>
              </w:rPr>
              <w:t> </w:t>
            </w:r>
          </w:p>
        </w:tc>
        <w:tc>
          <w:tcPr>
            <w:tcW w:w="1398" w:type="pct"/>
            <w:tcBorders>
              <w:top w:val="nil"/>
              <w:left w:val="nil"/>
              <w:bottom w:val="double" w:sz="6" w:space="0" w:color="auto"/>
              <w:right w:val="double" w:sz="6" w:space="0" w:color="auto"/>
            </w:tcBorders>
            <w:shd w:val="clear" w:color="auto" w:fill="auto"/>
            <w:noWrap/>
            <w:vAlign w:val="bottom"/>
            <w:hideMark/>
          </w:tcPr>
          <w:p w:rsidR="00F0661A" w:rsidRPr="00F0661A" w:rsidRDefault="00F0661A" w:rsidP="00F0661A">
            <w:pPr>
              <w:spacing w:after="0" w:line="240" w:lineRule="auto"/>
              <w:rPr>
                <w:rFonts w:ascii="Times New Roman" w:eastAsia="Times New Roman" w:hAnsi="Times New Roman" w:cs="Times New Roman"/>
                <w:b/>
                <w:bCs/>
                <w:lang w:val="tr-TR" w:eastAsia="tr-TR"/>
              </w:rPr>
            </w:pPr>
            <w:r w:rsidRPr="00F0661A">
              <w:rPr>
                <w:rFonts w:ascii="Times New Roman" w:eastAsia="Times New Roman" w:hAnsi="Times New Roman" w:cs="Times New Roman"/>
                <w:b/>
                <w:bCs/>
                <w:lang w:val="tr-TR" w:eastAsia="tr-TR"/>
              </w:rPr>
              <w:t> </w:t>
            </w:r>
          </w:p>
        </w:tc>
        <w:tc>
          <w:tcPr>
            <w:tcW w:w="1165" w:type="pct"/>
            <w:tcBorders>
              <w:top w:val="nil"/>
              <w:left w:val="nil"/>
              <w:bottom w:val="double" w:sz="6" w:space="0" w:color="auto"/>
              <w:right w:val="double" w:sz="6" w:space="0" w:color="auto"/>
            </w:tcBorders>
            <w:shd w:val="clear" w:color="auto" w:fill="auto"/>
            <w:noWrap/>
            <w:vAlign w:val="bottom"/>
            <w:hideMark/>
          </w:tcPr>
          <w:p w:rsidR="00F0661A" w:rsidRPr="00F0661A" w:rsidRDefault="00F0661A" w:rsidP="00F0661A">
            <w:pPr>
              <w:spacing w:after="0" w:line="240" w:lineRule="auto"/>
              <w:rPr>
                <w:rFonts w:ascii="Times New Roman" w:eastAsia="Times New Roman" w:hAnsi="Times New Roman" w:cs="Times New Roman"/>
                <w:b/>
                <w:bCs/>
                <w:lang w:val="tr-TR" w:eastAsia="tr-TR"/>
              </w:rPr>
            </w:pPr>
            <w:r w:rsidRPr="00F0661A">
              <w:rPr>
                <w:rFonts w:ascii="Times New Roman" w:eastAsia="Times New Roman" w:hAnsi="Times New Roman" w:cs="Times New Roman"/>
                <w:b/>
                <w:bCs/>
                <w:lang w:val="tr-TR" w:eastAsia="tr-TR"/>
              </w:rPr>
              <w:t> </w:t>
            </w:r>
          </w:p>
        </w:tc>
      </w:tr>
      <w:tr w:rsidR="00F0661A" w:rsidRPr="00F0661A" w:rsidTr="00F0661A">
        <w:trPr>
          <w:trHeight w:val="315"/>
        </w:trPr>
        <w:tc>
          <w:tcPr>
            <w:tcW w:w="1218" w:type="pct"/>
            <w:tcBorders>
              <w:top w:val="nil"/>
              <w:left w:val="double" w:sz="6" w:space="0" w:color="auto"/>
              <w:bottom w:val="double" w:sz="6" w:space="0" w:color="auto"/>
              <w:right w:val="double" w:sz="6" w:space="0" w:color="auto"/>
            </w:tcBorders>
            <w:shd w:val="clear" w:color="auto" w:fill="auto"/>
            <w:noWrap/>
            <w:vAlign w:val="bottom"/>
            <w:hideMark/>
          </w:tcPr>
          <w:p w:rsidR="00F0661A" w:rsidRPr="00F0661A" w:rsidRDefault="00F0661A" w:rsidP="00F0661A">
            <w:pPr>
              <w:spacing w:after="0" w:line="240" w:lineRule="auto"/>
              <w:rPr>
                <w:rFonts w:ascii="Times New Roman" w:eastAsia="Times New Roman" w:hAnsi="Times New Roman" w:cs="Times New Roman"/>
                <w:b/>
                <w:bCs/>
                <w:lang w:val="tr-TR" w:eastAsia="tr-TR"/>
              </w:rPr>
            </w:pPr>
            <w:r w:rsidRPr="00F0661A">
              <w:rPr>
                <w:rFonts w:ascii="Times New Roman" w:eastAsia="Times New Roman" w:hAnsi="Times New Roman" w:cs="Times New Roman"/>
                <w:b/>
                <w:bCs/>
                <w:lang w:val="tr-TR" w:eastAsia="tr-TR"/>
              </w:rPr>
              <w:t> </w:t>
            </w:r>
          </w:p>
        </w:tc>
        <w:tc>
          <w:tcPr>
            <w:tcW w:w="1219" w:type="pct"/>
            <w:tcBorders>
              <w:top w:val="nil"/>
              <w:left w:val="nil"/>
              <w:bottom w:val="double" w:sz="6" w:space="0" w:color="auto"/>
              <w:right w:val="double" w:sz="6" w:space="0" w:color="auto"/>
            </w:tcBorders>
            <w:shd w:val="clear" w:color="auto" w:fill="auto"/>
            <w:noWrap/>
            <w:vAlign w:val="bottom"/>
            <w:hideMark/>
          </w:tcPr>
          <w:p w:rsidR="00F0661A" w:rsidRPr="00F0661A" w:rsidRDefault="00F0661A" w:rsidP="00F0661A">
            <w:pPr>
              <w:spacing w:after="0" w:line="240" w:lineRule="auto"/>
              <w:rPr>
                <w:rFonts w:ascii="Times New Roman" w:eastAsia="Times New Roman" w:hAnsi="Times New Roman" w:cs="Times New Roman"/>
                <w:b/>
                <w:bCs/>
                <w:lang w:val="tr-TR" w:eastAsia="tr-TR"/>
              </w:rPr>
            </w:pPr>
            <w:r w:rsidRPr="00F0661A">
              <w:rPr>
                <w:rFonts w:ascii="Times New Roman" w:eastAsia="Times New Roman" w:hAnsi="Times New Roman" w:cs="Times New Roman"/>
                <w:b/>
                <w:bCs/>
                <w:lang w:val="tr-TR" w:eastAsia="tr-TR"/>
              </w:rPr>
              <w:t> </w:t>
            </w:r>
          </w:p>
        </w:tc>
        <w:tc>
          <w:tcPr>
            <w:tcW w:w="1398" w:type="pct"/>
            <w:tcBorders>
              <w:top w:val="nil"/>
              <w:left w:val="nil"/>
              <w:bottom w:val="double" w:sz="6" w:space="0" w:color="auto"/>
              <w:right w:val="double" w:sz="6" w:space="0" w:color="auto"/>
            </w:tcBorders>
            <w:shd w:val="clear" w:color="auto" w:fill="auto"/>
            <w:noWrap/>
            <w:vAlign w:val="bottom"/>
            <w:hideMark/>
          </w:tcPr>
          <w:p w:rsidR="00F0661A" w:rsidRPr="00F0661A" w:rsidRDefault="00F0661A" w:rsidP="00F0661A">
            <w:pPr>
              <w:spacing w:after="0" w:line="240" w:lineRule="auto"/>
              <w:rPr>
                <w:rFonts w:ascii="Times New Roman" w:eastAsia="Times New Roman" w:hAnsi="Times New Roman" w:cs="Times New Roman"/>
                <w:b/>
                <w:bCs/>
                <w:lang w:val="tr-TR" w:eastAsia="tr-TR"/>
              </w:rPr>
            </w:pPr>
            <w:r w:rsidRPr="00F0661A">
              <w:rPr>
                <w:rFonts w:ascii="Times New Roman" w:eastAsia="Times New Roman" w:hAnsi="Times New Roman" w:cs="Times New Roman"/>
                <w:b/>
                <w:bCs/>
                <w:lang w:val="tr-TR" w:eastAsia="tr-TR"/>
              </w:rPr>
              <w:t> </w:t>
            </w:r>
          </w:p>
        </w:tc>
        <w:tc>
          <w:tcPr>
            <w:tcW w:w="1165" w:type="pct"/>
            <w:tcBorders>
              <w:top w:val="nil"/>
              <w:left w:val="nil"/>
              <w:bottom w:val="double" w:sz="6" w:space="0" w:color="auto"/>
              <w:right w:val="double" w:sz="6" w:space="0" w:color="auto"/>
            </w:tcBorders>
            <w:shd w:val="clear" w:color="auto" w:fill="auto"/>
            <w:noWrap/>
            <w:vAlign w:val="bottom"/>
            <w:hideMark/>
          </w:tcPr>
          <w:p w:rsidR="00F0661A" w:rsidRPr="00F0661A" w:rsidRDefault="00F0661A" w:rsidP="00F0661A">
            <w:pPr>
              <w:spacing w:after="0" w:line="240" w:lineRule="auto"/>
              <w:rPr>
                <w:rFonts w:ascii="Times New Roman" w:eastAsia="Times New Roman" w:hAnsi="Times New Roman" w:cs="Times New Roman"/>
                <w:b/>
                <w:bCs/>
                <w:lang w:val="tr-TR" w:eastAsia="tr-TR"/>
              </w:rPr>
            </w:pPr>
            <w:r w:rsidRPr="00F0661A">
              <w:rPr>
                <w:rFonts w:ascii="Times New Roman" w:eastAsia="Times New Roman" w:hAnsi="Times New Roman" w:cs="Times New Roman"/>
                <w:b/>
                <w:bCs/>
                <w:lang w:val="tr-TR" w:eastAsia="tr-TR"/>
              </w:rPr>
              <w:t> </w:t>
            </w:r>
          </w:p>
        </w:tc>
      </w:tr>
    </w:tbl>
    <w:p w:rsidR="00E24BA4" w:rsidRDefault="00E24BA4" w:rsidP="00E24BA4">
      <w:pPr>
        <w:jc w:val="both"/>
        <w:rPr>
          <w:rFonts w:cs="Times New Roman"/>
          <w:color w:val="FF0000"/>
        </w:rPr>
      </w:pPr>
    </w:p>
    <w:p w:rsidR="00E24BA4" w:rsidRPr="000C0E61" w:rsidRDefault="00E24BA4" w:rsidP="0037477C">
      <w:pPr>
        <w:pStyle w:val="Stil1"/>
      </w:pPr>
      <w:bookmarkStart w:id="46" w:name="_Toc153118729"/>
      <w:bookmarkStart w:id="47" w:name="_Toc153376771"/>
      <w:bookmarkStart w:id="48" w:name="_Toc217311513"/>
      <w:r w:rsidRPr="000C0E61">
        <w:t xml:space="preserve">AMAÇ VE </w:t>
      </w:r>
      <w:r w:rsidRPr="0037477C">
        <w:t>HEDEFLER</w:t>
      </w:r>
      <w:bookmarkEnd w:id="46"/>
      <w:bookmarkEnd w:id="47"/>
      <w:bookmarkEnd w:id="48"/>
    </w:p>
    <w:p w:rsidR="00E24BA4" w:rsidRPr="0057739B" w:rsidRDefault="00E24BA4" w:rsidP="00E24BA4">
      <w:pPr>
        <w:pStyle w:val="Stil2"/>
      </w:pPr>
      <w:bookmarkStart w:id="49" w:name="_Toc153118730"/>
      <w:bookmarkStart w:id="50" w:name="_Toc153376772"/>
      <w:bookmarkStart w:id="51" w:name="_Toc217311514"/>
      <w:proofErr w:type="spellStart"/>
      <w:r>
        <w:t>A.</w:t>
      </w:r>
      <w:r w:rsidRPr="0057739B">
        <w:t>Temel</w:t>
      </w:r>
      <w:proofErr w:type="spellEnd"/>
      <w:r w:rsidRPr="0057739B">
        <w:t xml:space="preserve"> Politika ve Öncelikler</w:t>
      </w:r>
      <w:bookmarkEnd w:id="49"/>
      <w:bookmarkEnd w:id="50"/>
      <w:bookmarkEnd w:id="51"/>
    </w:p>
    <w:p w:rsidR="00E24BA4" w:rsidRDefault="00E24BA4" w:rsidP="00E24BA4">
      <w:pPr>
        <w:pStyle w:val="2BALIK"/>
      </w:pPr>
      <w:r>
        <w:rPr>
          <w:highlight w:val="yellow"/>
        </w:rPr>
        <w:t>ÖRNEK METİN- BİRİMİN FAALİYET ALANINA GÖRE METİN DÜZENLENMELİDİR.</w:t>
      </w:r>
      <w:r>
        <w:t xml:space="preserve"> Birimimizin temel politika ve öncelikleri; </w:t>
      </w:r>
      <w:r>
        <w:rPr>
          <w:rStyle w:val="Gl"/>
        </w:rPr>
        <w:t>Araştırma Politikası Hedefleri</w:t>
      </w:r>
      <w:r>
        <w:t xml:space="preserve">, </w:t>
      </w:r>
      <w:r>
        <w:rPr>
          <w:rStyle w:val="Gl"/>
        </w:rPr>
        <w:t>Açık Bilim Politikası Hedefleri</w:t>
      </w:r>
      <w:r>
        <w:t xml:space="preserve"> ve </w:t>
      </w:r>
      <w:r>
        <w:rPr>
          <w:rStyle w:val="Gl"/>
        </w:rPr>
        <w:t>Sürdürülebilir Üniversite Politika Hedefleri</w:t>
      </w:r>
      <w:r>
        <w:t xml:space="preserve"> başta olmak üzere, üniversitemizin kurumsal politika setleriyle uyumlu olarak şekillendirilmektedir. Bu kapsamda; </w:t>
      </w:r>
      <w:r>
        <w:rPr>
          <w:rStyle w:val="Gl"/>
        </w:rPr>
        <w:t>Bilgi Güvenliği</w:t>
      </w:r>
      <w:r>
        <w:t xml:space="preserve">, </w:t>
      </w:r>
      <w:r>
        <w:rPr>
          <w:rStyle w:val="Gl"/>
        </w:rPr>
        <w:t>Çevre Yönetimi</w:t>
      </w:r>
      <w:r>
        <w:t xml:space="preserve">, </w:t>
      </w:r>
      <w:r>
        <w:rPr>
          <w:rStyle w:val="Gl"/>
        </w:rPr>
        <w:t>Çevrimiçi ve Uzaktan Eğitim</w:t>
      </w:r>
      <w:r>
        <w:t xml:space="preserve">, </w:t>
      </w:r>
      <w:r>
        <w:rPr>
          <w:rStyle w:val="Gl"/>
        </w:rPr>
        <w:t>Dijitalleşme</w:t>
      </w:r>
      <w:r>
        <w:t xml:space="preserve">, </w:t>
      </w:r>
      <w:r>
        <w:rPr>
          <w:rStyle w:val="Gl"/>
        </w:rPr>
        <w:t>Eğitim</w:t>
      </w:r>
      <w:r>
        <w:t xml:space="preserve">, </w:t>
      </w:r>
      <w:r>
        <w:rPr>
          <w:rStyle w:val="Gl"/>
        </w:rPr>
        <w:t>Entegre Yönetim</w:t>
      </w:r>
      <w:r>
        <w:t xml:space="preserve">, </w:t>
      </w:r>
      <w:r>
        <w:rPr>
          <w:rStyle w:val="Gl"/>
        </w:rPr>
        <w:t>Enerji Yönetimi</w:t>
      </w:r>
      <w:r>
        <w:t xml:space="preserve">, </w:t>
      </w:r>
      <w:r>
        <w:rPr>
          <w:rStyle w:val="Gl"/>
        </w:rPr>
        <w:t>İnsan Kaynakları</w:t>
      </w:r>
      <w:r>
        <w:t xml:space="preserve">, </w:t>
      </w:r>
      <w:r>
        <w:rPr>
          <w:rStyle w:val="Gl"/>
        </w:rPr>
        <w:t>İş Sağlığı ve Güvenliği</w:t>
      </w:r>
      <w:r>
        <w:t xml:space="preserve">, </w:t>
      </w:r>
      <w:r>
        <w:rPr>
          <w:rStyle w:val="Gl"/>
        </w:rPr>
        <w:t>Kalite Güvence</w:t>
      </w:r>
      <w:r>
        <w:t xml:space="preserve">, </w:t>
      </w:r>
      <w:r>
        <w:rPr>
          <w:rStyle w:val="Gl"/>
        </w:rPr>
        <w:t>Kişisel Verilerin Korunması ve İşlenmesi</w:t>
      </w:r>
      <w:r>
        <w:t xml:space="preserve">, </w:t>
      </w:r>
      <w:r>
        <w:rPr>
          <w:rStyle w:val="Gl"/>
        </w:rPr>
        <w:t>Kurumsal İletişim</w:t>
      </w:r>
      <w:r>
        <w:t xml:space="preserve"> ve </w:t>
      </w:r>
      <w:r>
        <w:rPr>
          <w:rStyle w:val="Gl"/>
        </w:rPr>
        <w:t>Kurumsal Veri Yönetimi Politikası Hedefleri</w:t>
      </w:r>
      <w:r>
        <w:t xml:space="preserve"> birimin tüm faaliyetleri için temel referans dokümanlar olarak dikkate alınmaktadır.</w:t>
      </w:r>
    </w:p>
    <w:p w:rsidR="00E24BA4" w:rsidRDefault="00E24BA4" w:rsidP="00E24BA4">
      <w:pPr>
        <w:pStyle w:val="2BALIK"/>
      </w:pPr>
      <w:r>
        <w:t>Birim, eğitim-öğretim, araştırma-geliştirme, toplumsal katkı ve kurumsal kapasite alanlarındaki amaç ve hedeflerini bu politika belgeleriyle ilişkilendirerek planlamakta; şeffaflık, hesap verebilirlik, etik ilkelere bağlılık, bilgi güvenliği, sürdürülebilirlik ve dijitalleşme gibi yatay politika önceliklerini tüm süreçlerinde gözetmektedir.</w:t>
      </w:r>
    </w:p>
    <w:p w:rsidR="00E24BA4" w:rsidRDefault="00E24BA4" w:rsidP="00E24BA4">
      <w:pPr>
        <w:pStyle w:val="2BALIK"/>
      </w:pPr>
    </w:p>
    <w:p w:rsidR="00E24BA4" w:rsidRPr="000C0E61" w:rsidRDefault="00E24BA4" w:rsidP="00E24BA4">
      <w:pPr>
        <w:pStyle w:val="Stil2"/>
        <w:ind w:left="567" w:firstLine="0"/>
      </w:pPr>
      <w:bookmarkStart w:id="52" w:name="_Toc153118731"/>
      <w:bookmarkStart w:id="53" w:name="_Toc153376773"/>
      <w:bookmarkStart w:id="54" w:name="_Toc217311515"/>
      <w:proofErr w:type="spellStart"/>
      <w:r>
        <w:t>B.İdarenin</w:t>
      </w:r>
      <w:proofErr w:type="spellEnd"/>
      <w:r w:rsidRPr="000C0E61">
        <w:t xml:space="preserve"> </w:t>
      </w:r>
      <w:bookmarkStart w:id="55" w:name="_Hlk186025666"/>
      <w:r w:rsidRPr="000C0E61">
        <w:t>Stratejik Plan</w:t>
      </w:r>
      <w:r>
        <w:t xml:space="preserve">ında Yer Alan </w:t>
      </w:r>
      <w:r w:rsidRPr="000C0E61">
        <w:t>Amaç ve Hedefler</w:t>
      </w:r>
      <w:bookmarkEnd w:id="52"/>
      <w:bookmarkEnd w:id="53"/>
      <w:bookmarkEnd w:id="54"/>
    </w:p>
    <w:p w:rsidR="00E24BA4" w:rsidRDefault="00E24BA4" w:rsidP="00E24BA4">
      <w:pPr>
        <w:pStyle w:val="2BALIK"/>
      </w:pPr>
      <w:bookmarkStart w:id="56" w:name="_Hlk186025673"/>
      <w:bookmarkEnd w:id="55"/>
      <w:r w:rsidRPr="007706F9">
        <w:t>Birim faaliyetleri, Üniversitenin stratejik planında yer alan amaç ve hedeflerle uyumlu olacak şekilde yürütülmektedir</w:t>
      </w:r>
      <w:r>
        <w:t xml:space="preserve">. </w:t>
      </w:r>
    </w:p>
    <w:p w:rsidR="00E24BA4" w:rsidRDefault="00E24BA4" w:rsidP="00E24BA4">
      <w:pPr>
        <w:spacing w:line="360" w:lineRule="auto"/>
        <w:jc w:val="both"/>
      </w:pPr>
    </w:p>
    <w:p w:rsidR="00E24BA4" w:rsidRDefault="00E24BA4" w:rsidP="00E24BA4">
      <w:pPr>
        <w:pStyle w:val="2BALIK"/>
      </w:pPr>
      <w:r w:rsidRPr="0057739B">
        <w:rPr>
          <w:highlight w:val="yellow"/>
        </w:rPr>
        <w:t>Bu bölümde, birimin sorumlu old</w:t>
      </w:r>
      <w:r>
        <w:rPr>
          <w:highlight w:val="yellow"/>
        </w:rPr>
        <w:t xml:space="preserve">uğu veya işbirliği dahilinde katkı sağladığı stratejik amaç ve hedefler </w:t>
      </w:r>
      <w:r w:rsidRPr="0057739B">
        <w:rPr>
          <w:highlight w:val="yellow"/>
        </w:rPr>
        <w:t xml:space="preserve">tablo hâlinde </w:t>
      </w:r>
      <w:bookmarkStart w:id="57" w:name="_Toc153118733"/>
      <w:bookmarkStart w:id="58" w:name="_Toc153376775"/>
      <w:bookmarkEnd w:id="56"/>
      <w:r w:rsidRPr="0057739B">
        <w:rPr>
          <w:highlight w:val="yellow"/>
        </w:rPr>
        <w:t>gösterilecektir.</w:t>
      </w:r>
    </w:p>
    <w:p w:rsidR="00E24BA4" w:rsidRDefault="00E24BA4" w:rsidP="00E24BA4">
      <w:proofErr w:type="spellStart"/>
      <w:r>
        <w:t>Birimin</w:t>
      </w:r>
      <w:proofErr w:type="spellEnd"/>
      <w:r>
        <w:t xml:space="preserve"> </w:t>
      </w:r>
      <w:proofErr w:type="spellStart"/>
      <w:r>
        <w:t>Sorumlu</w:t>
      </w:r>
      <w:proofErr w:type="spellEnd"/>
      <w:r>
        <w:t xml:space="preserve"> </w:t>
      </w:r>
      <w:proofErr w:type="spellStart"/>
      <w:r>
        <w:t>Olduğu</w:t>
      </w:r>
      <w:proofErr w:type="spellEnd"/>
      <w:r>
        <w:t xml:space="preserve"> </w:t>
      </w:r>
      <w:proofErr w:type="spellStart"/>
      <w:r>
        <w:t>veya</w:t>
      </w:r>
      <w:proofErr w:type="spellEnd"/>
      <w:r>
        <w:t xml:space="preserve"> </w:t>
      </w:r>
      <w:proofErr w:type="spellStart"/>
      <w:r>
        <w:t>İşbirliği</w:t>
      </w:r>
      <w:proofErr w:type="spellEnd"/>
      <w:r>
        <w:t xml:space="preserve"> </w:t>
      </w:r>
      <w:proofErr w:type="spellStart"/>
      <w:r>
        <w:t>Dahilinde</w:t>
      </w:r>
      <w:proofErr w:type="spellEnd"/>
      <w:r>
        <w:t xml:space="preserve"> </w:t>
      </w:r>
      <w:proofErr w:type="spellStart"/>
      <w:r>
        <w:t>Katkı</w:t>
      </w:r>
      <w:proofErr w:type="spellEnd"/>
      <w:r>
        <w:t xml:space="preserve"> </w:t>
      </w:r>
      <w:proofErr w:type="spellStart"/>
      <w:r>
        <w:t>Sağladığı</w:t>
      </w:r>
      <w:proofErr w:type="spellEnd"/>
      <w:r>
        <w:t xml:space="preserve"> </w:t>
      </w:r>
      <w:proofErr w:type="spellStart"/>
      <w:r>
        <w:t>Hedefler</w:t>
      </w:r>
      <w:proofErr w:type="spellEnd"/>
    </w:p>
    <w:tbl>
      <w:tblPr>
        <w:tblW w:w="906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17"/>
        <w:gridCol w:w="6550"/>
      </w:tblGrid>
      <w:tr w:rsidR="00E24BA4" w:rsidRPr="00211459" w:rsidTr="009D611D">
        <w:trPr>
          <w:tblHeader/>
          <w:tblCellSpacing w:w="15" w:type="dxa"/>
        </w:trPr>
        <w:tc>
          <w:tcPr>
            <w:tcW w:w="0" w:type="auto"/>
            <w:shd w:val="clear" w:color="auto" w:fill="B99C71"/>
            <w:vAlign w:val="center"/>
            <w:hideMark/>
          </w:tcPr>
          <w:p w:rsidR="00E24BA4" w:rsidRPr="00211459" w:rsidRDefault="00E24BA4" w:rsidP="009D611D">
            <w:pPr>
              <w:pStyle w:val="Stil4"/>
              <w:rPr>
                <w:rFonts w:eastAsia="Times New Roman"/>
                <w:lang w:eastAsia="tr-TR"/>
              </w:rPr>
            </w:pPr>
            <w:r>
              <w:rPr>
                <w:rFonts w:eastAsia="Times New Roman"/>
                <w:lang w:eastAsia="tr-TR"/>
              </w:rPr>
              <w:t>Stratejik Amaç</w:t>
            </w:r>
          </w:p>
        </w:tc>
        <w:tc>
          <w:tcPr>
            <w:tcW w:w="6505" w:type="dxa"/>
            <w:shd w:val="clear" w:color="auto" w:fill="B99C71"/>
            <w:vAlign w:val="center"/>
            <w:hideMark/>
          </w:tcPr>
          <w:p w:rsidR="00E24BA4" w:rsidRPr="00211459" w:rsidRDefault="00E24BA4" w:rsidP="009D611D">
            <w:pPr>
              <w:pStyle w:val="Stil4"/>
              <w:rPr>
                <w:rFonts w:eastAsia="Times New Roman"/>
                <w:lang w:eastAsia="tr-TR"/>
              </w:rPr>
            </w:pPr>
            <w:r>
              <w:rPr>
                <w:rFonts w:eastAsia="Times New Roman"/>
                <w:lang w:eastAsia="tr-TR"/>
              </w:rPr>
              <w:t>Stratejik Hedef</w:t>
            </w:r>
          </w:p>
        </w:tc>
      </w:tr>
      <w:tr w:rsidR="00E24BA4" w:rsidRPr="00211459" w:rsidTr="009D611D">
        <w:trPr>
          <w:tblCellSpacing w:w="15" w:type="dxa"/>
        </w:trPr>
        <w:tc>
          <w:tcPr>
            <w:tcW w:w="0" w:type="auto"/>
            <w:vAlign w:val="center"/>
          </w:tcPr>
          <w:p w:rsidR="00E24BA4" w:rsidRPr="00211459" w:rsidRDefault="00E24BA4" w:rsidP="009D611D">
            <w:pPr>
              <w:pStyle w:val="Stil4"/>
              <w:rPr>
                <w:rFonts w:eastAsia="Times New Roman"/>
                <w:lang w:eastAsia="tr-TR"/>
              </w:rPr>
            </w:pPr>
          </w:p>
        </w:tc>
        <w:tc>
          <w:tcPr>
            <w:tcW w:w="6505" w:type="dxa"/>
            <w:vAlign w:val="center"/>
          </w:tcPr>
          <w:p w:rsidR="00E24BA4" w:rsidRPr="00211459" w:rsidRDefault="00E24BA4" w:rsidP="009D611D">
            <w:pPr>
              <w:pStyle w:val="Stil4"/>
              <w:rPr>
                <w:rFonts w:eastAsia="Times New Roman"/>
                <w:lang w:eastAsia="tr-TR"/>
              </w:rPr>
            </w:pPr>
          </w:p>
        </w:tc>
      </w:tr>
      <w:tr w:rsidR="00E24BA4" w:rsidRPr="00211459" w:rsidTr="009D611D">
        <w:trPr>
          <w:tblCellSpacing w:w="15" w:type="dxa"/>
        </w:trPr>
        <w:tc>
          <w:tcPr>
            <w:tcW w:w="0" w:type="auto"/>
            <w:vAlign w:val="center"/>
          </w:tcPr>
          <w:p w:rsidR="00E24BA4" w:rsidRPr="00211459" w:rsidRDefault="00E24BA4" w:rsidP="009D611D">
            <w:pPr>
              <w:pStyle w:val="Stil4"/>
              <w:rPr>
                <w:rFonts w:eastAsia="Times New Roman"/>
                <w:lang w:eastAsia="tr-TR"/>
              </w:rPr>
            </w:pPr>
          </w:p>
        </w:tc>
        <w:tc>
          <w:tcPr>
            <w:tcW w:w="6505" w:type="dxa"/>
            <w:vAlign w:val="center"/>
          </w:tcPr>
          <w:p w:rsidR="00E24BA4" w:rsidRPr="00211459" w:rsidRDefault="00E24BA4" w:rsidP="009D611D">
            <w:pPr>
              <w:pStyle w:val="Stil4"/>
              <w:rPr>
                <w:rFonts w:eastAsia="Times New Roman"/>
                <w:lang w:eastAsia="tr-TR"/>
              </w:rPr>
            </w:pPr>
          </w:p>
        </w:tc>
      </w:tr>
      <w:tr w:rsidR="00E24BA4" w:rsidRPr="00211459" w:rsidTr="009D611D">
        <w:trPr>
          <w:tblCellSpacing w:w="15" w:type="dxa"/>
        </w:trPr>
        <w:tc>
          <w:tcPr>
            <w:tcW w:w="0" w:type="auto"/>
            <w:vAlign w:val="center"/>
          </w:tcPr>
          <w:p w:rsidR="00E24BA4" w:rsidRPr="00211459" w:rsidRDefault="00E24BA4" w:rsidP="009D611D">
            <w:pPr>
              <w:pStyle w:val="Stil4"/>
              <w:rPr>
                <w:rFonts w:eastAsia="Times New Roman"/>
                <w:lang w:eastAsia="tr-TR"/>
              </w:rPr>
            </w:pPr>
          </w:p>
        </w:tc>
        <w:tc>
          <w:tcPr>
            <w:tcW w:w="6505" w:type="dxa"/>
            <w:vAlign w:val="center"/>
          </w:tcPr>
          <w:p w:rsidR="00E24BA4" w:rsidRPr="00211459" w:rsidRDefault="00E24BA4" w:rsidP="009D611D">
            <w:pPr>
              <w:pStyle w:val="Stil4"/>
              <w:rPr>
                <w:rFonts w:eastAsia="Times New Roman"/>
                <w:lang w:eastAsia="tr-TR"/>
              </w:rPr>
            </w:pPr>
          </w:p>
        </w:tc>
      </w:tr>
      <w:tr w:rsidR="00E24BA4" w:rsidRPr="00211459" w:rsidTr="009D611D">
        <w:trPr>
          <w:tblCellSpacing w:w="15" w:type="dxa"/>
        </w:trPr>
        <w:tc>
          <w:tcPr>
            <w:tcW w:w="0" w:type="auto"/>
            <w:vAlign w:val="center"/>
          </w:tcPr>
          <w:p w:rsidR="00E24BA4" w:rsidRPr="00211459" w:rsidRDefault="00E24BA4" w:rsidP="009D611D">
            <w:pPr>
              <w:pStyle w:val="Stil4"/>
              <w:rPr>
                <w:rFonts w:eastAsia="Times New Roman"/>
                <w:lang w:eastAsia="tr-TR"/>
              </w:rPr>
            </w:pPr>
          </w:p>
        </w:tc>
        <w:tc>
          <w:tcPr>
            <w:tcW w:w="6505" w:type="dxa"/>
            <w:vAlign w:val="center"/>
          </w:tcPr>
          <w:p w:rsidR="00E24BA4" w:rsidRPr="00211459" w:rsidRDefault="00E24BA4" w:rsidP="009D611D">
            <w:pPr>
              <w:pStyle w:val="Stil4"/>
              <w:rPr>
                <w:rFonts w:eastAsia="Times New Roman"/>
                <w:lang w:eastAsia="tr-TR"/>
              </w:rPr>
            </w:pPr>
          </w:p>
        </w:tc>
      </w:tr>
    </w:tbl>
    <w:p w:rsidR="00E24BA4" w:rsidRDefault="00E24BA4" w:rsidP="00E24BA4">
      <w:pPr>
        <w:jc w:val="both"/>
      </w:pPr>
    </w:p>
    <w:p w:rsidR="00E24BA4" w:rsidRDefault="00E24BA4" w:rsidP="00E24BA4">
      <w:pPr>
        <w:pStyle w:val="Stil2"/>
      </w:pPr>
      <w:bookmarkStart w:id="59" w:name="_Toc217311516"/>
      <w:r>
        <w:t>3.Performans Sonuçlarının Değerlendirilmesi</w:t>
      </w:r>
      <w:bookmarkEnd w:id="59"/>
    </w:p>
    <w:p w:rsidR="00E24BA4" w:rsidRDefault="00E24BA4" w:rsidP="00E24BA4"/>
    <w:p w:rsidR="00E24BA4" w:rsidRDefault="00E24BA4" w:rsidP="00E24BA4">
      <w:pPr>
        <w:pStyle w:val="2BALIK"/>
      </w:pPr>
      <w:r w:rsidRPr="00067449">
        <w:t>Bu tabloda birim hedefleri, performans göstergeleri ile birlikte hedeflenen ve gerçekleşen değerler karşılaştırılarak kısaca değerlendirilmiştir.</w:t>
      </w:r>
      <w:r>
        <w:t xml:space="preserve"> </w:t>
      </w:r>
    </w:p>
    <w:p w:rsidR="00E24BA4" w:rsidRDefault="00E24BA4" w:rsidP="00E24BA4">
      <w:pPr>
        <w:spacing w:line="360" w:lineRule="auto"/>
        <w:jc w:val="both"/>
        <w:rPr>
          <w:rFonts w:cs="Times New Roman"/>
          <w:sz w:val="24"/>
          <w:szCs w:val="24"/>
        </w:rPr>
      </w:pPr>
    </w:p>
    <w:p w:rsidR="00E24BA4" w:rsidRPr="00067449" w:rsidRDefault="00E24BA4" w:rsidP="00E24BA4">
      <w:proofErr w:type="spellStart"/>
      <w:r w:rsidRPr="00067449">
        <w:t>Hedef</w:t>
      </w:r>
      <w:proofErr w:type="spellEnd"/>
      <w:r w:rsidRPr="00067449">
        <w:t xml:space="preserve"> </w:t>
      </w:r>
      <w:proofErr w:type="spellStart"/>
      <w:r w:rsidRPr="00067449">
        <w:t>ve</w:t>
      </w:r>
      <w:proofErr w:type="spellEnd"/>
      <w:r w:rsidRPr="00067449">
        <w:t xml:space="preserve"> </w:t>
      </w:r>
      <w:proofErr w:type="spellStart"/>
      <w:r w:rsidRPr="00067449">
        <w:t>Göstergelerle</w:t>
      </w:r>
      <w:proofErr w:type="spellEnd"/>
      <w:r w:rsidRPr="00067449">
        <w:t xml:space="preserve"> </w:t>
      </w:r>
      <w:proofErr w:type="spellStart"/>
      <w:r w:rsidRPr="00067449">
        <w:t>İlgili</w:t>
      </w:r>
      <w:proofErr w:type="spellEnd"/>
      <w:r w:rsidRPr="00067449">
        <w:t xml:space="preserve"> </w:t>
      </w:r>
      <w:proofErr w:type="spellStart"/>
      <w:r w:rsidRPr="00067449">
        <w:t>Gerçekleşme</w:t>
      </w:r>
      <w:proofErr w:type="spellEnd"/>
      <w:r w:rsidRPr="00067449">
        <w:t xml:space="preserve"> </w:t>
      </w:r>
      <w:proofErr w:type="spellStart"/>
      <w:r w:rsidRPr="00067449">
        <w:t>Sonuçları</w:t>
      </w:r>
      <w:proofErr w:type="spellEnd"/>
      <w:r w:rsidRPr="00067449">
        <w:t xml:space="preserve"> </w:t>
      </w:r>
      <w:proofErr w:type="spellStart"/>
      <w:r w:rsidRPr="00067449">
        <w:t>ve</w:t>
      </w:r>
      <w:proofErr w:type="spellEnd"/>
      <w:r w:rsidRPr="00067449">
        <w:t xml:space="preserve"> </w:t>
      </w:r>
      <w:proofErr w:type="spellStart"/>
      <w:r w:rsidRPr="00067449">
        <w:t>Değerlendirmeler</w:t>
      </w:r>
      <w:proofErr w:type="spellEnd"/>
    </w:p>
    <w:tbl>
      <w:tblPr>
        <w:tblW w:w="892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71"/>
        <w:gridCol w:w="2531"/>
        <w:gridCol w:w="1580"/>
        <w:gridCol w:w="1304"/>
        <w:gridCol w:w="2240"/>
      </w:tblGrid>
      <w:tr w:rsidR="00E24BA4" w:rsidRPr="00067449" w:rsidTr="008B60F3">
        <w:trPr>
          <w:trHeight w:val="531"/>
          <w:tblHeader/>
          <w:tblCellSpacing w:w="15" w:type="dxa"/>
        </w:trPr>
        <w:tc>
          <w:tcPr>
            <w:tcW w:w="1226" w:type="dxa"/>
            <w:shd w:val="clear" w:color="auto" w:fill="B99C71"/>
            <w:vAlign w:val="center"/>
            <w:hideMark/>
          </w:tcPr>
          <w:p w:rsidR="00E24BA4" w:rsidRPr="00067449" w:rsidRDefault="008B60F3" w:rsidP="009D611D">
            <w:pPr>
              <w:pStyle w:val="Stil4"/>
            </w:pPr>
            <w:r>
              <w:t>Hedef</w:t>
            </w:r>
          </w:p>
        </w:tc>
        <w:tc>
          <w:tcPr>
            <w:tcW w:w="2501" w:type="dxa"/>
            <w:shd w:val="clear" w:color="auto" w:fill="B99C71"/>
            <w:vAlign w:val="center"/>
            <w:hideMark/>
          </w:tcPr>
          <w:p w:rsidR="00E24BA4" w:rsidRPr="00067449" w:rsidRDefault="00E24BA4" w:rsidP="009D611D">
            <w:pPr>
              <w:pStyle w:val="Stil4"/>
            </w:pPr>
            <w:r w:rsidRPr="00067449">
              <w:t>Performans Göstergesi</w:t>
            </w:r>
          </w:p>
        </w:tc>
        <w:tc>
          <w:tcPr>
            <w:tcW w:w="1550" w:type="dxa"/>
            <w:shd w:val="clear" w:color="auto" w:fill="B99C71"/>
            <w:vAlign w:val="center"/>
            <w:hideMark/>
          </w:tcPr>
          <w:p w:rsidR="00E24BA4" w:rsidRPr="00067449" w:rsidRDefault="00E24BA4" w:rsidP="009D611D">
            <w:pPr>
              <w:pStyle w:val="Stil4"/>
            </w:pPr>
            <w:r w:rsidRPr="00067449">
              <w:t>Hedeflenen Değer</w:t>
            </w:r>
          </w:p>
        </w:tc>
        <w:tc>
          <w:tcPr>
            <w:tcW w:w="1274" w:type="dxa"/>
            <w:shd w:val="clear" w:color="auto" w:fill="B99C71"/>
            <w:vAlign w:val="center"/>
            <w:hideMark/>
          </w:tcPr>
          <w:p w:rsidR="00E24BA4" w:rsidRPr="00067449" w:rsidRDefault="00E24BA4" w:rsidP="009D611D">
            <w:pPr>
              <w:pStyle w:val="Stil4"/>
            </w:pPr>
            <w:r w:rsidRPr="00067449">
              <w:t>Gerçekleşen Değer</w:t>
            </w:r>
          </w:p>
        </w:tc>
        <w:tc>
          <w:tcPr>
            <w:tcW w:w="2195" w:type="dxa"/>
            <w:shd w:val="clear" w:color="auto" w:fill="B99C71"/>
            <w:vAlign w:val="center"/>
            <w:hideMark/>
          </w:tcPr>
          <w:p w:rsidR="00E24BA4" w:rsidRPr="00067449" w:rsidRDefault="00E24BA4" w:rsidP="009D611D">
            <w:pPr>
              <w:pStyle w:val="Stil4"/>
            </w:pPr>
            <w:r w:rsidRPr="00067449">
              <w:t>Değerlendirme</w:t>
            </w:r>
          </w:p>
        </w:tc>
      </w:tr>
      <w:tr w:rsidR="00E24BA4" w:rsidRPr="00067449" w:rsidTr="008B60F3">
        <w:trPr>
          <w:trHeight w:hRule="exact" w:val="224"/>
          <w:tblCellSpacing w:w="15" w:type="dxa"/>
        </w:trPr>
        <w:tc>
          <w:tcPr>
            <w:tcW w:w="1226" w:type="dxa"/>
            <w:vAlign w:val="center"/>
            <w:hideMark/>
          </w:tcPr>
          <w:p w:rsidR="00E24BA4" w:rsidRPr="00067449" w:rsidRDefault="00E24BA4" w:rsidP="009D611D">
            <w:pPr>
              <w:pStyle w:val="Stil4"/>
            </w:pPr>
          </w:p>
        </w:tc>
        <w:tc>
          <w:tcPr>
            <w:tcW w:w="2501" w:type="dxa"/>
            <w:vAlign w:val="center"/>
            <w:hideMark/>
          </w:tcPr>
          <w:p w:rsidR="00E24BA4" w:rsidRPr="00067449" w:rsidRDefault="00E24BA4" w:rsidP="009D611D">
            <w:pPr>
              <w:pStyle w:val="Stil4"/>
            </w:pPr>
          </w:p>
        </w:tc>
        <w:tc>
          <w:tcPr>
            <w:tcW w:w="1550" w:type="dxa"/>
            <w:vAlign w:val="center"/>
            <w:hideMark/>
          </w:tcPr>
          <w:p w:rsidR="00E24BA4" w:rsidRPr="00067449" w:rsidRDefault="00E24BA4" w:rsidP="009D611D">
            <w:pPr>
              <w:pStyle w:val="Stil4"/>
            </w:pPr>
          </w:p>
        </w:tc>
        <w:tc>
          <w:tcPr>
            <w:tcW w:w="1274" w:type="dxa"/>
            <w:vAlign w:val="center"/>
            <w:hideMark/>
          </w:tcPr>
          <w:p w:rsidR="00E24BA4" w:rsidRPr="00067449" w:rsidRDefault="00E24BA4" w:rsidP="009D611D">
            <w:pPr>
              <w:pStyle w:val="Stil4"/>
            </w:pPr>
          </w:p>
        </w:tc>
        <w:tc>
          <w:tcPr>
            <w:tcW w:w="2195" w:type="dxa"/>
            <w:vAlign w:val="center"/>
            <w:hideMark/>
          </w:tcPr>
          <w:p w:rsidR="00E24BA4" w:rsidRPr="00067449" w:rsidRDefault="00E24BA4" w:rsidP="009D611D">
            <w:pPr>
              <w:pStyle w:val="Stil4"/>
            </w:pPr>
          </w:p>
        </w:tc>
      </w:tr>
      <w:tr w:rsidR="00E24BA4" w:rsidRPr="00067449" w:rsidTr="008B60F3">
        <w:trPr>
          <w:trHeight w:hRule="exact" w:val="224"/>
          <w:tblCellSpacing w:w="15" w:type="dxa"/>
        </w:trPr>
        <w:tc>
          <w:tcPr>
            <w:tcW w:w="1226" w:type="dxa"/>
            <w:vAlign w:val="center"/>
          </w:tcPr>
          <w:p w:rsidR="00E24BA4" w:rsidRPr="00067449" w:rsidRDefault="00E24BA4" w:rsidP="009D611D">
            <w:pPr>
              <w:pStyle w:val="Stil4"/>
            </w:pPr>
          </w:p>
        </w:tc>
        <w:tc>
          <w:tcPr>
            <w:tcW w:w="2501" w:type="dxa"/>
            <w:vAlign w:val="center"/>
          </w:tcPr>
          <w:p w:rsidR="00E24BA4" w:rsidRPr="00067449" w:rsidRDefault="00E24BA4" w:rsidP="009D611D">
            <w:pPr>
              <w:pStyle w:val="Stil4"/>
            </w:pPr>
          </w:p>
        </w:tc>
        <w:tc>
          <w:tcPr>
            <w:tcW w:w="1550" w:type="dxa"/>
            <w:vAlign w:val="center"/>
          </w:tcPr>
          <w:p w:rsidR="00E24BA4" w:rsidRPr="00067449" w:rsidRDefault="00E24BA4" w:rsidP="009D611D">
            <w:pPr>
              <w:pStyle w:val="Stil4"/>
            </w:pPr>
          </w:p>
        </w:tc>
        <w:tc>
          <w:tcPr>
            <w:tcW w:w="1274" w:type="dxa"/>
            <w:vAlign w:val="center"/>
          </w:tcPr>
          <w:p w:rsidR="00E24BA4" w:rsidRPr="00067449" w:rsidRDefault="00E24BA4" w:rsidP="009D611D">
            <w:pPr>
              <w:pStyle w:val="Stil4"/>
            </w:pPr>
          </w:p>
        </w:tc>
        <w:tc>
          <w:tcPr>
            <w:tcW w:w="2195" w:type="dxa"/>
            <w:vAlign w:val="center"/>
          </w:tcPr>
          <w:p w:rsidR="00E24BA4" w:rsidRPr="00067449" w:rsidRDefault="00E24BA4" w:rsidP="009D611D">
            <w:pPr>
              <w:pStyle w:val="Stil4"/>
            </w:pPr>
          </w:p>
        </w:tc>
      </w:tr>
      <w:tr w:rsidR="00E24BA4" w:rsidRPr="00067449" w:rsidTr="008B60F3">
        <w:trPr>
          <w:trHeight w:hRule="exact" w:val="224"/>
          <w:tblCellSpacing w:w="15" w:type="dxa"/>
        </w:trPr>
        <w:tc>
          <w:tcPr>
            <w:tcW w:w="1226" w:type="dxa"/>
            <w:vAlign w:val="center"/>
          </w:tcPr>
          <w:p w:rsidR="00E24BA4" w:rsidRPr="00067449" w:rsidRDefault="00E24BA4" w:rsidP="009D611D">
            <w:pPr>
              <w:pStyle w:val="Stil4"/>
            </w:pPr>
          </w:p>
        </w:tc>
        <w:tc>
          <w:tcPr>
            <w:tcW w:w="2501" w:type="dxa"/>
            <w:vAlign w:val="center"/>
          </w:tcPr>
          <w:p w:rsidR="00E24BA4" w:rsidRPr="00067449" w:rsidRDefault="00E24BA4" w:rsidP="009D611D">
            <w:pPr>
              <w:pStyle w:val="Stil4"/>
            </w:pPr>
          </w:p>
        </w:tc>
        <w:tc>
          <w:tcPr>
            <w:tcW w:w="1550" w:type="dxa"/>
            <w:vAlign w:val="center"/>
          </w:tcPr>
          <w:p w:rsidR="00E24BA4" w:rsidRPr="00067449" w:rsidRDefault="00E24BA4" w:rsidP="009D611D">
            <w:pPr>
              <w:pStyle w:val="Stil4"/>
            </w:pPr>
          </w:p>
        </w:tc>
        <w:tc>
          <w:tcPr>
            <w:tcW w:w="1274" w:type="dxa"/>
            <w:vAlign w:val="center"/>
          </w:tcPr>
          <w:p w:rsidR="00E24BA4" w:rsidRPr="00067449" w:rsidRDefault="00E24BA4" w:rsidP="009D611D">
            <w:pPr>
              <w:pStyle w:val="Stil4"/>
            </w:pPr>
          </w:p>
        </w:tc>
        <w:tc>
          <w:tcPr>
            <w:tcW w:w="2195" w:type="dxa"/>
            <w:vAlign w:val="center"/>
          </w:tcPr>
          <w:p w:rsidR="00E24BA4" w:rsidRPr="00067449" w:rsidRDefault="00E24BA4" w:rsidP="009D611D">
            <w:pPr>
              <w:pStyle w:val="Stil4"/>
            </w:pPr>
          </w:p>
        </w:tc>
      </w:tr>
      <w:tr w:rsidR="00E24BA4" w:rsidRPr="00067449" w:rsidTr="008B60F3">
        <w:trPr>
          <w:trHeight w:hRule="exact" w:val="224"/>
          <w:tblCellSpacing w:w="15" w:type="dxa"/>
        </w:trPr>
        <w:tc>
          <w:tcPr>
            <w:tcW w:w="1226" w:type="dxa"/>
            <w:vAlign w:val="center"/>
          </w:tcPr>
          <w:p w:rsidR="00E24BA4" w:rsidRPr="00067449" w:rsidRDefault="00E24BA4" w:rsidP="009D611D">
            <w:pPr>
              <w:pStyle w:val="Stil4"/>
            </w:pPr>
          </w:p>
        </w:tc>
        <w:tc>
          <w:tcPr>
            <w:tcW w:w="2501" w:type="dxa"/>
            <w:vAlign w:val="center"/>
          </w:tcPr>
          <w:p w:rsidR="00E24BA4" w:rsidRPr="00067449" w:rsidRDefault="00E24BA4" w:rsidP="009D611D">
            <w:pPr>
              <w:pStyle w:val="Stil4"/>
            </w:pPr>
          </w:p>
        </w:tc>
        <w:tc>
          <w:tcPr>
            <w:tcW w:w="1550" w:type="dxa"/>
            <w:vAlign w:val="center"/>
          </w:tcPr>
          <w:p w:rsidR="00E24BA4" w:rsidRPr="00067449" w:rsidRDefault="00E24BA4" w:rsidP="009D611D">
            <w:pPr>
              <w:pStyle w:val="Stil4"/>
            </w:pPr>
          </w:p>
        </w:tc>
        <w:tc>
          <w:tcPr>
            <w:tcW w:w="1274" w:type="dxa"/>
            <w:vAlign w:val="center"/>
          </w:tcPr>
          <w:p w:rsidR="00E24BA4" w:rsidRPr="00067449" w:rsidRDefault="00E24BA4" w:rsidP="009D611D">
            <w:pPr>
              <w:pStyle w:val="Stil4"/>
            </w:pPr>
          </w:p>
        </w:tc>
        <w:tc>
          <w:tcPr>
            <w:tcW w:w="2195" w:type="dxa"/>
            <w:vAlign w:val="center"/>
          </w:tcPr>
          <w:p w:rsidR="00E24BA4" w:rsidRPr="00067449" w:rsidRDefault="00E24BA4" w:rsidP="009D611D">
            <w:pPr>
              <w:pStyle w:val="Stil4"/>
            </w:pPr>
          </w:p>
        </w:tc>
      </w:tr>
      <w:tr w:rsidR="00E24BA4" w:rsidRPr="00067449" w:rsidTr="008B60F3">
        <w:trPr>
          <w:trHeight w:hRule="exact" w:val="224"/>
          <w:tblCellSpacing w:w="15" w:type="dxa"/>
        </w:trPr>
        <w:tc>
          <w:tcPr>
            <w:tcW w:w="1226" w:type="dxa"/>
            <w:vAlign w:val="center"/>
          </w:tcPr>
          <w:p w:rsidR="00E24BA4" w:rsidRPr="00067449" w:rsidRDefault="00E24BA4" w:rsidP="009D611D">
            <w:pPr>
              <w:pStyle w:val="Stil4"/>
            </w:pPr>
          </w:p>
        </w:tc>
        <w:tc>
          <w:tcPr>
            <w:tcW w:w="2501" w:type="dxa"/>
            <w:vAlign w:val="center"/>
          </w:tcPr>
          <w:p w:rsidR="00E24BA4" w:rsidRPr="00067449" w:rsidRDefault="00E24BA4" w:rsidP="009D611D">
            <w:pPr>
              <w:pStyle w:val="Stil4"/>
            </w:pPr>
          </w:p>
        </w:tc>
        <w:tc>
          <w:tcPr>
            <w:tcW w:w="1550" w:type="dxa"/>
            <w:vAlign w:val="center"/>
          </w:tcPr>
          <w:p w:rsidR="00E24BA4" w:rsidRPr="00067449" w:rsidRDefault="00E24BA4" w:rsidP="009D611D">
            <w:pPr>
              <w:pStyle w:val="Stil4"/>
            </w:pPr>
          </w:p>
        </w:tc>
        <w:tc>
          <w:tcPr>
            <w:tcW w:w="1274" w:type="dxa"/>
            <w:vAlign w:val="center"/>
          </w:tcPr>
          <w:p w:rsidR="00E24BA4" w:rsidRPr="00067449" w:rsidRDefault="00E24BA4" w:rsidP="009D611D">
            <w:pPr>
              <w:pStyle w:val="Stil4"/>
            </w:pPr>
          </w:p>
        </w:tc>
        <w:tc>
          <w:tcPr>
            <w:tcW w:w="2195" w:type="dxa"/>
            <w:vAlign w:val="center"/>
          </w:tcPr>
          <w:p w:rsidR="00E24BA4" w:rsidRPr="00067449" w:rsidRDefault="00E24BA4" w:rsidP="009D611D">
            <w:pPr>
              <w:pStyle w:val="Stil4"/>
            </w:pPr>
          </w:p>
        </w:tc>
      </w:tr>
    </w:tbl>
    <w:p w:rsidR="00E24BA4" w:rsidRDefault="00E24BA4" w:rsidP="00E24BA4">
      <w:pPr>
        <w:pStyle w:val="2BALIK"/>
      </w:pPr>
    </w:p>
    <w:p w:rsidR="00E24BA4" w:rsidRPr="000C0E61" w:rsidRDefault="00E24BA4" w:rsidP="0037477C">
      <w:pPr>
        <w:pStyle w:val="Stil1"/>
        <w:numPr>
          <w:ilvl w:val="0"/>
          <w:numId w:val="0"/>
        </w:numPr>
        <w:ind w:left="567" w:hanging="567"/>
      </w:pPr>
      <w:bookmarkStart w:id="60" w:name="_Toc217311517"/>
      <w:proofErr w:type="gramStart"/>
      <w:r>
        <w:t>III.</w:t>
      </w:r>
      <w:r w:rsidRPr="000C0E61">
        <w:t>FAALİYETLERE</w:t>
      </w:r>
      <w:proofErr w:type="gramEnd"/>
      <w:r w:rsidRPr="000C0E61">
        <w:t xml:space="preserve"> İLİŞKİN BİLGİ VE DEĞERLENDİRMELER</w:t>
      </w:r>
      <w:bookmarkEnd w:id="57"/>
      <w:bookmarkEnd w:id="58"/>
      <w:bookmarkEnd w:id="60"/>
    </w:p>
    <w:p w:rsidR="00E24BA4" w:rsidRPr="000C0E61" w:rsidRDefault="00E24BA4" w:rsidP="00E24BA4">
      <w:pPr>
        <w:rPr>
          <w:rFonts w:cs="Times New Roman"/>
          <w:color w:val="808080"/>
        </w:rPr>
      </w:pPr>
    </w:p>
    <w:p w:rsidR="00E24BA4" w:rsidRPr="00095416" w:rsidRDefault="00E24BA4" w:rsidP="00E24BA4">
      <w:pPr>
        <w:pStyle w:val="Stil2"/>
      </w:pPr>
      <w:bookmarkStart w:id="61" w:name="_Toc153118734"/>
      <w:bookmarkStart w:id="62" w:name="_Toc153376776"/>
      <w:bookmarkStart w:id="63" w:name="_Toc217311518"/>
      <w:proofErr w:type="spellStart"/>
      <w:r>
        <w:t>A.</w:t>
      </w:r>
      <w:r w:rsidRPr="00095416">
        <w:t>Mali</w:t>
      </w:r>
      <w:proofErr w:type="spellEnd"/>
      <w:r w:rsidRPr="00095416">
        <w:t xml:space="preserve"> </w:t>
      </w:r>
      <w:r w:rsidRPr="005845A3">
        <w:t>Bilgiler</w:t>
      </w:r>
      <w:bookmarkEnd w:id="61"/>
      <w:bookmarkEnd w:id="62"/>
      <w:bookmarkEnd w:id="63"/>
    </w:p>
    <w:p w:rsidR="00E24BA4" w:rsidRDefault="00E24BA4" w:rsidP="00E24BA4"/>
    <w:p w:rsidR="00E24BA4" w:rsidRDefault="00E24BA4" w:rsidP="00E24BA4">
      <w:pPr>
        <w:pStyle w:val="2BALIK"/>
      </w:pPr>
      <w:r w:rsidRPr="00095416">
        <w:rPr>
          <w:highlight w:val="yellow"/>
        </w:rPr>
        <w:t xml:space="preserve">Birimin ilgili yıla ait </w:t>
      </w:r>
      <w:r w:rsidRPr="00095416">
        <w:rPr>
          <w:rStyle w:val="Gl"/>
          <w:highlight w:val="yellow"/>
        </w:rPr>
        <w:t>bütçe başlangıç ödeneği, yıl içi ek/tenkisler, harcama gerçekleşmeleri ve gerçekleşme oranları</w:t>
      </w:r>
      <w:r w:rsidRPr="00095416">
        <w:rPr>
          <w:highlight w:val="yellow"/>
        </w:rPr>
        <w:t xml:space="preserve"> kısaca özetlenecektir. </w:t>
      </w:r>
    </w:p>
    <w:p w:rsidR="00E24BA4" w:rsidRDefault="00E24BA4" w:rsidP="00E24BA4">
      <w:pPr>
        <w:rPr>
          <w:lang w:eastAsia="tr-TR"/>
        </w:rPr>
      </w:pPr>
    </w:p>
    <w:p w:rsidR="00E24BA4" w:rsidRDefault="00E24BA4" w:rsidP="00E24BA4">
      <w:proofErr w:type="spellStart"/>
      <w:r w:rsidRPr="000C0E61">
        <w:t>Bütçe</w:t>
      </w:r>
      <w:proofErr w:type="spellEnd"/>
      <w:r w:rsidRPr="000C0E61">
        <w:t xml:space="preserve"> </w:t>
      </w:r>
      <w:proofErr w:type="spellStart"/>
      <w:r w:rsidRPr="000C0E61">
        <w:t>Uygulama</w:t>
      </w:r>
      <w:proofErr w:type="spellEnd"/>
      <w:r>
        <w:t xml:space="preserve"> </w:t>
      </w:r>
      <w:proofErr w:type="spellStart"/>
      <w:r>
        <w:t>Verileri</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57"/>
        <w:gridCol w:w="1534"/>
        <w:gridCol w:w="1403"/>
        <w:gridCol w:w="1251"/>
        <w:gridCol w:w="1430"/>
        <w:gridCol w:w="1687"/>
      </w:tblGrid>
      <w:tr w:rsidR="00E24BA4" w:rsidRPr="00095416" w:rsidTr="009D611D">
        <w:trPr>
          <w:tblHeader/>
          <w:tblCellSpacing w:w="15" w:type="dxa"/>
        </w:trPr>
        <w:tc>
          <w:tcPr>
            <w:tcW w:w="0" w:type="auto"/>
            <w:shd w:val="clear" w:color="auto" w:fill="B99C71"/>
            <w:vAlign w:val="center"/>
            <w:hideMark/>
          </w:tcPr>
          <w:p w:rsidR="00E24BA4" w:rsidRPr="00095416" w:rsidRDefault="00E24BA4" w:rsidP="009D611D">
            <w:pPr>
              <w:pStyle w:val="Stil4"/>
              <w:rPr>
                <w:rFonts w:eastAsia="Times New Roman"/>
                <w:lang w:eastAsia="tr-TR"/>
              </w:rPr>
            </w:pPr>
            <w:r w:rsidRPr="00095416">
              <w:rPr>
                <w:rFonts w:eastAsia="Times New Roman"/>
                <w:lang w:eastAsia="tr-TR"/>
              </w:rPr>
              <w:t>Bütçe Türü / Gider Grubu</w:t>
            </w:r>
          </w:p>
        </w:tc>
        <w:tc>
          <w:tcPr>
            <w:tcW w:w="0" w:type="auto"/>
            <w:shd w:val="clear" w:color="auto" w:fill="B99C71"/>
            <w:vAlign w:val="center"/>
            <w:hideMark/>
          </w:tcPr>
          <w:p w:rsidR="00E24BA4" w:rsidRPr="00095416" w:rsidRDefault="00E24BA4" w:rsidP="009D611D">
            <w:pPr>
              <w:pStyle w:val="Stil4"/>
              <w:rPr>
                <w:rFonts w:eastAsia="Times New Roman"/>
                <w:lang w:eastAsia="tr-TR"/>
              </w:rPr>
            </w:pPr>
            <w:r w:rsidRPr="00095416">
              <w:rPr>
                <w:rFonts w:eastAsia="Times New Roman"/>
                <w:lang w:eastAsia="tr-TR"/>
              </w:rPr>
              <w:t>Başlangıç Ödeneği (TL)</w:t>
            </w:r>
          </w:p>
        </w:tc>
        <w:tc>
          <w:tcPr>
            <w:tcW w:w="0" w:type="auto"/>
            <w:shd w:val="clear" w:color="auto" w:fill="B99C71"/>
            <w:vAlign w:val="center"/>
            <w:hideMark/>
          </w:tcPr>
          <w:p w:rsidR="00E24BA4" w:rsidRPr="00095416" w:rsidRDefault="00E24BA4" w:rsidP="009D611D">
            <w:pPr>
              <w:pStyle w:val="Stil4"/>
              <w:rPr>
                <w:rFonts w:eastAsia="Times New Roman"/>
                <w:lang w:eastAsia="tr-TR"/>
              </w:rPr>
            </w:pPr>
            <w:r w:rsidRPr="00095416">
              <w:rPr>
                <w:rFonts w:eastAsia="Times New Roman"/>
                <w:lang w:eastAsia="tr-TR"/>
              </w:rPr>
              <w:t>Yıl İçi Ek / Tenkis (TL)</w:t>
            </w:r>
          </w:p>
        </w:tc>
        <w:tc>
          <w:tcPr>
            <w:tcW w:w="0" w:type="auto"/>
            <w:shd w:val="clear" w:color="auto" w:fill="B99C71"/>
            <w:vAlign w:val="center"/>
            <w:hideMark/>
          </w:tcPr>
          <w:p w:rsidR="00E24BA4" w:rsidRPr="00095416" w:rsidRDefault="00E24BA4" w:rsidP="009D611D">
            <w:pPr>
              <w:pStyle w:val="Stil4"/>
              <w:rPr>
                <w:rFonts w:eastAsia="Times New Roman"/>
                <w:lang w:eastAsia="tr-TR"/>
              </w:rPr>
            </w:pPr>
            <w:r w:rsidRPr="00095416">
              <w:rPr>
                <w:rFonts w:eastAsia="Times New Roman"/>
                <w:lang w:eastAsia="tr-TR"/>
              </w:rPr>
              <w:t>Nihai Ödenek (TL)</w:t>
            </w:r>
          </w:p>
        </w:tc>
        <w:tc>
          <w:tcPr>
            <w:tcW w:w="0" w:type="auto"/>
            <w:shd w:val="clear" w:color="auto" w:fill="B99C71"/>
            <w:vAlign w:val="center"/>
            <w:hideMark/>
          </w:tcPr>
          <w:p w:rsidR="00E24BA4" w:rsidRPr="00095416" w:rsidRDefault="00E24BA4" w:rsidP="009D611D">
            <w:pPr>
              <w:pStyle w:val="Stil4"/>
              <w:rPr>
                <w:rFonts w:eastAsia="Times New Roman"/>
                <w:lang w:eastAsia="tr-TR"/>
              </w:rPr>
            </w:pPr>
            <w:r w:rsidRPr="00095416">
              <w:rPr>
                <w:rFonts w:eastAsia="Times New Roman"/>
                <w:lang w:eastAsia="tr-TR"/>
              </w:rPr>
              <w:t>Harcama Tutarı (TL)</w:t>
            </w:r>
          </w:p>
        </w:tc>
        <w:tc>
          <w:tcPr>
            <w:tcW w:w="0" w:type="auto"/>
            <w:shd w:val="clear" w:color="auto" w:fill="B99C71"/>
            <w:vAlign w:val="center"/>
            <w:hideMark/>
          </w:tcPr>
          <w:p w:rsidR="00E24BA4" w:rsidRPr="00095416" w:rsidRDefault="00E24BA4" w:rsidP="009D611D">
            <w:pPr>
              <w:pStyle w:val="Stil4"/>
              <w:rPr>
                <w:rFonts w:eastAsia="Times New Roman"/>
                <w:lang w:eastAsia="tr-TR"/>
              </w:rPr>
            </w:pPr>
            <w:r w:rsidRPr="00095416">
              <w:rPr>
                <w:rFonts w:eastAsia="Times New Roman"/>
                <w:lang w:eastAsia="tr-TR"/>
              </w:rPr>
              <w:t>Gerçekleşme Oranı (%)</w:t>
            </w:r>
          </w:p>
        </w:tc>
      </w:tr>
      <w:tr w:rsidR="00E24BA4" w:rsidRPr="00095416" w:rsidTr="009D611D">
        <w:trPr>
          <w:tblCellSpacing w:w="15" w:type="dxa"/>
        </w:trPr>
        <w:tc>
          <w:tcPr>
            <w:tcW w:w="0" w:type="auto"/>
            <w:vAlign w:val="center"/>
            <w:hideMark/>
          </w:tcPr>
          <w:p w:rsidR="00E24BA4" w:rsidRPr="00095416" w:rsidRDefault="00E24BA4" w:rsidP="009D611D">
            <w:pPr>
              <w:pStyle w:val="Stil4"/>
              <w:rPr>
                <w:rFonts w:eastAsia="Times New Roman"/>
                <w:lang w:eastAsia="tr-TR"/>
              </w:rPr>
            </w:pPr>
            <w:r w:rsidRPr="00095416">
              <w:rPr>
                <w:rFonts w:eastAsia="Times New Roman"/>
                <w:lang w:eastAsia="tr-TR"/>
              </w:rPr>
              <w:t>Personel Giderleri</w:t>
            </w:r>
          </w:p>
        </w:tc>
        <w:tc>
          <w:tcPr>
            <w:tcW w:w="0" w:type="auto"/>
            <w:vAlign w:val="center"/>
            <w:hideMark/>
          </w:tcPr>
          <w:p w:rsidR="00E24BA4" w:rsidRPr="00095416" w:rsidRDefault="00E24BA4" w:rsidP="009D611D">
            <w:pPr>
              <w:pStyle w:val="Stil4"/>
              <w:rPr>
                <w:rFonts w:eastAsia="Times New Roman"/>
                <w:lang w:eastAsia="tr-TR"/>
              </w:rPr>
            </w:pPr>
          </w:p>
        </w:tc>
        <w:tc>
          <w:tcPr>
            <w:tcW w:w="0" w:type="auto"/>
            <w:vAlign w:val="center"/>
            <w:hideMark/>
          </w:tcPr>
          <w:p w:rsidR="00E24BA4" w:rsidRPr="00095416" w:rsidRDefault="00E24BA4" w:rsidP="009D611D">
            <w:pPr>
              <w:pStyle w:val="Stil4"/>
              <w:rPr>
                <w:rFonts w:eastAsia="Times New Roman"/>
                <w:lang w:eastAsia="tr-TR"/>
              </w:rPr>
            </w:pPr>
          </w:p>
        </w:tc>
        <w:tc>
          <w:tcPr>
            <w:tcW w:w="0" w:type="auto"/>
            <w:vAlign w:val="center"/>
            <w:hideMark/>
          </w:tcPr>
          <w:p w:rsidR="00E24BA4" w:rsidRPr="00095416" w:rsidRDefault="00E24BA4" w:rsidP="009D611D">
            <w:pPr>
              <w:pStyle w:val="Stil4"/>
              <w:rPr>
                <w:rFonts w:eastAsia="Times New Roman"/>
                <w:lang w:eastAsia="tr-TR"/>
              </w:rPr>
            </w:pPr>
          </w:p>
        </w:tc>
        <w:tc>
          <w:tcPr>
            <w:tcW w:w="0" w:type="auto"/>
            <w:vAlign w:val="center"/>
            <w:hideMark/>
          </w:tcPr>
          <w:p w:rsidR="00E24BA4" w:rsidRPr="00095416" w:rsidRDefault="00E24BA4" w:rsidP="009D611D">
            <w:pPr>
              <w:pStyle w:val="Stil4"/>
              <w:rPr>
                <w:rFonts w:eastAsia="Times New Roman"/>
                <w:lang w:eastAsia="tr-TR"/>
              </w:rPr>
            </w:pPr>
          </w:p>
        </w:tc>
        <w:tc>
          <w:tcPr>
            <w:tcW w:w="0" w:type="auto"/>
            <w:vAlign w:val="center"/>
            <w:hideMark/>
          </w:tcPr>
          <w:p w:rsidR="00E24BA4" w:rsidRPr="00095416" w:rsidRDefault="00E24BA4" w:rsidP="009D611D">
            <w:pPr>
              <w:pStyle w:val="Stil4"/>
              <w:rPr>
                <w:rFonts w:eastAsia="Times New Roman"/>
                <w:lang w:eastAsia="tr-TR"/>
              </w:rPr>
            </w:pPr>
          </w:p>
        </w:tc>
      </w:tr>
      <w:tr w:rsidR="00E24BA4" w:rsidRPr="00095416" w:rsidTr="009D611D">
        <w:trPr>
          <w:tblCellSpacing w:w="15" w:type="dxa"/>
        </w:trPr>
        <w:tc>
          <w:tcPr>
            <w:tcW w:w="0" w:type="auto"/>
            <w:vAlign w:val="center"/>
            <w:hideMark/>
          </w:tcPr>
          <w:p w:rsidR="00E24BA4" w:rsidRPr="00095416" w:rsidRDefault="00E24BA4" w:rsidP="009D611D">
            <w:pPr>
              <w:pStyle w:val="Stil4"/>
              <w:rPr>
                <w:rFonts w:eastAsia="Times New Roman"/>
                <w:lang w:eastAsia="tr-TR"/>
              </w:rPr>
            </w:pPr>
            <w:r w:rsidRPr="00095416">
              <w:rPr>
                <w:rFonts w:eastAsia="Times New Roman"/>
                <w:lang w:eastAsia="tr-TR"/>
              </w:rPr>
              <w:t>Mal ve Hizmet Alımları</w:t>
            </w:r>
          </w:p>
        </w:tc>
        <w:tc>
          <w:tcPr>
            <w:tcW w:w="0" w:type="auto"/>
            <w:vAlign w:val="center"/>
            <w:hideMark/>
          </w:tcPr>
          <w:p w:rsidR="00E24BA4" w:rsidRPr="00095416" w:rsidRDefault="00E24BA4" w:rsidP="009D611D">
            <w:pPr>
              <w:pStyle w:val="Stil4"/>
              <w:rPr>
                <w:rFonts w:eastAsia="Times New Roman"/>
                <w:lang w:eastAsia="tr-TR"/>
              </w:rPr>
            </w:pPr>
          </w:p>
        </w:tc>
        <w:tc>
          <w:tcPr>
            <w:tcW w:w="0" w:type="auto"/>
            <w:vAlign w:val="center"/>
            <w:hideMark/>
          </w:tcPr>
          <w:p w:rsidR="00E24BA4" w:rsidRPr="00095416" w:rsidRDefault="00E24BA4" w:rsidP="009D611D">
            <w:pPr>
              <w:pStyle w:val="Stil4"/>
              <w:rPr>
                <w:rFonts w:eastAsia="Times New Roman"/>
                <w:lang w:eastAsia="tr-TR"/>
              </w:rPr>
            </w:pPr>
          </w:p>
        </w:tc>
        <w:tc>
          <w:tcPr>
            <w:tcW w:w="0" w:type="auto"/>
            <w:vAlign w:val="center"/>
            <w:hideMark/>
          </w:tcPr>
          <w:p w:rsidR="00E24BA4" w:rsidRPr="00095416" w:rsidRDefault="00E24BA4" w:rsidP="009D611D">
            <w:pPr>
              <w:pStyle w:val="Stil4"/>
              <w:rPr>
                <w:rFonts w:eastAsia="Times New Roman"/>
                <w:lang w:eastAsia="tr-TR"/>
              </w:rPr>
            </w:pPr>
          </w:p>
        </w:tc>
        <w:tc>
          <w:tcPr>
            <w:tcW w:w="0" w:type="auto"/>
            <w:vAlign w:val="center"/>
            <w:hideMark/>
          </w:tcPr>
          <w:p w:rsidR="00E24BA4" w:rsidRPr="00095416" w:rsidRDefault="00E24BA4" w:rsidP="009D611D">
            <w:pPr>
              <w:pStyle w:val="Stil4"/>
              <w:rPr>
                <w:rFonts w:eastAsia="Times New Roman"/>
                <w:lang w:eastAsia="tr-TR"/>
              </w:rPr>
            </w:pPr>
          </w:p>
        </w:tc>
        <w:tc>
          <w:tcPr>
            <w:tcW w:w="0" w:type="auto"/>
            <w:vAlign w:val="center"/>
            <w:hideMark/>
          </w:tcPr>
          <w:p w:rsidR="00E24BA4" w:rsidRPr="00095416" w:rsidRDefault="00E24BA4" w:rsidP="009D611D">
            <w:pPr>
              <w:pStyle w:val="Stil4"/>
              <w:rPr>
                <w:rFonts w:eastAsia="Times New Roman"/>
                <w:lang w:eastAsia="tr-TR"/>
              </w:rPr>
            </w:pPr>
          </w:p>
        </w:tc>
      </w:tr>
      <w:tr w:rsidR="00E24BA4" w:rsidRPr="00095416" w:rsidTr="009D611D">
        <w:trPr>
          <w:tblCellSpacing w:w="15" w:type="dxa"/>
        </w:trPr>
        <w:tc>
          <w:tcPr>
            <w:tcW w:w="0" w:type="auto"/>
            <w:vAlign w:val="center"/>
            <w:hideMark/>
          </w:tcPr>
          <w:p w:rsidR="00E24BA4" w:rsidRPr="00095416" w:rsidRDefault="00E24BA4" w:rsidP="009D611D">
            <w:pPr>
              <w:pStyle w:val="Stil4"/>
              <w:rPr>
                <w:rFonts w:eastAsia="Times New Roman"/>
                <w:lang w:eastAsia="tr-TR"/>
              </w:rPr>
            </w:pPr>
            <w:r w:rsidRPr="00095416">
              <w:rPr>
                <w:rFonts w:eastAsia="Times New Roman"/>
                <w:lang w:eastAsia="tr-TR"/>
              </w:rPr>
              <w:t>Sermaye (Yatırım) Giderleri</w:t>
            </w:r>
          </w:p>
        </w:tc>
        <w:tc>
          <w:tcPr>
            <w:tcW w:w="0" w:type="auto"/>
            <w:vAlign w:val="center"/>
            <w:hideMark/>
          </w:tcPr>
          <w:p w:rsidR="00E24BA4" w:rsidRPr="00095416" w:rsidRDefault="00E24BA4" w:rsidP="009D611D">
            <w:pPr>
              <w:pStyle w:val="Stil4"/>
              <w:rPr>
                <w:rFonts w:eastAsia="Times New Roman"/>
                <w:lang w:eastAsia="tr-TR"/>
              </w:rPr>
            </w:pPr>
          </w:p>
        </w:tc>
        <w:tc>
          <w:tcPr>
            <w:tcW w:w="0" w:type="auto"/>
            <w:vAlign w:val="center"/>
            <w:hideMark/>
          </w:tcPr>
          <w:p w:rsidR="00E24BA4" w:rsidRPr="00095416" w:rsidRDefault="00E24BA4" w:rsidP="009D611D">
            <w:pPr>
              <w:pStyle w:val="Stil4"/>
              <w:rPr>
                <w:rFonts w:eastAsia="Times New Roman"/>
                <w:lang w:eastAsia="tr-TR"/>
              </w:rPr>
            </w:pPr>
          </w:p>
        </w:tc>
        <w:tc>
          <w:tcPr>
            <w:tcW w:w="0" w:type="auto"/>
            <w:vAlign w:val="center"/>
            <w:hideMark/>
          </w:tcPr>
          <w:p w:rsidR="00E24BA4" w:rsidRPr="00095416" w:rsidRDefault="00E24BA4" w:rsidP="009D611D">
            <w:pPr>
              <w:pStyle w:val="Stil4"/>
              <w:rPr>
                <w:rFonts w:eastAsia="Times New Roman"/>
                <w:lang w:eastAsia="tr-TR"/>
              </w:rPr>
            </w:pPr>
          </w:p>
        </w:tc>
        <w:tc>
          <w:tcPr>
            <w:tcW w:w="0" w:type="auto"/>
            <w:vAlign w:val="center"/>
            <w:hideMark/>
          </w:tcPr>
          <w:p w:rsidR="00E24BA4" w:rsidRPr="00095416" w:rsidRDefault="00E24BA4" w:rsidP="009D611D">
            <w:pPr>
              <w:pStyle w:val="Stil4"/>
              <w:rPr>
                <w:rFonts w:eastAsia="Times New Roman"/>
                <w:lang w:eastAsia="tr-TR"/>
              </w:rPr>
            </w:pPr>
          </w:p>
        </w:tc>
        <w:tc>
          <w:tcPr>
            <w:tcW w:w="0" w:type="auto"/>
            <w:vAlign w:val="center"/>
            <w:hideMark/>
          </w:tcPr>
          <w:p w:rsidR="00E24BA4" w:rsidRPr="00095416" w:rsidRDefault="00E24BA4" w:rsidP="009D611D">
            <w:pPr>
              <w:pStyle w:val="Stil4"/>
              <w:rPr>
                <w:rFonts w:eastAsia="Times New Roman"/>
                <w:lang w:eastAsia="tr-TR"/>
              </w:rPr>
            </w:pPr>
          </w:p>
        </w:tc>
      </w:tr>
      <w:tr w:rsidR="00E24BA4" w:rsidRPr="00095416" w:rsidTr="009D611D">
        <w:trPr>
          <w:tblCellSpacing w:w="15" w:type="dxa"/>
        </w:trPr>
        <w:tc>
          <w:tcPr>
            <w:tcW w:w="0" w:type="auto"/>
            <w:vAlign w:val="center"/>
            <w:hideMark/>
          </w:tcPr>
          <w:p w:rsidR="00E24BA4" w:rsidRPr="00095416" w:rsidRDefault="00E24BA4" w:rsidP="009D611D">
            <w:pPr>
              <w:pStyle w:val="Stil4"/>
              <w:rPr>
                <w:rFonts w:eastAsia="Times New Roman"/>
                <w:lang w:eastAsia="tr-TR"/>
              </w:rPr>
            </w:pPr>
            <w:r w:rsidRPr="00095416">
              <w:rPr>
                <w:rFonts w:eastAsia="Times New Roman"/>
                <w:lang w:eastAsia="tr-TR"/>
              </w:rPr>
              <w:t>Toplam Bütçe</w:t>
            </w:r>
          </w:p>
        </w:tc>
        <w:tc>
          <w:tcPr>
            <w:tcW w:w="0" w:type="auto"/>
            <w:vAlign w:val="center"/>
            <w:hideMark/>
          </w:tcPr>
          <w:p w:rsidR="00E24BA4" w:rsidRPr="00095416" w:rsidRDefault="00E24BA4" w:rsidP="009D611D">
            <w:pPr>
              <w:pStyle w:val="Stil4"/>
              <w:rPr>
                <w:rFonts w:eastAsia="Times New Roman"/>
                <w:lang w:eastAsia="tr-TR"/>
              </w:rPr>
            </w:pPr>
          </w:p>
        </w:tc>
        <w:tc>
          <w:tcPr>
            <w:tcW w:w="0" w:type="auto"/>
            <w:vAlign w:val="center"/>
            <w:hideMark/>
          </w:tcPr>
          <w:p w:rsidR="00E24BA4" w:rsidRPr="00095416" w:rsidRDefault="00E24BA4" w:rsidP="009D611D">
            <w:pPr>
              <w:pStyle w:val="Stil4"/>
              <w:rPr>
                <w:rFonts w:eastAsia="Times New Roman"/>
                <w:lang w:eastAsia="tr-TR"/>
              </w:rPr>
            </w:pPr>
          </w:p>
        </w:tc>
        <w:tc>
          <w:tcPr>
            <w:tcW w:w="0" w:type="auto"/>
            <w:vAlign w:val="center"/>
            <w:hideMark/>
          </w:tcPr>
          <w:p w:rsidR="00E24BA4" w:rsidRPr="00095416" w:rsidRDefault="00E24BA4" w:rsidP="009D611D">
            <w:pPr>
              <w:pStyle w:val="Stil4"/>
              <w:rPr>
                <w:rFonts w:eastAsia="Times New Roman"/>
                <w:lang w:eastAsia="tr-TR"/>
              </w:rPr>
            </w:pPr>
          </w:p>
        </w:tc>
        <w:tc>
          <w:tcPr>
            <w:tcW w:w="0" w:type="auto"/>
            <w:vAlign w:val="center"/>
            <w:hideMark/>
          </w:tcPr>
          <w:p w:rsidR="00E24BA4" w:rsidRPr="00095416" w:rsidRDefault="00E24BA4" w:rsidP="009D611D">
            <w:pPr>
              <w:pStyle w:val="Stil4"/>
              <w:rPr>
                <w:rFonts w:eastAsia="Times New Roman"/>
                <w:lang w:eastAsia="tr-TR"/>
              </w:rPr>
            </w:pPr>
          </w:p>
        </w:tc>
        <w:tc>
          <w:tcPr>
            <w:tcW w:w="0" w:type="auto"/>
            <w:vAlign w:val="center"/>
            <w:hideMark/>
          </w:tcPr>
          <w:p w:rsidR="00E24BA4" w:rsidRPr="00095416" w:rsidRDefault="00E24BA4" w:rsidP="009D611D">
            <w:pPr>
              <w:pStyle w:val="Stil4"/>
              <w:rPr>
                <w:rFonts w:eastAsia="Times New Roman"/>
                <w:lang w:eastAsia="tr-TR"/>
              </w:rPr>
            </w:pPr>
          </w:p>
        </w:tc>
      </w:tr>
    </w:tbl>
    <w:p w:rsidR="00E24BA4" w:rsidRDefault="00E24BA4" w:rsidP="00E24BA4"/>
    <w:p w:rsidR="00E24BA4" w:rsidRPr="000C0E61" w:rsidRDefault="00E24BA4" w:rsidP="00E24BA4">
      <w:pPr>
        <w:pStyle w:val="Stil2"/>
        <w:jc w:val="left"/>
      </w:pPr>
      <w:bookmarkStart w:id="64" w:name="_Toc153118735"/>
      <w:bookmarkStart w:id="65" w:name="_Toc153376777"/>
      <w:bookmarkStart w:id="66" w:name="_Toc217311519"/>
      <w:r w:rsidRPr="000C0E61">
        <w:t xml:space="preserve">1. </w:t>
      </w:r>
      <w:bookmarkStart w:id="67" w:name="_Hlk186025734"/>
      <w:r w:rsidRPr="000C0E61">
        <w:t>Bütçe Uygulama Sonuçları</w:t>
      </w:r>
      <w:bookmarkEnd w:id="64"/>
      <w:bookmarkEnd w:id="65"/>
      <w:bookmarkEnd w:id="66"/>
    </w:p>
    <w:p w:rsidR="00E24BA4" w:rsidRPr="00655C62" w:rsidRDefault="00E24BA4" w:rsidP="00E24BA4">
      <w:pPr>
        <w:pStyle w:val="2BALIK"/>
        <w:rPr>
          <w:rFonts w:eastAsia="Times New Roman"/>
          <w:color w:val="FF0000"/>
          <w:u w:val="single"/>
        </w:rPr>
      </w:pPr>
      <w:bookmarkStart w:id="68" w:name="_Toc153118736"/>
      <w:bookmarkEnd w:id="67"/>
      <w:r w:rsidRPr="00655C62">
        <w:t xml:space="preserve">İlgili rapor döneminde birimimizin </w:t>
      </w:r>
      <w:r w:rsidRPr="00655C62">
        <w:rPr>
          <w:rStyle w:val="Gl"/>
        </w:rPr>
        <w:t>başlangıç ödeneği</w:t>
      </w:r>
      <w:r w:rsidRPr="00655C62">
        <w:t xml:space="preserve"> toplam </w:t>
      </w:r>
      <w:r w:rsidRPr="00655C62">
        <w:rPr>
          <w:rStyle w:val="Gl"/>
        </w:rPr>
        <w:t>…… TL</w:t>
      </w:r>
      <w:r w:rsidRPr="00655C62">
        <w:t xml:space="preserve"> olarak belirlenmiştir. Yıl içerisinde </w:t>
      </w:r>
      <w:r w:rsidRPr="00655C62">
        <w:rPr>
          <w:rStyle w:val="Gl"/>
        </w:rPr>
        <w:t>…… TL</w:t>
      </w:r>
      <w:r w:rsidRPr="00655C62">
        <w:t xml:space="preserve"> ek ödenek yapılmış, </w:t>
      </w:r>
      <w:r w:rsidRPr="00655C62">
        <w:rPr>
          <w:rStyle w:val="Gl"/>
        </w:rPr>
        <w:t>…… TL</w:t>
      </w:r>
      <w:r w:rsidRPr="00655C62">
        <w:t xml:space="preserve"> tutarında tenkis gerçekleşmiş ve dönem sonunda </w:t>
      </w:r>
      <w:r w:rsidRPr="00655C62">
        <w:rPr>
          <w:rStyle w:val="Gl"/>
        </w:rPr>
        <w:t>nihai ödenek</w:t>
      </w:r>
      <w:r w:rsidRPr="00655C62">
        <w:t xml:space="preserve"> </w:t>
      </w:r>
      <w:r w:rsidRPr="00655C62">
        <w:rPr>
          <w:rStyle w:val="Gl"/>
        </w:rPr>
        <w:t>…… TL</w:t>
      </w:r>
      <w:r w:rsidRPr="00655C62">
        <w:t xml:space="preserve"> olmuştur. Yıl sonu itibarıyla </w:t>
      </w:r>
      <w:r w:rsidRPr="00655C62">
        <w:rPr>
          <w:rStyle w:val="Gl"/>
        </w:rPr>
        <w:t>gerçekleşen harcama tutarı</w:t>
      </w:r>
      <w:r w:rsidRPr="00655C62">
        <w:t xml:space="preserve"> </w:t>
      </w:r>
      <w:r w:rsidRPr="00655C62">
        <w:rPr>
          <w:rStyle w:val="Gl"/>
        </w:rPr>
        <w:t>…… TL</w:t>
      </w:r>
      <w:r w:rsidRPr="00655C62">
        <w:t xml:space="preserve">, </w:t>
      </w:r>
      <w:r w:rsidRPr="00655C62">
        <w:rPr>
          <w:rStyle w:val="Gl"/>
        </w:rPr>
        <w:t>gerçekleşme oranı</w:t>
      </w:r>
      <w:r w:rsidRPr="00655C62">
        <w:t xml:space="preserve"> ise yaklaşık </w:t>
      </w:r>
      <w:r w:rsidRPr="00655C62">
        <w:rPr>
          <w:rStyle w:val="Gl"/>
        </w:rPr>
        <w:t>…… %</w:t>
      </w:r>
      <w:r w:rsidRPr="00655C62">
        <w:t xml:space="preserve"> olarak gerçekleşmiştir.</w:t>
      </w:r>
    </w:p>
    <w:p w:rsidR="00E24BA4" w:rsidRPr="00655C62" w:rsidRDefault="00E24BA4" w:rsidP="00E24BA4">
      <w:pPr>
        <w:pStyle w:val="Stil2"/>
      </w:pPr>
      <w:bookmarkStart w:id="69" w:name="_Toc153376778"/>
      <w:bookmarkStart w:id="70" w:name="_Hlk186025776"/>
      <w:bookmarkStart w:id="71" w:name="_Toc217311520"/>
      <w:r>
        <w:lastRenderedPageBreak/>
        <w:t>1.1.</w:t>
      </w:r>
      <w:r w:rsidRPr="00655C62">
        <w:t>Temel Mali Tablolara İlişkin Açıklamalar</w:t>
      </w:r>
      <w:bookmarkEnd w:id="68"/>
      <w:bookmarkEnd w:id="69"/>
      <w:bookmarkEnd w:id="70"/>
      <w:bookmarkEnd w:id="71"/>
    </w:p>
    <w:p w:rsidR="00E24BA4" w:rsidRDefault="00E24BA4" w:rsidP="00E24BA4">
      <w:pPr>
        <w:pStyle w:val="2BALIK"/>
      </w:pPr>
      <w:r w:rsidRPr="00655C62">
        <w:t xml:space="preserve">Ekonomik sınıflandırma bazında bakıldığında; </w:t>
      </w:r>
      <w:r w:rsidRPr="00655C62">
        <w:rPr>
          <w:rStyle w:val="Gl"/>
        </w:rPr>
        <w:t>personel giderleri</w:t>
      </w:r>
      <w:r w:rsidRPr="00655C62">
        <w:t xml:space="preserve"> için ayrılan </w:t>
      </w:r>
      <w:r w:rsidRPr="00655C62">
        <w:rPr>
          <w:rStyle w:val="Gl"/>
        </w:rPr>
        <w:t>…… TL</w:t>
      </w:r>
      <w:r w:rsidRPr="00655C62">
        <w:t xml:space="preserve"> ödeneğin </w:t>
      </w:r>
      <w:r w:rsidRPr="00655C62">
        <w:rPr>
          <w:rStyle w:val="Gl"/>
        </w:rPr>
        <w:t>…… TL</w:t>
      </w:r>
      <w:r w:rsidRPr="00655C62">
        <w:t>’si (</w:t>
      </w:r>
      <w:r w:rsidRPr="00655C62">
        <w:rPr>
          <w:rStyle w:val="Gl"/>
        </w:rPr>
        <w:t>…… %</w:t>
      </w:r>
      <w:r w:rsidRPr="00655C62">
        <w:t xml:space="preserve">), </w:t>
      </w:r>
      <w:r w:rsidRPr="00655C62">
        <w:rPr>
          <w:rStyle w:val="Gl"/>
        </w:rPr>
        <w:t>mal ve hizmet alımları</w:t>
      </w:r>
      <w:r w:rsidRPr="00655C62">
        <w:t xml:space="preserve"> için ayrılan </w:t>
      </w:r>
      <w:r w:rsidRPr="00655C62">
        <w:rPr>
          <w:rStyle w:val="Gl"/>
        </w:rPr>
        <w:t>…… TL</w:t>
      </w:r>
      <w:r w:rsidRPr="00655C62">
        <w:t xml:space="preserve"> ödeneğin </w:t>
      </w:r>
      <w:r w:rsidRPr="00655C62">
        <w:rPr>
          <w:rStyle w:val="Gl"/>
        </w:rPr>
        <w:t>…… TL</w:t>
      </w:r>
      <w:r w:rsidRPr="00655C62">
        <w:t>’si (</w:t>
      </w:r>
      <w:r w:rsidRPr="00655C62">
        <w:rPr>
          <w:rStyle w:val="Gl"/>
        </w:rPr>
        <w:t>…… %</w:t>
      </w:r>
      <w:r w:rsidRPr="00655C62">
        <w:t xml:space="preserve">), </w:t>
      </w:r>
      <w:r w:rsidRPr="00655C62">
        <w:rPr>
          <w:rStyle w:val="Gl"/>
        </w:rPr>
        <w:t>sermaye (yatırım) giderleri</w:t>
      </w:r>
      <w:r w:rsidRPr="00655C62">
        <w:t xml:space="preserve"> için ayrılan </w:t>
      </w:r>
      <w:r w:rsidRPr="00655C62">
        <w:rPr>
          <w:rStyle w:val="Gl"/>
        </w:rPr>
        <w:t>…… TL</w:t>
      </w:r>
      <w:r w:rsidRPr="00655C62">
        <w:t xml:space="preserve"> ödeneğin ise </w:t>
      </w:r>
      <w:r w:rsidRPr="00655C62">
        <w:rPr>
          <w:rStyle w:val="Gl"/>
        </w:rPr>
        <w:t>…… TL</w:t>
      </w:r>
      <w:r w:rsidRPr="00655C62">
        <w:t>’si (</w:t>
      </w:r>
      <w:r w:rsidRPr="00655C62">
        <w:rPr>
          <w:rStyle w:val="Gl"/>
        </w:rPr>
        <w:t>…… %</w:t>
      </w:r>
      <w:r w:rsidRPr="00655C62">
        <w:t>) kullanılmıştır.</w:t>
      </w:r>
    </w:p>
    <w:p w:rsidR="00E24BA4" w:rsidRDefault="00E24BA4" w:rsidP="00E24BA4">
      <w:pPr>
        <w:spacing w:line="360" w:lineRule="auto"/>
        <w:jc w:val="both"/>
        <w:rPr>
          <w:rFonts w:cs="Times New Roman"/>
        </w:rPr>
      </w:pPr>
    </w:p>
    <w:p w:rsidR="00E24BA4" w:rsidRPr="00655C62" w:rsidRDefault="00E24BA4" w:rsidP="00E24BA4">
      <w:pPr>
        <w:rPr>
          <w:rFonts w:cs="Times New Roman"/>
          <w:i/>
          <w:color w:val="808080"/>
        </w:rPr>
      </w:pPr>
      <w:r>
        <w:t xml:space="preserve">Mal </w:t>
      </w:r>
      <w:proofErr w:type="spellStart"/>
      <w:r>
        <w:t>ve</w:t>
      </w:r>
      <w:proofErr w:type="spellEnd"/>
      <w:r>
        <w:t xml:space="preserve"> </w:t>
      </w:r>
      <w:proofErr w:type="spellStart"/>
      <w:r>
        <w:t>Hizmet</w:t>
      </w:r>
      <w:proofErr w:type="spellEnd"/>
      <w:r>
        <w:t xml:space="preserve"> </w:t>
      </w:r>
      <w:proofErr w:type="spellStart"/>
      <w:r>
        <w:t>Alımları</w:t>
      </w:r>
      <w:proofErr w:type="spellEnd"/>
      <w:r>
        <w:t xml:space="preserve"> </w:t>
      </w:r>
      <w:proofErr w:type="spellStart"/>
      <w:r>
        <w:t>Tablosu</w:t>
      </w:r>
      <w:proofErr w:type="spellEnd"/>
      <w:r w:rsidR="00DF3935">
        <w:t xml:space="preserve"> </w:t>
      </w:r>
      <w:r w:rsidR="00DF3935" w:rsidRPr="00DF3935">
        <w:rPr>
          <w:highlight w:val="yellow"/>
        </w:rPr>
        <w:t>(</w:t>
      </w:r>
      <w:proofErr w:type="spellStart"/>
      <w:r w:rsidR="00DF3935" w:rsidRPr="00DF3935">
        <w:rPr>
          <w:highlight w:val="yellow"/>
        </w:rPr>
        <w:t>NOT</w:t>
      </w:r>
      <w:proofErr w:type="gramStart"/>
      <w:r w:rsidR="00DF3935" w:rsidRPr="00DF3935">
        <w:rPr>
          <w:highlight w:val="yellow"/>
        </w:rPr>
        <w:t>:Tablo</w:t>
      </w:r>
      <w:proofErr w:type="spellEnd"/>
      <w:proofErr w:type="gramEnd"/>
      <w:r w:rsidR="00DF3935" w:rsidRPr="00DF3935">
        <w:rPr>
          <w:highlight w:val="yellow"/>
        </w:rPr>
        <w:t xml:space="preserve"> </w:t>
      </w:r>
      <w:proofErr w:type="spellStart"/>
      <w:r w:rsidR="00DF3935" w:rsidRPr="00DF3935">
        <w:rPr>
          <w:highlight w:val="yellow"/>
        </w:rPr>
        <w:t>içerisi</w:t>
      </w:r>
      <w:proofErr w:type="spellEnd"/>
      <w:r w:rsidR="00DF3935" w:rsidRPr="00DF3935">
        <w:rPr>
          <w:highlight w:val="yellow"/>
        </w:rPr>
        <w:t xml:space="preserve"> </w:t>
      </w:r>
      <w:proofErr w:type="spellStart"/>
      <w:r w:rsidR="00DF3935" w:rsidRPr="00DF3935">
        <w:rPr>
          <w:highlight w:val="yellow"/>
        </w:rPr>
        <w:t>örnektir</w:t>
      </w:r>
      <w:proofErr w:type="spellEnd"/>
      <w:r w:rsidR="00DF3935" w:rsidRPr="00DF3935">
        <w:rPr>
          <w:highlight w:val="yellow"/>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95"/>
        <w:gridCol w:w="1461"/>
        <w:gridCol w:w="1374"/>
        <w:gridCol w:w="1622"/>
        <w:gridCol w:w="2310"/>
      </w:tblGrid>
      <w:tr w:rsidR="00E24BA4" w:rsidRPr="00FD7EE3" w:rsidTr="009D611D">
        <w:trPr>
          <w:tblHeader/>
          <w:tblCellSpacing w:w="15" w:type="dxa"/>
        </w:trPr>
        <w:tc>
          <w:tcPr>
            <w:tcW w:w="0" w:type="auto"/>
            <w:shd w:val="clear" w:color="auto" w:fill="B99C71"/>
            <w:vAlign w:val="center"/>
            <w:hideMark/>
          </w:tcPr>
          <w:p w:rsidR="00E24BA4" w:rsidRPr="00FD7EE3" w:rsidRDefault="00E24BA4" w:rsidP="009D611D">
            <w:pPr>
              <w:pStyle w:val="Stil4"/>
              <w:rPr>
                <w:rFonts w:eastAsia="Times New Roman"/>
                <w:lang w:eastAsia="tr-TR"/>
              </w:rPr>
            </w:pPr>
            <w:bookmarkStart w:id="72" w:name="_Toc153118737"/>
            <w:bookmarkStart w:id="73" w:name="_Toc153376779"/>
            <w:r w:rsidRPr="00FD7EE3">
              <w:rPr>
                <w:rFonts w:eastAsia="Times New Roman"/>
                <w:lang w:eastAsia="tr-TR"/>
              </w:rPr>
              <w:t>Gider Türü / Alt Kalem</w:t>
            </w:r>
          </w:p>
        </w:tc>
        <w:tc>
          <w:tcPr>
            <w:tcW w:w="0" w:type="auto"/>
            <w:shd w:val="clear" w:color="auto" w:fill="B99C71"/>
            <w:vAlign w:val="center"/>
            <w:hideMark/>
          </w:tcPr>
          <w:p w:rsidR="00E24BA4" w:rsidRPr="00FD7EE3" w:rsidRDefault="00E24BA4" w:rsidP="009D611D">
            <w:pPr>
              <w:pStyle w:val="Stil4"/>
              <w:rPr>
                <w:rFonts w:eastAsia="Times New Roman"/>
                <w:lang w:eastAsia="tr-TR"/>
              </w:rPr>
            </w:pPr>
            <w:r w:rsidRPr="00FD7EE3">
              <w:rPr>
                <w:rFonts w:eastAsia="Times New Roman"/>
                <w:lang w:eastAsia="tr-TR"/>
              </w:rPr>
              <w:t>Ekonomik Kod (03.xx)</w:t>
            </w:r>
          </w:p>
        </w:tc>
        <w:tc>
          <w:tcPr>
            <w:tcW w:w="0" w:type="auto"/>
            <w:shd w:val="clear" w:color="auto" w:fill="B99C71"/>
            <w:vAlign w:val="center"/>
            <w:hideMark/>
          </w:tcPr>
          <w:p w:rsidR="00E24BA4" w:rsidRPr="00FD7EE3" w:rsidRDefault="00E24BA4" w:rsidP="009D611D">
            <w:pPr>
              <w:pStyle w:val="Stil4"/>
              <w:rPr>
                <w:rFonts w:eastAsia="Times New Roman"/>
                <w:lang w:eastAsia="tr-TR"/>
              </w:rPr>
            </w:pPr>
            <w:r w:rsidRPr="00FD7EE3">
              <w:rPr>
                <w:rFonts w:eastAsia="Times New Roman"/>
                <w:lang w:eastAsia="tr-TR"/>
              </w:rPr>
              <w:t>Harcama Tutarı (TL)</w:t>
            </w:r>
          </w:p>
        </w:tc>
        <w:tc>
          <w:tcPr>
            <w:tcW w:w="0" w:type="auto"/>
            <w:shd w:val="clear" w:color="auto" w:fill="B99C71"/>
            <w:vAlign w:val="center"/>
            <w:hideMark/>
          </w:tcPr>
          <w:p w:rsidR="00E24BA4" w:rsidRPr="00FD7EE3" w:rsidRDefault="00E24BA4" w:rsidP="009D611D">
            <w:pPr>
              <w:pStyle w:val="Stil4"/>
              <w:rPr>
                <w:rFonts w:eastAsia="Times New Roman"/>
                <w:lang w:eastAsia="tr-TR"/>
              </w:rPr>
            </w:pPr>
            <w:r w:rsidRPr="00FD7EE3">
              <w:rPr>
                <w:rFonts w:eastAsia="Times New Roman"/>
                <w:lang w:eastAsia="tr-TR"/>
              </w:rPr>
              <w:t>Gerçekleşme Oranı (%)</w:t>
            </w:r>
          </w:p>
        </w:tc>
        <w:tc>
          <w:tcPr>
            <w:tcW w:w="0" w:type="auto"/>
            <w:shd w:val="clear" w:color="auto" w:fill="B99C71"/>
            <w:vAlign w:val="center"/>
            <w:hideMark/>
          </w:tcPr>
          <w:p w:rsidR="00E24BA4" w:rsidRPr="00FD7EE3" w:rsidRDefault="00E24BA4" w:rsidP="009D611D">
            <w:pPr>
              <w:pStyle w:val="Stil4"/>
              <w:rPr>
                <w:rFonts w:eastAsia="Times New Roman"/>
                <w:lang w:eastAsia="tr-TR"/>
              </w:rPr>
            </w:pPr>
            <w:r w:rsidRPr="00FD7EE3">
              <w:rPr>
                <w:rFonts w:eastAsia="Times New Roman"/>
                <w:lang w:eastAsia="tr-TR"/>
              </w:rPr>
              <w:t>Kısa Açıklama / Not</w:t>
            </w:r>
          </w:p>
        </w:tc>
      </w:tr>
      <w:tr w:rsidR="00E24BA4" w:rsidRPr="00FD7EE3" w:rsidTr="009D611D">
        <w:trPr>
          <w:tblCellSpacing w:w="15" w:type="dxa"/>
        </w:trPr>
        <w:tc>
          <w:tcPr>
            <w:tcW w:w="0" w:type="auto"/>
            <w:vAlign w:val="center"/>
            <w:hideMark/>
          </w:tcPr>
          <w:p w:rsidR="00E24BA4" w:rsidRPr="00B4030F" w:rsidRDefault="00E24BA4" w:rsidP="009D611D">
            <w:pPr>
              <w:pStyle w:val="Stil4"/>
              <w:rPr>
                <w:rFonts w:eastAsia="Times New Roman"/>
                <w:b w:val="0"/>
                <w:lang w:eastAsia="tr-TR"/>
              </w:rPr>
            </w:pPr>
            <w:r w:rsidRPr="00B4030F">
              <w:rPr>
                <w:rFonts w:eastAsia="Times New Roman"/>
                <w:b w:val="0"/>
                <w:lang w:eastAsia="tr-TR"/>
              </w:rPr>
              <w:t>Eğitim-öğretim malzeme alımları</w:t>
            </w:r>
          </w:p>
        </w:tc>
        <w:tc>
          <w:tcPr>
            <w:tcW w:w="0" w:type="auto"/>
            <w:vAlign w:val="center"/>
            <w:hideMark/>
          </w:tcPr>
          <w:p w:rsidR="00E24BA4" w:rsidRPr="00B4030F" w:rsidRDefault="00E24BA4" w:rsidP="009D611D">
            <w:pPr>
              <w:pStyle w:val="Stil4"/>
              <w:rPr>
                <w:rFonts w:eastAsia="Times New Roman"/>
                <w:b w:val="0"/>
                <w:lang w:eastAsia="tr-TR"/>
              </w:rPr>
            </w:pPr>
            <w:r w:rsidRPr="00B4030F">
              <w:rPr>
                <w:rFonts w:eastAsia="Times New Roman"/>
                <w:b w:val="0"/>
                <w:lang w:eastAsia="tr-TR"/>
              </w:rPr>
              <w:t>03.2</w:t>
            </w:r>
          </w:p>
        </w:tc>
        <w:tc>
          <w:tcPr>
            <w:tcW w:w="0" w:type="auto"/>
            <w:vAlign w:val="center"/>
            <w:hideMark/>
          </w:tcPr>
          <w:p w:rsidR="00E24BA4" w:rsidRPr="00B4030F" w:rsidRDefault="00E24BA4" w:rsidP="009D611D">
            <w:pPr>
              <w:pStyle w:val="Stil4"/>
              <w:rPr>
                <w:rFonts w:eastAsia="Times New Roman"/>
                <w:b w:val="0"/>
                <w:szCs w:val="20"/>
                <w:lang w:eastAsia="tr-TR"/>
              </w:rPr>
            </w:pPr>
          </w:p>
        </w:tc>
        <w:tc>
          <w:tcPr>
            <w:tcW w:w="0" w:type="auto"/>
            <w:vAlign w:val="center"/>
            <w:hideMark/>
          </w:tcPr>
          <w:p w:rsidR="00E24BA4" w:rsidRPr="00B4030F" w:rsidRDefault="00E24BA4" w:rsidP="009D611D">
            <w:pPr>
              <w:pStyle w:val="Stil4"/>
              <w:rPr>
                <w:rFonts w:eastAsia="Times New Roman"/>
                <w:b w:val="0"/>
                <w:szCs w:val="20"/>
                <w:lang w:eastAsia="tr-TR"/>
              </w:rPr>
            </w:pPr>
          </w:p>
        </w:tc>
        <w:tc>
          <w:tcPr>
            <w:tcW w:w="0" w:type="auto"/>
            <w:vAlign w:val="center"/>
            <w:hideMark/>
          </w:tcPr>
          <w:p w:rsidR="00E24BA4" w:rsidRPr="00B4030F" w:rsidRDefault="00E24BA4" w:rsidP="009D611D">
            <w:pPr>
              <w:pStyle w:val="Stil4"/>
              <w:rPr>
                <w:rFonts w:eastAsia="Times New Roman"/>
                <w:b w:val="0"/>
                <w:lang w:eastAsia="tr-TR"/>
              </w:rPr>
            </w:pPr>
            <w:r w:rsidRPr="00B4030F">
              <w:rPr>
                <w:rFonts w:eastAsia="Times New Roman"/>
                <w:b w:val="0"/>
                <w:lang w:eastAsia="tr-TR"/>
              </w:rPr>
              <w:t>Ders, laboratuvar vb. sarf malzemeleri</w:t>
            </w:r>
          </w:p>
        </w:tc>
      </w:tr>
      <w:tr w:rsidR="00E24BA4" w:rsidRPr="00FD7EE3" w:rsidTr="009D611D">
        <w:trPr>
          <w:tblCellSpacing w:w="15" w:type="dxa"/>
        </w:trPr>
        <w:tc>
          <w:tcPr>
            <w:tcW w:w="0" w:type="auto"/>
            <w:vAlign w:val="center"/>
            <w:hideMark/>
          </w:tcPr>
          <w:p w:rsidR="00E24BA4" w:rsidRPr="00B4030F" w:rsidRDefault="00E24BA4" w:rsidP="009D611D">
            <w:pPr>
              <w:pStyle w:val="Stil4"/>
              <w:rPr>
                <w:rFonts w:eastAsia="Times New Roman"/>
                <w:b w:val="0"/>
                <w:lang w:eastAsia="tr-TR"/>
              </w:rPr>
            </w:pPr>
            <w:r w:rsidRPr="00B4030F">
              <w:rPr>
                <w:rFonts w:eastAsia="Times New Roman"/>
                <w:b w:val="0"/>
                <w:lang w:eastAsia="tr-TR"/>
              </w:rPr>
              <w:t>Bilgi teknolojileri ve yazılım alımları</w:t>
            </w:r>
          </w:p>
        </w:tc>
        <w:tc>
          <w:tcPr>
            <w:tcW w:w="0" w:type="auto"/>
            <w:vAlign w:val="center"/>
            <w:hideMark/>
          </w:tcPr>
          <w:p w:rsidR="00E24BA4" w:rsidRPr="00B4030F" w:rsidRDefault="00E24BA4" w:rsidP="009D611D">
            <w:pPr>
              <w:pStyle w:val="Stil4"/>
              <w:rPr>
                <w:rFonts w:eastAsia="Times New Roman"/>
                <w:b w:val="0"/>
                <w:lang w:eastAsia="tr-TR"/>
              </w:rPr>
            </w:pPr>
            <w:r w:rsidRPr="00B4030F">
              <w:rPr>
                <w:rFonts w:eastAsia="Times New Roman"/>
                <w:b w:val="0"/>
                <w:lang w:eastAsia="tr-TR"/>
              </w:rPr>
              <w:t>03.2 / 03.5</w:t>
            </w:r>
          </w:p>
        </w:tc>
        <w:tc>
          <w:tcPr>
            <w:tcW w:w="0" w:type="auto"/>
            <w:vAlign w:val="center"/>
            <w:hideMark/>
          </w:tcPr>
          <w:p w:rsidR="00E24BA4" w:rsidRPr="00B4030F" w:rsidRDefault="00E24BA4" w:rsidP="009D611D">
            <w:pPr>
              <w:pStyle w:val="Stil4"/>
              <w:rPr>
                <w:rFonts w:eastAsia="Times New Roman"/>
                <w:b w:val="0"/>
                <w:szCs w:val="20"/>
                <w:lang w:eastAsia="tr-TR"/>
              </w:rPr>
            </w:pPr>
          </w:p>
        </w:tc>
        <w:tc>
          <w:tcPr>
            <w:tcW w:w="0" w:type="auto"/>
            <w:vAlign w:val="center"/>
            <w:hideMark/>
          </w:tcPr>
          <w:p w:rsidR="00E24BA4" w:rsidRPr="00B4030F" w:rsidRDefault="00E24BA4" w:rsidP="009D611D">
            <w:pPr>
              <w:pStyle w:val="Stil4"/>
              <w:rPr>
                <w:rFonts w:eastAsia="Times New Roman"/>
                <w:b w:val="0"/>
                <w:szCs w:val="20"/>
                <w:lang w:eastAsia="tr-TR"/>
              </w:rPr>
            </w:pPr>
          </w:p>
        </w:tc>
        <w:tc>
          <w:tcPr>
            <w:tcW w:w="0" w:type="auto"/>
            <w:vAlign w:val="center"/>
            <w:hideMark/>
          </w:tcPr>
          <w:p w:rsidR="00E24BA4" w:rsidRPr="00B4030F" w:rsidRDefault="00E24BA4" w:rsidP="009D611D">
            <w:pPr>
              <w:pStyle w:val="Stil4"/>
              <w:rPr>
                <w:rFonts w:eastAsia="Times New Roman"/>
                <w:b w:val="0"/>
                <w:lang w:eastAsia="tr-TR"/>
              </w:rPr>
            </w:pPr>
            <w:r w:rsidRPr="00B4030F">
              <w:rPr>
                <w:rFonts w:eastAsia="Times New Roman"/>
                <w:b w:val="0"/>
                <w:lang w:eastAsia="tr-TR"/>
              </w:rPr>
              <w:t>Donanım, lisans, yazılım hizmet alımları</w:t>
            </w:r>
          </w:p>
        </w:tc>
      </w:tr>
      <w:tr w:rsidR="00E24BA4" w:rsidRPr="00FD7EE3" w:rsidTr="009D611D">
        <w:trPr>
          <w:tblCellSpacing w:w="15" w:type="dxa"/>
        </w:trPr>
        <w:tc>
          <w:tcPr>
            <w:tcW w:w="0" w:type="auto"/>
            <w:vAlign w:val="center"/>
            <w:hideMark/>
          </w:tcPr>
          <w:p w:rsidR="00E24BA4" w:rsidRPr="00B4030F" w:rsidRDefault="00E24BA4" w:rsidP="009D611D">
            <w:pPr>
              <w:pStyle w:val="Stil4"/>
              <w:rPr>
                <w:rFonts w:eastAsia="Times New Roman"/>
                <w:b w:val="0"/>
                <w:lang w:eastAsia="tr-TR"/>
              </w:rPr>
            </w:pPr>
            <w:r w:rsidRPr="00B4030F">
              <w:rPr>
                <w:rFonts w:eastAsia="Times New Roman"/>
                <w:b w:val="0"/>
                <w:lang w:eastAsia="tr-TR"/>
              </w:rPr>
              <w:t>Temizlik, güvenlik ve destek hizmet alımları</w:t>
            </w:r>
          </w:p>
        </w:tc>
        <w:tc>
          <w:tcPr>
            <w:tcW w:w="0" w:type="auto"/>
            <w:vAlign w:val="center"/>
            <w:hideMark/>
          </w:tcPr>
          <w:p w:rsidR="00E24BA4" w:rsidRPr="00B4030F" w:rsidRDefault="00E24BA4" w:rsidP="009D611D">
            <w:pPr>
              <w:pStyle w:val="Stil4"/>
              <w:rPr>
                <w:rFonts w:eastAsia="Times New Roman"/>
                <w:b w:val="0"/>
                <w:lang w:eastAsia="tr-TR"/>
              </w:rPr>
            </w:pPr>
            <w:r w:rsidRPr="00B4030F">
              <w:rPr>
                <w:rFonts w:eastAsia="Times New Roman"/>
                <w:b w:val="0"/>
                <w:lang w:eastAsia="tr-TR"/>
              </w:rPr>
              <w:t>03.5</w:t>
            </w:r>
          </w:p>
        </w:tc>
        <w:tc>
          <w:tcPr>
            <w:tcW w:w="0" w:type="auto"/>
            <w:vAlign w:val="center"/>
            <w:hideMark/>
          </w:tcPr>
          <w:p w:rsidR="00E24BA4" w:rsidRPr="00B4030F" w:rsidRDefault="00E24BA4" w:rsidP="009D611D">
            <w:pPr>
              <w:pStyle w:val="Stil4"/>
              <w:rPr>
                <w:rFonts w:eastAsia="Times New Roman"/>
                <w:b w:val="0"/>
                <w:szCs w:val="20"/>
                <w:lang w:eastAsia="tr-TR"/>
              </w:rPr>
            </w:pPr>
          </w:p>
        </w:tc>
        <w:tc>
          <w:tcPr>
            <w:tcW w:w="0" w:type="auto"/>
            <w:vAlign w:val="center"/>
            <w:hideMark/>
          </w:tcPr>
          <w:p w:rsidR="00E24BA4" w:rsidRPr="00B4030F" w:rsidRDefault="00E24BA4" w:rsidP="009D611D">
            <w:pPr>
              <w:pStyle w:val="Stil4"/>
              <w:rPr>
                <w:rFonts w:eastAsia="Times New Roman"/>
                <w:b w:val="0"/>
                <w:szCs w:val="20"/>
                <w:lang w:eastAsia="tr-TR"/>
              </w:rPr>
            </w:pPr>
          </w:p>
        </w:tc>
        <w:tc>
          <w:tcPr>
            <w:tcW w:w="0" w:type="auto"/>
            <w:vAlign w:val="center"/>
            <w:hideMark/>
          </w:tcPr>
          <w:p w:rsidR="00E24BA4" w:rsidRPr="00B4030F" w:rsidRDefault="00E24BA4" w:rsidP="009D611D">
            <w:pPr>
              <w:pStyle w:val="Stil4"/>
              <w:rPr>
                <w:rFonts w:eastAsia="Times New Roman"/>
                <w:b w:val="0"/>
                <w:lang w:eastAsia="tr-TR"/>
              </w:rPr>
            </w:pPr>
            <w:r w:rsidRPr="00B4030F">
              <w:rPr>
                <w:rFonts w:eastAsia="Times New Roman"/>
                <w:b w:val="0"/>
                <w:lang w:eastAsia="tr-TR"/>
              </w:rPr>
              <w:t>Hizmet alımı yoluyla yürütülen işler</w:t>
            </w:r>
          </w:p>
        </w:tc>
      </w:tr>
      <w:tr w:rsidR="00E24BA4" w:rsidRPr="00FD7EE3" w:rsidTr="009D611D">
        <w:trPr>
          <w:tblCellSpacing w:w="15" w:type="dxa"/>
        </w:trPr>
        <w:tc>
          <w:tcPr>
            <w:tcW w:w="0" w:type="auto"/>
            <w:vAlign w:val="center"/>
            <w:hideMark/>
          </w:tcPr>
          <w:p w:rsidR="00E24BA4" w:rsidRPr="00B4030F" w:rsidRDefault="00E24BA4" w:rsidP="009D611D">
            <w:pPr>
              <w:pStyle w:val="Stil4"/>
              <w:rPr>
                <w:rFonts w:eastAsia="Times New Roman"/>
                <w:b w:val="0"/>
                <w:lang w:eastAsia="tr-TR"/>
              </w:rPr>
            </w:pPr>
            <w:r w:rsidRPr="00B4030F">
              <w:rPr>
                <w:rFonts w:eastAsia="Times New Roman"/>
                <w:b w:val="0"/>
                <w:lang w:eastAsia="tr-TR"/>
              </w:rPr>
              <w:t>Bakım-onarım hizmetleri</w:t>
            </w:r>
          </w:p>
        </w:tc>
        <w:tc>
          <w:tcPr>
            <w:tcW w:w="0" w:type="auto"/>
            <w:vAlign w:val="center"/>
            <w:hideMark/>
          </w:tcPr>
          <w:p w:rsidR="00E24BA4" w:rsidRPr="00B4030F" w:rsidRDefault="00E24BA4" w:rsidP="009D611D">
            <w:pPr>
              <w:pStyle w:val="Stil4"/>
              <w:rPr>
                <w:rFonts w:eastAsia="Times New Roman"/>
                <w:b w:val="0"/>
                <w:lang w:eastAsia="tr-TR"/>
              </w:rPr>
            </w:pPr>
            <w:r w:rsidRPr="00B4030F">
              <w:rPr>
                <w:rFonts w:eastAsia="Times New Roman"/>
                <w:b w:val="0"/>
                <w:lang w:eastAsia="tr-TR"/>
              </w:rPr>
              <w:t>03.5</w:t>
            </w:r>
          </w:p>
        </w:tc>
        <w:tc>
          <w:tcPr>
            <w:tcW w:w="0" w:type="auto"/>
            <w:vAlign w:val="center"/>
            <w:hideMark/>
          </w:tcPr>
          <w:p w:rsidR="00E24BA4" w:rsidRPr="00B4030F" w:rsidRDefault="00E24BA4" w:rsidP="009D611D">
            <w:pPr>
              <w:pStyle w:val="Stil4"/>
              <w:rPr>
                <w:rFonts w:eastAsia="Times New Roman"/>
                <w:b w:val="0"/>
                <w:szCs w:val="20"/>
                <w:lang w:eastAsia="tr-TR"/>
              </w:rPr>
            </w:pPr>
          </w:p>
        </w:tc>
        <w:tc>
          <w:tcPr>
            <w:tcW w:w="0" w:type="auto"/>
            <w:vAlign w:val="center"/>
            <w:hideMark/>
          </w:tcPr>
          <w:p w:rsidR="00E24BA4" w:rsidRPr="00B4030F" w:rsidRDefault="00E24BA4" w:rsidP="009D611D">
            <w:pPr>
              <w:pStyle w:val="Stil4"/>
              <w:rPr>
                <w:rFonts w:eastAsia="Times New Roman"/>
                <w:b w:val="0"/>
                <w:szCs w:val="20"/>
                <w:lang w:eastAsia="tr-TR"/>
              </w:rPr>
            </w:pPr>
          </w:p>
        </w:tc>
        <w:tc>
          <w:tcPr>
            <w:tcW w:w="0" w:type="auto"/>
            <w:vAlign w:val="center"/>
            <w:hideMark/>
          </w:tcPr>
          <w:p w:rsidR="00E24BA4" w:rsidRPr="00B4030F" w:rsidRDefault="00E24BA4" w:rsidP="009D611D">
            <w:pPr>
              <w:pStyle w:val="Stil4"/>
              <w:rPr>
                <w:rFonts w:eastAsia="Times New Roman"/>
                <w:b w:val="0"/>
                <w:lang w:eastAsia="tr-TR"/>
              </w:rPr>
            </w:pPr>
            <w:r w:rsidRPr="00B4030F">
              <w:rPr>
                <w:rFonts w:eastAsia="Times New Roman"/>
                <w:b w:val="0"/>
                <w:lang w:eastAsia="tr-TR"/>
              </w:rPr>
              <w:t>Bina, tesis, cihaz bakım-onarım harcamaları</w:t>
            </w:r>
          </w:p>
        </w:tc>
      </w:tr>
      <w:tr w:rsidR="00E24BA4" w:rsidRPr="00FD7EE3" w:rsidTr="009D611D">
        <w:trPr>
          <w:tblCellSpacing w:w="15" w:type="dxa"/>
        </w:trPr>
        <w:tc>
          <w:tcPr>
            <w:tcW w:w="0" w:type="auto"/>
            <w:vAlign w:val="center"/>
            <w:hideMark/>
          </w:tcPr>
          <w:p w:rsidR="00E24BA4" w:rsidRPr="00B4030F" w:rsidRDefault="00E24BA4" w:rsidP="009D611D">
            <w:pPr>
              <w:pStyle w:val="Stil4"/>
              <w:rPr>
                <w:rFonts w:eastAsia="Times New Roman"/>
                <w:b w:val="0"/>
                <w:lang w:eastAsia="tr-TR"/>
              </w:rPr>
            </w:pPr>
            <w:r w:rsidRPr="00B4030F">
              <w:rPr>
                <w:rFonts w:eastAsia="Times New Roman"/>
                <w:b w:val="0"/>
                <w:lang w:eastAsia="tr-TR"/>
              </w:rPr>
              <w:t>Enerji, su, ısınma ve işletme giderleri</w:t>
            </w:r>
          </w:p>
        </w:tc>
        <w:tc>
          <w:tcPr>
            <w:tcW w:w="0" w:type="auto"/>
            <w:vAlign w:val="center"/>
            <w:hideMark/>
          </w:tcPr>
          <w:p w:rsidR="00E24BA4" w:rsidRPr="00B4030F" w:rsidRDefault="00E24BA4" w:rsidP="009D611D">
            <w:pPr>
              <w:pStyle w:val="Stil4"/>
              <w:rPr>
                <w:rFonts w:eastAsia="Times New Roman"/>
                <w:b w:val="0"/>
                <w:lang w:eastAsia="tr-TR"/>
              </w:rPr>
            </w:pPr>
            <w:r w:rsidRPr="00B4030F">
              <w:rPr>
                <w:rFonts w:eastAsia="Times New Roman"/>
                <w:b w:val="0"/>
                <w:lang w:eastAsia="tr-TR"/>
              </w:rPr>
              <w:t>03.3 / 03.5</w:t>
            </w:r>
          </w:p>
        </w:tc>
        <w:tc>
          <w:tcPr>
            <w:tcW w:w="0" w:type="auto"/>
            <w:vAlign w:val="center"/>
            <w:hideMark/>
          </w:tcPr>
          <w:p w:rsidR="00E24BA4" w:rsidRPr="00B4030F" w:rsidRDefault="00E24BA4" w:rsidP="009D611D">
            <w:pPr>
              <w:pStyle w:val="Stil4"/>
              <w:rPr>
                <w:rFonts w:eastAsia="Times New Roman"/>
                <w:b w:val="0"/>
                <w:szCs w:val="20"/>
                <w:lang w:eastAsia="tr-TR"/>
              </w:rPr>
            </w:pPr>
          </w:p>
        </w:tc>
        <w:tc>
          <w:tcPr>
            <w:tcW w:w="0" w:type="auto"/>
            <w:vAlign w:val="center"/>
            <w:hideMark/>
          </w:tcPr>
          <w:p w:rsidR="00E24BA4" w:rsidRPr="00B4030F" w:rsidRDefault="00E24BA4" w:rsidP="009D611D">
            <w:pPr>
              <w:pStyle w:val="Stil4"/>
              <w:rPr>
                <w:rFonts w:eastAsia="Times New Roman"/>
                <w:b w:val="0"/>
                <w:szCs w:val="20"/>
                <w:lang w:eastAsia="tr-TR"/>
              </w:rPr>
            </w:pPr>
          </w:p>
        </w:tc>
        <w:tc>
          <w:tcPr>
            <w:tcW w:w="0" w:type="auto"/>
            <w:vAlign w:val="center"/>
            <w:hideMark/>
          </w:tcPr>
          <w:p w:rsidR="00E24BA4" w:rsidRPr="00B4030F" w:rsidRDefault="00E24BA4" w:rsidP="009D611D">
            <w:pPr>
              <w:pStyle w:val="Stil4"/>
              <w:rPr>
                <w:rFonts w:eastAsia="Times New Roman"/>
                <w:b w:val="0"/>
                <w:lang w:eastAsia="tr-TR"/>
              </w:rPr>
            </w:pPr>
            <w:r w:rsidRPr="00B4030F">
              <w:rPr>
                <w:rFonts w:eastAsia="Times New Roman"/>
                <w:b w:val="0"/>
                <w:lang w:eastAsia="tr-TR"/>
              </w:rPr>
              <w:t>Elektrik, su, doğalgaz, diğer işletme giderleri</w:t>
            </w:r>
          </w:p>
        </w:tc>
      </w:tr>
      <w:tr w:rsidR="00E24BA4" w:rsidRPr="00FD7EE3" w:rsidTr="009D611D">
        <w:trPr>
          <w:tblCellSpacing w:w="15" w:type="dxa"/>
        </w:trPr>
        <w:tc>
          <w:tcPr>
            <w:tcW w:w="0" w:type="auto"/>
            <w:vAlign w:val="center"/>
            <w:hideMark/>
          </w:tcPr>
          <w:p w:rsidR="00E24BA4" w:rsidRPr="00B4030F" w:rsidRDefault="00E24BA4" w:rsidP="009D611D">
            <w:pPr>
              <w:pStyle w:val="Stil4"/>
              <w:rPr>
                <w:rFonts w:eastAsia="Times New Roman"/>
                <w:b w:val="0"/>
                <w:lang w:eastAsia="tr-TR"/>
              </w:rPr>
            </w:pPr>
            <w:r w:rsidRPr="00B4030F">
              <w:rPr>
                <w:rFonts w:eastAsia="Times New Roman"/>
                <w:b w:val="0"/>
                <w:lang w:eastAsia="tr-TR"/>
              </w:rPr>
              <w:t>Diğer mal ve hizmet alımları</w:t>
            </w:r>
          </w:p>
        </w:tc>
        <w:tc>
          <w:tcPr>
            <w:tcW w:w="0" w:type="auto"/>
            <w:vAlign w:val="center"/>
            <w:hideMark/>
          </w:tcPr>
          <w:p w:rsidR="00E24BA4" w:rsidRPr="00B4030F" w:rsidRDefault="00E24BA4" w:rsidP="009D611D">
            <w:pPr>
              <w:pStyle w:val="Stil4"/>
              <w:rPr>
                <w:rFonts w:eastAsia="Times New Roman"/>
                <w:b w:val="0"/>
                <w:lang w:eastAsia="tr-TR"/>
              </w:rPr>
            </w:pPr>
            <w:r w:rsidRPr="00B4030F">
              <w:rPr>
                <w:rFonts w:eastAsia="Times New Roman"/>
                <w:b w:val="0"/>
                <w:lang w:eastAsia="tr-TR"/>
              </w:rPr>
              <w:t>03.xx</w:t>
            </w:r>
          </w:p>
        </w:tc>
        <w:tc>
          <w:tcPr>
            <w:tcW w:w="0" w:type="auto"/>
            <w:vAlign w:val="center"/>
            <w:hideMark/>
          </w:tcPr>
          <w:p w:rsidR="00E24BA4" w:rsidRPr="00B4030F" w:rsidRDefault="00E24BA4" w:rsidP="009D611D">
            <w:pPr>
              <w:pStyle w:val="Stil4"/>
              <w:rPr>
                <w:rFonts w:eastAsia="Times New Roman"/>
                <w:b w:val="0"/>
                <w:szCs w:val="20"/>
                <w:lang w:eastAsia="tr-TR"/>
              </w:rPr>
            </w:pPr>
          </w:p>
        </w:tc>
        <w:tc>
          <w:tcPr>
            <w:tcW w:w="0" w:type="auto"/>
            <w:vAlign w:val="center"/>
            <w:hideMark/>
          </w:tcPr>
          <w:p w:rsidR="00E24BA4" w:rsidRPr="00B4030F" w:rsidRDefault="00E24BA4" w:rsidP="009D611D">
            <w:pPr>
              <w:pStyle w:val="Stil4"/>
              <w:rPr>
                <w:rFonts w:eastAsia="Times New Roman"/>
                <w:b w:val="0"/>
                <w:szCs w:val="20"/>
                <w:lang w:eastAsia="tr-TR"/>
              </w:rPr>
            </w:pPr>
          </w:p>
        </w:tc>
        <w:tc>
          <w:tcPr>
            <w:tcW w:w="0" w:type="auto"/>
            <w:vAlign w:val="center"/>
            <w:hideMark/>
          </w:tcPr>
          <w:p w:rsidR="00E24BA4" w:rsidRPr="00B4030F" w:rsidRDefault="00E24BA4" w:rsidP="009D611D">
            <w:pPr>
              <w:pStyle w:val="Stil4"/>
              <w:rPr>
                <w:rFonts w:eastAsia="Times New Roman"/>
                <w:b w:val="0"/>
                <w:lang w:eastAsia="tr-TR"/>
              </w:rPr>
            </w:pPr>
            <w:r w:rsidRPr="00B4030F">
              <w:rPr>
                <w:rFonts w:eastAsia="Times New Roman"/>
                <w:b w:val="0"/>
                <w:lang w:eastAsia="tr-TR"/>
              </w:rPr>
              <w:t>Birim özelinde diğer mal ve hizmet giderleri</w:t>
            </w:r>
          </w:p>
        </w:tc>
      </w:tr>
    </w:tbl>
    <w:p w:rsidR="00E24BA4" w:rsidRDefault="00E24BA4" w:rsidP="00E24BA4"/>
    <w:p w:rsidR="00E24BA4" w:rsidRDefault="00E24BA4" w:rsidP="00E24BA4">
      <w:r>
        <w:t xml:space="preserve">Mal </w:t>
      </w:r>
      <w:proofErr w:type="spellStart"/>
      <w:r>
        <w:t>ve</w:t>
      </w:r>
      <w:proofErr w:type="spellEnd"/>
      <w:r>
        <w:t xml:space="preserve"> </w:t>
      </w:r>
      <w:proofErr w:type="spellStart"/>
      <w:r>
        <w:t>Hizmet</w:t>
      </w:r>
      <w:proofErr w:type="spellEnd"/>
      <w:r>
        <w:t xml:space="preserve"> </w:t>
      </w:r>
      <w:proofErr w:type="spellStart"/>
      <w:r>
        <w:t>Alımları</w:t>
      </w:r>
      <w:proofErr w:type="spellEnd"/>
      <w:r>
        <w:t xml:space="preserve"> (</w:t>
      </w:r>
      <w:proofErr w:type="spellStart"/>
      <w:r>
        <w:t>İhale-Doğrudan</w:t>
      </w:r>
      <w:proofErr w:type="spellEnd"/>
      <w:r>
        <w:t xml:space="preserve"> Temin)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74"/>
        <w:gridCol w:w="1660"/>
        <w:gridCol w:w="1724"/>
        <w:gridCol w:w="3904"/>
      </w:tblGrid>
      <w:tr w:rsidR="00E24BA4" w:rsidRPr="009245EF" w:rsidTr="009D611D">
        <w:trPr>
          <w:tblHeader/>
          <w:tblCellSpacing w:w="15" w:type="dxa"/>
        </w:trPr>
        <w:tc>
          <w:tcPr>
            <w:tcW w:w="0" w:type="auto"/>
            <w:shd w:val="clear" w:color="auto" w:fill="B99C71"/>
            <w:vAlign w:val="center"/>
            <w:hideMark/>
          </w:tcPr>
          <w:p w:rsidR="00E24BA4" w:rsidRPr="009245EF" w:rsidRDefault="00E24BA4" w:rsidP="009D611D">
            <w:pPr>
              <w:pStyle w:val="Stil4"/>
              <w:rPr>
                <w:rFonts w:eastAsia="Times New Roman"/>
                <w:lang w:eastAsia="tr-TR"/>
              </w:rPr>
            </w:pPr>
            <w:r w:rsidRPr="009245EF">
              <w:rPr>
                <w:rFonts w:eastAsia="Times New Roman"/>
                <w:lang w:eastAsia="tr-TR"/>
              </w:rPr>
              <w:t>Alım Usulü</w:t>
            </w:r>
          </w:p>
        </w:tc>
        <w:tc>
          <w:tcPr>
            <w:tcW w:w="0" w:type="auto"/>
            <w:shd w:val="clear" w:color="auto" w:fill="B99C71"/>
            <w:vAlign w:val="center"/>
            <w:hideMark/>
          </w:tcPr>
          <w:p w:rsidR="00E24BA4" w:rsidRPr="009245EF" w:rsidRDefault="00E24BA4" w:rsidP="009D611D">
            <w:pPr>
              <w:pStyle w:val="Stil4"/>
              <w:rPr>
                <w:rFonts w:eastAsia="Times New Roman"/>
                <w:lang w:eastAsia="tr-TR"/>
              </w:rPr>
            </w:pPr>
            <w:r w:rsidRPr="009245EF">
              <w:rPr>
                <w:rFonts w:eastAsia="Times New Roman"/>
                <w:lang w:eastAsia="tr-TR"/>
              </w:rPr>
              <w:t>İhale / İşlem Sayısı</w:t>
            </w:r>
          </w:p>
        </w:tc>
        <w:tc>
          <w:tcPr>
            <w:tcW w:w="0" w:type="auto"/>
            <w:shd w:val="clear" w:color="auto" w:fill="B99C71"/>
            <w:vAlign w:val="center"/>
            <w:hideMark/>
          </w:tcPr>
          <w:p w:rsidR="00E24BA4" w:rsidRPr="009245EF" w:rsidRDefault="00E24BA4" w:rsidP="009D611D">
            <w:pPr>
              <w:pStyle w:val="Stil4"/>
              <w:rPr>
                <w:rFonts w:eastAsia="Times New Roman"/>
                <w:lang w:eastAsia="tr-TR"/>
              </w:rPr>
            </w:pPr>
            <w:r w:rsidRPr="009245EF">
              <w:rPr>
                <w:rFonts w:eastAsia="Times New Roman"/>
                <w:lang w:eastAsia="tr-TR"/>
              </w:rPr>
              <w:t>Toplam Tutar (TL)</w:t>
            </w:r>
          </w:p>
        </w:tc>
        <w:tc>
          <w:tcPr>
            <w:tcW w:w="0" w:type="auto"/>
            <w:shd w:val="clear" w:color="auto" w:fill="B99C71"/>
            <w:vAlign w:val="center"/>
            <w:hideMark/>
          </w:tcPr>
          <w:p w:rsidR="00E24BA4" w:rsidRPr="009245EF" w:rsidRDefault="00E24BA4" w:rsidP="009D611D">
            <w:pPr>
              <w:pStyle w:val="Stil4"/>
              <w:rPr>
                <w:rFonts w:eastAsia="Times New Roman"/>
                <w:lang w:eastAsia="tr-TR"/>
              </w:rPr>
            </w:pPr>
            <w:r w:rsidRPr="009245EF">
              <w:rPr>
                <w:rFonts w:eastAsia="Times New Roman"/>
                <w:lang w:eastAsia="tr-TR"/>
              </w:rPr>
              <w:t>Kısa Açıklama / Not</w:t>
            </w:r>
          </w:p>
        </w:tc>
      </w:tr>
      <w:tr w:rsidR="00E24BA4" w:rsidRPr="009245EF" w:rsidTr="009D611D">
        <w:trPr>
          <w:tblCellSpacing w:w="15" w:type="dxa"/>
        </w:trPr>
        <w:tc>
          <w:tcPr>
            <w:tcW w:w="0" w:type="auto"/>
            <w:vAlign w:val="center"/>
            <w:hideMark/>
          </w:tcPr>
          <w:p w:rsidR="00E24BA4" w:rsidRPr="00B4030F" w:rsidRDefault="00E24BA4" w:rsidP="009D611D">
            <w:pPr>
              <w:pStyle w:val="Stil4"/>
              <w:rPr>
                <w:rFonts w:eastAsia="Times New Roman"/>
                <w:b w:val="0"/>
                <w:lang w:eastAsia="tr-TR"/>
              </w:rPr>
            </w:pPr>
            <w:r w:rsidRPr="00B4030F">
              <w:rPr>
                <w:rFonts w:eastAsia="Times New Roman"/>
                <w:b w:val="0"/>
                <w:lang w:eastAsia="tr-TR"/>
              </w:rPr>
              <w:t>Açık İhale</w:t>
            </w:r>
          </w:p>
        </w:tc>
        <w:tc>
          <w:tcPr>
            <w:tcW w:w="0" w:type="auto"/>
            <w:vAlign w:val="center"/>
            <w:hideMark/>
          </w:tcPr>
          <w:p w:rsidR="00E24BA4" w:rsidRPr="00B4030F" w:rsidRDefault="00E24BA4" w:rsidP="009D611D">
            <w:pPr>
              <w:pStyle w:val="Stil4"/>
              <w:rPr>
                <w:rFonts w:eastAsia="Times New Roman"/>
                <w:b w:val="0"/>
                <w:lang w:eastAsia="tr-TR"/>
              </w:rPr>
            </w:pPr>
          </w:p>
        </w:tc>
        <w:tc>
          <w:tcPr>
            <w:tcW w:w="0" w:type="auto"/>
            <w:vAlign w:val="center"/>
            <w:hideMark/>
          </w:tcPr>
          <w:p w:rsidR="00E24BA4" w:rsidRPr="00B4030F" w:rsidRDefault="00E24BA4" w:rsidP="009D611D">
            <w:pPr>
              <w:pStyle w:val="Stil4"/>
              <w:rPr>
                <w:rFonts w:eastAsia="Times New Roman"/>
                <w:b w:val="0"/>
                <w:szCs w:val="20"/>
                <w:lang w:eastAsia="tr-TR"/>
              </w:rPr>
            </w:pPr>
          </w:p>
        </w:tc>
        <w:tc>
          <w:tcPr>
            <w:tcW w:w="0" w:type="auto"/>
            <w:vAlign w:val="center"/>
            <w:hideMark/>
          </w:tcPr>
          <w:p w:rsidR="00E24BA4" w:rsidRPr="00B4030F" w:rsidRDefault="00E24BA4" w:rsidP="009D611D">
            <w:pPr>
              <w:pStyle w:val="Stil4"/>
              <w:rPr>
                <w:rFonts w:eastAsia="Times New Roman"/>
                <w:b w:val="0"/>
                <w:lang w:eastAsia="tr-TR"/>
              </w:rPr>
            </w:pPr>
            <w:r w:rsidRPr="00B4030F">
              <w:rPr>
                <w:rFonts w:eastAsia="Times New Roman"/>
                <w:b w:val="0"/>
                <w:lang w:eastAsia="tr-TR"/>
              </w:rPr>
              <w:t>4734 sayılı Kanun kapsamında yapılan ihaleler</w:t>
            </w:r>
          </w:p>
        </w:tc>
      </w:tr>
      <w:tr w:rsidR="00E24BA4" w:rsidRPr="009245EF" w:rsidTr="009D611D">
        <w:trPr>
          <w:tblCellSpacing w:w="15" w:type="dxa"/>
        </w:trPr>
        <w:tc>
          <w:tcPr>
            <w:tcW w:w="0" w:type="auto"/>
            <w:vAlign w:val="center"/>
            <w:hideMark/>
          </w:tcPr>
          <w:p w:rsidR="00E24BA4" w:rsidRPr="00B4030F" w:rsidRDefault="00E24BA4" w:rsidP="009D611D">
            <w:pPr>
              <w:pStyle w:val="Stil4"/>
              <w:rPr>
                <w:rFonts w:eastAsia="Times New Roman"/>
                <w:b w:val="0"/>
                <w:lang w:eastAsia="tr-TR"/>
              </w:rPr>
            </w:pPr>
            <w:r w:rsidRPr="00B4030F">
              <w:rPr>
                <w:rFonts w:eastAsia="Times New Roman"/>
                <w:b w:val="0"/>
                <w:lang w:eastAsia="tr-TR"/>
              </w:rPr>
              <w:t>Pazarlık Usulü</w:t>
            </w:r>
          </w:p>
        </w:tc>
        <w:tc>
          <w:tcPr>
            <w:tcW w:w="0" w:type="auto"/>
            <w:vAlign w:val="center"/>
            <w:hideMark/>
          </w:tcPr>
          <w:p w:rsidR="00E24BA4" w:rsidRPr="00B4030F" w:rsidRDefault="00E24BA4" w:rsidP="009D611D">
            <w:pPr>
              <w:pStyle w:val="Stil4"/>
              <w:rPr>
                <w:rFonts w:eastAsia="Times New Roman"/>
                <w:b w:val="0"/>
                <w:lang w:eastAsia="tr-TR"/>
              </w:rPr>
            </w:pPr>
          </w:p>
        </w:tc>
        <w:tc>
          <w:tcPr>
            <w:tcW w:w="0" w:type="auto"/>
            <w:vAlign w:val="center"/>
            <w:hideMark/>
          </w:tcPr>
          <w:p w:rsidR="00E24BA4" w:rsidRPr="00B4030F" w:rsidRDefault="00E24BA4" w:rsidP="009D611D">
            <w:pPr>
              <w:pStyle w:val="Stil4"/>
              <w:rPr>
                <w:rFonts w:eastAsia="Times New Roman"/>
                <w:b w:val="0"/>
                <w:szCs w:val="20"/>
                <w:lang w:eastAsia="tr-TR"/>
              </w:rPr>
            </w:pPr>
          </w:p>
        </w:tc>
        <w:tc>
          <w:tcPr>
            <w:tcW w:w="0" w:type="auto"/>
            <w:vAlign w:val="center"/>
            <w:hideMark/>
          </w:tcPr>
          <w:p w:rsidR="00E24BA4" w:rsidRPr="00B4030F" w:rsidRDefault="00E24BA4" w:rsidP="009D611D">
            <w:pPr>
              <w:pStyle w:val="Stil4"/>
              <w:rPr>
                <w:rFonts w:eastAsia="Times New Roman"/>
                <w:b w:val="0"/>
                <w:lang w:eastAsia="tr-TR"/>
              </w:rPr>
            </w:pPr>
            <w:r w:rsidRPr="00B4030F">
              <w:rPr>
                <w:rFonts w:eastAsia="Times New Roman"/>
                <w:b w:val="0"/>
                <w:lang w:eastAsia="tr-TR"/>
              </w:rPr>
              <w:t>Mevzuata göre pazarlık usulü ile yapılan alımlar</w:t>
            </w:r>
          </w:p>
        </w:tc>
      </w:tr>
      <w:tr w:rsidR="00E24BA4" w:rsidRPr="009245EF" w:rsidTr="009D611D">
        <w:trPr>
          <w:tblCellSpacing w:w="15" w:type="dxa"/>
        </w:trPr>
        <w:tc>
          <w:tcPr>
            <w:tcW w:w="0" w:type="auto"/>
            <w:vAlign w:val="center"/>
            <w:hideMark/>
          </w:tcPr>
          <w:p w:rsidR="00E24BA4" w:rsidRPr="00B4030F" w:rsidRDefault="00E24BA4" w:rsidP="009D611D">
            <w:pPr>
              <w:pStyle w:val="Stil4"/>
              <w:rPr>
                <w:rFonts w:eastAsia="Times New Roman"/>
                <w:b w:val="0"/>
                <w:lang w:eastAsia="tr-TR"/>
              </w:rPr>
            </w:pPr>
            <w:r w:rsidRPr="00B4030F">
              <w:rPr>
                <w:rFonts w:eastAsia="Times New Roman"/>
                <w:b w:val="0"/>
                <w:lang w:eastAsia="tr-TR"/>
              </w:rPr>
              <w:t>Doğrudan Temin</w:t>
            </w:r>
          </w:p>
        </w:tc>
        <w:tc>
          <w:tcPr>
            <w:tcW w:w="0" w:type="auto"/>
            <w:vAlign w:val="center"/>
            <w:hideMark/>
          </w:tcPr>
          <w:p w:rsidR="00E24BA4" w:rsidRPr="00B4030F" w:rsidRDefault="00E24BA4" w:rsidP="009D611D">
            <w:pPr>
              <w:pStyle w:val="Stil4"/>
              <w:rPr>
                <w:rFonts w:eastAsia="Times New Roman"/>
                <w:b w:val="0"/>
                <w:lang w:eastAsia="tr-TR"/>
              </w:rPr>
            </w:pPr>
          </w:p>
        </w:tc>
        <w:tc>
          <w:tcPr>
            <w:tcW w:w="0" w:type="auto"/>
            <w:vAlign w:val="center"/>
            <w:hideMark/>
          </w:tcPr>
          <w:p w:rsidR="00E24BA4" w:rsidRPr="00B4030F" w:rsidRDefault="00E24BA4" w:rsidP="009D611D">
            <w:pPr>
              <w:pStyle w:val="Stil4"/>
              <w:rPr>
                <w:rFonts w:eastAsia="Times New Roman"/>
                <w:b w:val="0"/>
                <w:szCs w:val="20"/>
                <w:lang w:eastAsia="tr-TR"/>
              </w:rPr>
            </w:pPr>
          </w:p>
        </w:tc>
        <w:tc>
          <w:tcPr>
            <w:tcW w:w="0" w:type="auto"/>
            <w:vAlign w:val="center"/>
            <w:hideMark/>
          </w:tcPr>
          <w:p w:rsidR="00E24BA4" w:rsidRPr="00B4030F" w:rsidRDefault="00E24BA4" w:rsidP="009D611D">
            <w:pPr>
              <w:pStyle w:val="Stil4"/>
              <w:rPr>
                <w:rFonts w:eastAsia="Times New Roman"/>
                <w:b w:val="0"/>
                <w:lang w:eastAsia="tr-TR"/>
              </w:rPr>
            </w:pPr>
            <w:r w:rsidRPr="00B4030F">
              <w:rPr>
                <w:rFonts w:eastAsia="Times New Roman"/>
                <w:b w:val="0"/>
                <w:lang w:eastAsia="tr-TR"/>
              </w:rPr>
              <w:t>Doğrudan temin limitleri dâhilindeki alımlar</w:t>
            </w:r>
          </w:p>
        </w:tc>
      </w:tr>
      <w:tr w:rsidR="00E24BA4" w:rsidRPr="009245EF" w:rsidTr="009D611D">
        <w:trPr>
          <w:tblCellSpacing w:w="15" w:type="dxa"/>
        </w:trPr>
        <w:tc>
          <w:tcPr>
            <w:tcW w:w="0" w:type="auto"/>
            <w:vAlign w:val="center"/>
            <w:hideMark/>
          </w:tcPr>
          <w:p w:rsidR="00E24BA4" w:rsidRPr="00B4030F" w:rsidRDefault="00E24BA4" w:rsidP="009D611D">
            <w:pPr>
              <w:pStyle w:val="Stil4"/>
              <w:rPr>
                <w:rFonts w:eastAsia="Times New Roman"/>
                <w:b w:val="0"/>
                <w:lang w:eastAsia="tr-TR"/>
              </w:rPr>
            </w:pPr>
            <w:r w:rsidRPr="00B4030F">
              <w:rPr>
                <w:rFonts w:eastAsia="Times New Roman"/>
                <w:b w:val="0"/>
                <w:lang w:eastAsia="tr-TR"/>
              </w:rPr>
              <w:t>Diğer Usuller (varsa)</w:t>
            </w:r>
          </w:p>
        </w:tc>
        <w:tc>
          <w:tcPr>
            <w:tcW w:w="0" w:type="auto"/>
            <w:vAlign w:val="center"/>
            <w:hideMark/>
          </w:tcPr>
          <w:p w:rsidR="00E24BA4" w:rsidRPr="00B4030F" w:rsidRDefault="00E24BA4" w:rsidP="009D611D">
            <w:pPr>
              <w:pStyle w:val="Stil4"/>
              <w:rPr>
                <w:rFonts w:eastAsia="Times New Roman"/>
                <w:b w:val="0"/>
                <w:lang w:eastAsia="tr-TR"/>
              </w:rPr>
            </w:pPr>
          </w:p>
        </w:tc>
        <w:tc>
          <w:tcPr>
            <w:tcW w:w="0" w:type="auto"/>
            <w:vAlign w:val="center"/>
            <w:hideMark/>
          </w:tcPr>
          <w:p w:rsidR="00E24BA4" w:rsidRPr="00B4030F" w:rsidRDefault="00E24BA4" w:rsidP="009D611D">
            <w:pPr>
              <w:pStyle w:val="Stil4"/>
              <w:rPr>
                <w:rFonts w:eastAsia="Times New Roman"/>
                <w:b w:val="0"/>
                <w:szCs w:val="20"/>
                <w:lang w:eastAsia="tr-TR"/>
              </w:rPr>
            </w:pPr>
          </w:p>
        </w:tc>
        <w:tc>
          <w:tcPr>
            <w:tcW w:w="0" w:type="auto"/>
            <w:vAlign w:val="center"/>
            <w:hideMark/>
          </w:tcPr>
          <w:p w:rsidR="00E24BA4" w:rsidRPr="00B4030F" w:rsidRDefault="00E24BA4" w:rsidP="009D611D">
            <w:pPr>
              <w:pStyle w:val="Stil4"/>
              <w:rPr>
                <w:rFonts w:eastAsia="Times New Roman"/>
                <w:b w:val="0"/>
                <w:lang w:eastAsia="tr-TR"/>
              </w:rPr>
            </w:pPr>
            <w:r w:rsidRPr="00B4030F">
              <w:rPr>
                <w:rFonts w:eastAsia="Times New Roman"/>
                <w:b w:val="0"/>
                <w:lang w:eastAsia="tr-TR"/>
              </w:rPr>
              <w:t>Özel mevzuata tabi diğer alım usulleri</w:t>
            </w:r>
          </w:p>
        </w:tc>
      </w:tr>
    </w:tbl>
    <w:p w:rsidR="00E24BA4" w:rsidRDefault="00E24BA4" w:rsidP="00E24BA4"/>
    <w:p w:rsidR="00E24BA4" w:rsidRDefault="00E24BA4" w:rsidP="00E24BA4"/>
    <w:p w:rsidR="00BF2249" w:rsidRDefault="00BF2249" w:rsidP="00E24BA4"/>
    <w:p w:rsidR="00E24BA4" w:rsidRDefault="00E24BA4" w:rsidP="00E24BA4"/>
    <w:p w:rsidR="00E24BA4" w:rsidRDefault="00E24BA4" w:rsidP="00E24BA4"/>
    <w:p w:rsidR="00E24BA4" w:rsidRDefault="00E24BA4" w:rsidP="00E24BA4"/>
    <w:p w:rsidR="00E24BA4" w:rsidRDefault="00E24BA4" w:rsidP="00E24BA4"/>
    <w:p w:rsidR="00E24BA4" w:rsidRDefault="00E24BA4" w:rsidP="00E24BA4">
      <w:pPr>
        <w:pStyle w:val="Stil1"/>
        <w:rPr>
          <w:rFonts w:asciiTheme="minorHAnsi" w:hAnsiTheme="minorHAnsi" w:cs="Times New Roman"/>
        </w:rPr>
      </w:pPr>
      <w:bookmarkStart w:id="74" w:name="_Toc153118743"/>
      <w:bookmarkStart w:id="75" w:name="_Toc153376785"/>
      <w:bookmarkStart w:id="76" w:name="_Toc217311521"/>
      <w:bookmarkEnd w:id="6"/>
      <w:bookmarkEnd w:id="72"/>
      <w:bookmarkEnd w:id="73"/>
      <w:r w:rsidRPr="000C0E61">
        <w:rPr>
          <w:rFonts w:asciiTheme="minorHAnsi" w:hAnsiTheme="minorHAnsi" w:cs="Times New Roman"/>
        </w:rPr>
        <w:lastRenderedPageBreak/>
        <w:t>KURUMSAL KABİLİYET VE KAPASİTENİN DEĞERLENDİRİLMESİ</w:t>
      </w:r>
      <w:bookmarkEnd w:id="74"/>
      <w:bookmarkEnd w:id="75"/>
      <w:bookmarkEnd w:id="76"/>
    </w:p>
    <w:p w:rsidR="00E24BA4" w:rsidRDefault="00E24BA4" w:rsidP="00E24BA4"/>
    <w:p w:rsidR="00E24BA4" w:rsidRDefault="00E24BA4" w:rsidP="00E24BA4">
      <w:pPr>
        <w:pStyle w:val="2BALIK"/>
        <w:rPr>
          <w:highlight w:val="yellow"/>
        </w:rPr>
      </w:pPr>
    </w:p>
    <w:p w:rsidR="00E24BA4" w:rsidRPr="00FD7EE3" w:rsidRDefault="00E24BA4" w:rsidP="00E24BA4">
      <w:pPr>
        <w:pStyle w:val="2BALIK"/>
        <w:rPr>
          <w:sz w:val="36"/>
          <w:szCs w:val="20"/>
        </w:rPr>
      </w:pPr>
      <w:r w:rsidRPr="00FD7EE3">
        <w:rPr>
          <w:highlight w:val="yellow"/>
        </w:rPr>
        <w:t>Bu bölümde birimin; insan kaynağı, fiziksel ve dijital altyapı, mali imkânlar ve yönetim/kalite süreçleri yönünden güçlü ve geliştirilmesi gereken yönleri kısaca ortaya konur.</w:t>
      </w:r>
    </w:p>
    <w:p w:rsidR="00E24BA4" w:rsidRDefault="00E24BA4" w:rsidP="008B60F3">
      <w:bookmarkStart w:id="77" w:name="_Toc153118744"/>
      <w:bookmarkStart w:id="78" w:name="_Toc153376786"/>
    </w:p>
    <w:p w:rsidR="00E24BA4" w:rsidRDefault="008B60F3" w:rsidP="00E24BA4">
      <w:pPr>
        <w:pStyle w:val="Stil5"/>
      </w:pPr>
      <w:bookmarkStart w:id="79" w:name="_Toc217311522"/>
      <w:r>
        <w:t>A.ÜSTÜNLÜKLER</w:t>
      </w:r>
      <w:bookmarkEnd w:id="79"/>
    </w:p>
    <w:p w:rsidR="00E26367" w:rsidRPr="000C0E61" w:rsidRDefault="00E26367" w:rsidP="00E26367">
      <w:pPr>
        <w:rPr>
          <w:rFonts w:cs="Times New Roman"/>
        </w:rPr>
      </w:pPr>
      <w:r w:rsidRPr="000C0E61">
        <w:rPr>
          <w:rFonts w:cs="Times New Roman"/>
        </w:rPr>
        <w:t>…………………………………………………………………………………………………………………………………………………………………………………………………………………………………………………………………………………………………………………………………………………………………………………………………………………………………………………………………………………………………………………………………………………………………</w:t>
      </w:r>
    </w:p>
    <w:p w:rsidR="008B60F3" w:rsidRDefault="008B60F3" w:rsidP="00E24BA4">
      <w:pPr>
        <w:pStyle w:val="Stil5"/>
      </w:pPr>
    </w:p>
    <w:p w:rsidR="008B60F3" w:rsidRDefault="008B60F3" w:rsidP="00E24BA4">
      <w:pPr>
        <w:pStyle w:val="Stil5"/>
      </w:pPr>
    </w:p>
    <w:p w:rsidR="008B60F3" w:rsidRDefault="008B60F3" w:rsidP="00E24BA4">
      <w:pPr>
        <w:pStyle w:val="Stil5"/>
      </w:pPr>
      <w:bookmarkStart w:id="80" w:name="_Toc217311523"/>
      <w:r>
        <w:t>B.</w:t>
      </w:r>
      <w:r w:rsidR="00E26367">
        <w:t>ZAYIFLIKLAR</w:t>
      </w:r>
      <w:bookmarkEnd w:id="80"/>
    </w:p>
    <w:p w:rsidR="00E26367" w:rsidRDefault="00E26367" w:rsidP="00E24BA4">
      <w:pPr>
        <w:pStyle w:val="Stil5"/>
      </w:pPr>
    </w:p>
    <w:p w:rsidR="00E26367" w:rsidRPr="000C0E61" w:rsidRDefault="00E26367" w:rsidP="00E26367">
      <w:pPr>
        <w:rPr>
          <w:rFonts w:cs="Times New Roman"/>
        </w:rPr>
      </w:pPr>
      <w:r w:rsidRPr="000C0E61">
        <w:rPr>
          <w:rFonts w:cs="Times New Roman"/>
        </w:rPr>
        <w:t>…………………………………………………………………………………………………………………………………………………………………………………………………………………………………………………………………………………………………………………………………………………………………………………………………………………………………………………………………………………………………………………………………………………………………</w:t>
      </w:r>
    </w:p>
    <w:p w:rsidR="00E26367" w:rsidRDefault="00E26367" w:rsidP="00E24BA4">
      <w:pPr>
        <w:pStyle w:val="Stil5"/>
      </w:pPr>
    </w:p>
    <w:p w:rsidR="00E26367" w:rsidRDefault="00E26367" w:rsidP="00E24BA4">
      <w:pPr>
        <w:pStyle w:val="Stil5"/>
      </w:pPr>
    </w:p>
    <w:p w:rsidR="00E26367" w:rsidRDefault="00E26367" w:rsidP="00E24BA4">
      <w:pPr>
        <w:pStyle w:val="Stil5"/>
      </w:pPr>
      <w:bookmarkStart w:id="81" w:name="_Toc217311524"/>
      <w:r>
        <w:t>C.DEĞERLENDİRME</w:t>
      </w:r>
      <w:bookmarkEnd w:id="81"/>
    </w:p>
    <w:bookmarkEnd w:id="77"/>
    <w:bookmarkEnd w:id="78"/>
    <w:p w:rsidR="00E24BA4" w:rsidRDefault="00E24BA4" w:rsidP="00E24BA4"/>
    <w:p w:rsidR="00E26367" w:rsidRPr="000C0E61" w:rsidRDefault="00E26367" w:rsidP="00E26367">
      <w:pPr>
        <w:rPr>
          <w:rFonts w:cs="Times New Roman"/>
        </w:rPr>
      </w:pPr>
      <w:r w:rsidRPr="000C0E61">
        <w:rPr>
          <w:rFonts w:cs="Times New Roman"/>
        </w:rPr>
        <w:t>…………………………………………………………………………………………………………………………………………………………………………………………………………………………………………………………………………………………………………………………………………………………………………………………………………………………………………………………………………………………………………………………………………………………………</w:t>
      </w:r>
    </w:p>
    <w:p w:rsidR="00E24BA4" w:rsidRDefault="00E24BA4" w:rsidP="00E24BA4"/>
    <w:p w:rsidR="00E26367" w:rsidRDefault="00E26367" w:rsidP="00E24BA4"/>
    <w:p w:rsidR="00E26367" w:rsidRDefault="00E26367" w:rsidP="00E24BA4"/>
    <w:p w:rsidR="00E26367" w:rsidRDefault="00E26367" w:rsidP="00E24BA4"/>
    <w:p w:rsidR="00E26367" w:rsidRDefault="00E26367" w:rsidP="00E24BA4"/>
    <w:p w:rsidR="00E26367" w:rsidRDefault="00E26367" w:rsidP="00E24BA4"/>
    <w:p w:rsidR="00E24BA4" w:rsidRDefault="00E24BA4" w:rsidP="00E24BA4"/>
    <w:p w:rsidR="00E24BA4" w:rsidRPr="000C0E61" w:rsidRDefault="00E24BA4" w:rsidP="00E24BA4">
      <w:pPr>
        <w:pStyle w:val="Stil1"/>
        <w:rPr>
          <w:rFonts w:asciiTheme="minorHAnsi" w:hAnsiTheme="minorHAnsi" w:cs="Times New Roman"/>
          <w:color w:val="auto"/>
        </w:rPr>
      </w:pPr>
      <w:bookmarkStart w:id="82" w:name="_Toc153118747"/>
      <w:bookmarkStart w:id="83" w:name="_Toc153376789"/>
      <w:bookmarkStart w:id="84" w:name="_Hlk186026168"/>
      <w:bookmarkStart w:id="85" w:name="_Toc217311525"/>
      <w:r w:rsidRPr="000C0E61">
        <w:rPr>
          <w:rFonts w:asciiTheme="minorHAnsi" w:hAnsiTheme="minorHAnsi" w:cs="Times New Roman"/>
        </w:rPr>
        <w:t>ÖNERİ VE TEDBİRLER</w:t>
      </w:r>
      <w:bookmarkEnd w:id="82"/>
      <w:bookmarkEnd w:id="83"/>
      <w:bookmarkEnd w:id="85"/>
    </w:p>
    <w:bookmarkEnd w:id="84"/>
    <w:p w:rsidR="00E24BA4" w:rsidRPr="000C0E61" w:rsidRDefault="00E24BA4" w:rsidP="00E24BA4">
      <w:pPr>
        <w:rPr>
          <w:rFonts w:cs="Times New Roman"/>
          <w:i/>
          <w:color w:val="808080"/>
        </w:rPr>
      </w:pPr>
    </w:p>
    <w:p w:rsidR="00E24BA4" w:rsidRPr="005845A3" w:rsidRDefault="00E24BA4" w:rsidP="00E24BA4">
      <w:pPr>
        <w:pStyle w:val="2BALIK"/>
        <w:rPr>
          <w:highlight w:val="yellow"/>
        </w:rPr>
      </w:pPr>
      <w:r w:rsidRPr="005845A3">
        <w:rPr>
          <w:highlight w:val="yellow"/>
        </w:rPr>
        <w:t xml:space="preserve">Bu bölümde, birimin faaliyet yılı boyunca karşılaştığı başlıca sorunlar, kapasite sınırlılıkları ve iyileştirmeye açık alanlar dikkate alınarak </w:t>
      </w:r>
      <w:r w:rsidRPr="005845A3">
        <w:rPr>
          <w:b/>
          <w:bCs/>
          <w:highlight w:val="yellow"/>
        </w:rPr>
        <w:t>gelecek döneme yönelik öneriler ve alınması gereken tedbirler</w:t>
      </w:r>
      <w:r w:rsidRPr="005845A3">
        <w:rPr>
          <w:highlight w:val="yellow"/>
        </w:rPr>
        <w:t xml:space="preserve"> özetlenecektir.</w:t>
      </w:r>
    </w:p>
    <w:p w:rsidR="00E24BA4" w:rsidRPr="005845A3" w:rsidRDefault="00E24BA4" w:rsidP="00E24BA4">
      <w:pPr>
        <w:pStyle w:val="2BALIK"/>
        <w:rPr>
          <w:highlight w:val="yellow"/>
        </w:rPr>
      </w:pPr>
      <w:r w:rsidRPr="005845A3">
        <w:rPr>
          <w:highlight w:val="yellow"/>
        </w:rPr>
        <w:t>Öneri ve tedbirler yazılırken özellikle;</w:t>
      </w:r>
    </w:p>
    <w:p w:rsidR="00E24BA4" w:rsidRPr="005845A3" w:rsidRDefault="00E24BA4" w:rsidP="00E24BA4">
      <w:pPr>
        <w:pStyle w:val="2BALIK"/>
        <w:rPr>
          <w:highlight w:val="yellow"/>
        </w:rPr>
      </w:pPr>
      <w:r w:rsidRPr="005845A3">
        <w:rPr>
          <w:highlight w:val="yellow"/>
        </w:rPr>
        <w:t>Eğitim-öğretim süreçlerinin iyileştirilmesi,</w:t>
      </w:r>
    </w:p>
    <w:p w:rsidR="00E24BA4" w:rsidRPr="005845A3" w:rsidRDefault="00E24BA4" w:rsidP="00E24BA4">
      <w:pPr>
        <w:pStyle w:val="2BALIK"/>
        <w:rPr>
          <w:highlight w:val="yellow"/>
        </w:rPr>
      </w:pPr>
      <w:r w:rsidRPr="005845A3">
        <w:rPr>
          <w:highlight w:val="yellow"/>
        </w:rPr>
        <w:t>Araştırma-geliştirme kapasitesinin artırılması,</w:t>
      </w:r>
    </w:p>
    <w:p w:rsidR="00E24BA4" w:rsidRPr="005845A3" w:rsidRDefault="00E24BA4" w:rsidP="00E24BA4">
      <w:pPr>
        <w:pStyle w:val="2BALIK"/>
        <w:rPr>
          <w:highlight w:val="yellow"/>
        </w:rPr>
      </w:pPr>
      <w:r w:rsidRPr="005845A3">
        <w:rPr>
          <w:highlight w:val="yellow"/>
        </w:rPr>
        <w:t>Toplumsal katkı faaliyetlerinin güçlendirilmesi,</w:t>
      </w:r>
    </w:p>
    <w:p w:rsidR="00E24BA4" w:rsidRPr="005845A3" w:rsidRDefault="00E24BA4" w:rsidP="00E24BA4">
      <w:pPr>
        <w:pStyle w:val="2BALIK"/>
        <w:rPr>
          <w:highlight w:val="yellow"/>
        </w:rPr>
      </w:pPr>
      <w:r w:rsidRPr="005845A3">
        <w:rPr>
          <w:highlight w:val="yellow"/>
        </w:rPr>
        <w:t>Kurumsal yönetim, iç kontrol, risk ve kalite süreçlerinin geliştirilmesi,</w:t>
      </w:r>
    </w:p>
    <w:p w:rsidR="00E24BA4" w:rsidRPr="005845A3" w:rsidRDefault="00E24BA4" w:rsidP="00E24BA4">
      <w:pPr>
        <w:pStyle w:val="2BALIK"/>
        <w:rPr>
          <w:highlight w:val="yellow"/>
        </w:rPr>
      </w:pPr>
      <w:r w:rsidRPr="005845A3">
        <w:rPr>
          <w:highlight w:val="yellow"/>
        </w:rPr>
        <w:t>İnsan kaynağı, fiziki/dijital altyapı ve mali imkânlara ilişkin ihtiyaçlar</w:t>
      </w:r>
    </w:p>
    <w:p w:rsidR="00E24BA4" w:rsidRPr="005845A3" w:rsidRDefault="00E24BA4" w:rsidP="00E24BA4">
      <w:pPr>
        <w:pStyle w:val="2BALIK"/>
      </w:pPr>
      <w:r w:rsidRPr="005845A3">
        <w:rPr>
          <w:highlight w:val="yellow"/>
        </w:rPr>
        <w:t xml:space="preserve">dikkate alınmalı; mümkün olduğunca </w:t>
      </w:r>
      <w:r w:rsidRPr="005845A3">
        <w:rPr>
          <w:b/>
          <w:bCs/>
          <w:highlight w:val="yellow"/>
        </w:rPr>
        <w:t>somut, uygulanabilir ve ölçülebilir</w:t>
      </w:r>
      <w:r w:rsidRPr="005845A3">
        <w:rPr>
          <w:highlight w:val="yellow"/>
        </w:rPr>
        <w:t xml:space="preserve"> nitelikte kısa maddeler hâlinde ifade edilmelidir.</w:t>
      </w:r>
    </w:p>
    <w:p w:rsidR="00E24BA4" w:rsidRPr="000C0E61" w:rsidRDefault="00E24BA4" w:rsidP="00E24BA4">
      <w:pPr>
        <w:rPr>
          <w:rFonts w:cs="Times New Roman"/>
        </w:rPr>
      </w:pPr>
      <w:r w:rsidRPr="000C0E61">
        <w:rPr>
          <w:rFonts w:cs="Times New Roman"/>
        </w:rPr>
        <w:t>…………………………………………………………………………………………………………………………………………………………………………………………………………………………………………………………………………………………………………………………………………………………………………………………………………………………………………………………………………………………………………………………………………………………………</w:t>
      </w:r>
    </w:p>
    <w:p w:rsidR="00E24BA4" w:rsidRPr="000C0E61" w:rsidRDefault="00E24BA4" w:rsidP="00E24BA4">
      <w:pPr>
        <w:rPr>
          <w:rFonts w:cs="Times New Roman"/>
          <w:i/>
          <w:color w:val="808080"/>
        </w:rPr>
      </w:pPr>
    </w:p>
    <w:p w:rsidR="00E24BA4" w:rsidRDefault="00E24BA4" w:rsidP="00E24BA4">
      <w:pPr>
        <w:rPr>
          <w:rFonts w:cs="Times New Roman"/>
          <w:i/>
          <w:color w:val="808080"/>
        </w:rPr>
      </w:pPr>
    </w:p>
    <w:p w:rsidR="00E24BA4" w:rsidRDefault="00E24BA4" w:rsidP="00E24BA4">
      <w:pPr>
        <w:rPr>
          <w:rFonts w:cs="Times New Roman"/>
          <w:i/>
          <w:color w:val="808080"/>
        </w:rPr>
      </w:pPr>
    </w:p>
    <w:p w:rsidR="00E24BA4" w:rsidRDefault="00E24BA4" w:rsidP="00E24BA4">
      <w:pPr>
        <w:rPr>
          <w:rFonts w:cs="Times New Roman"/>
          <w:i/>
          <w:color w:val="808080"/>
        </w:rPr>
      </w:pPr>
    </w:p>
    <w:p w:rsidR="00E24BA4" w:rsidRDefault="00E24BA4" w:rsidP="00E24BA4">
      <w:pPr>
        <w:rPr>
          <w:rFonts w:cs="Times New Roman"/>
          <w:i/>
          <w:color w:val="808080"/>
        </w:rPr>
      </w:pPr>
    </w:p>
    <w:p w:rsidR="00E24BA4" w:rsidRDefault="00E24BA4" w:rsidP="00E24BA4">
      <w:pPr>
        <w:rPr>
          <w:rFonts w:cs="Times New Roman"/>
          <w:i/>
          <w:color w:val="808080"/>
        </w:rPr>
      </w:pPr>
    </w:p>
    <w:p w:rsidR="00E24BA4" w:rsidRDefault="00E24BA4" w:rsidP="00E24BA4">
      <w:pPr>
        <w:rPr>
          <w:rFonts w:cs="Times New Roman"/>
          <w:i/>
          <w:color w:val="808080"/>
        </w:rPr>
      </w:pPr>
    </w:p>
    <w:p w:rsidR="00E24BA4" w:rsidRDefault="00E24BA4" w:rsidP="00E24BA4">
      <w:pPr>
        <w:rPr>
          <w:rFonts w:cs="Times New Roman"/>
          <w:i/>
          <w:color w:val="808080"/>
        </w:rPr>
      </w:pPr>
    </w:p>
    <w:p w:rsidR="00E24BA4" w:rsidRDefault="00E24BA4" w:rsidP="00E24BA4">
      <w:pPr>
        <w:rPr>
          <w:rFonts w:cs="Times New Roman"/>
          <w:i/>
          <w:color w:val="808080"/>
        </w:rPr>
      </w:pPr>
    </w:p>
    <w:p w:rsidR="00E24BA4" w:rsidRDefault="00E24BA4" w:rsidP="00E24BA4">
      <w:pPr>
        <w:rPr>
          <w:rFonts w:cs="Times New Roman"/>
          <w:i/>
          <w:color w:val="808080"/>
        </w:rPr>
      </w:pPr>
    </w:p>
    <w:p w:rsidR="00E24BA4" w:rsidRDefault="00E24BA4" w:rsidP="00E24BA4">
      <w:pPr>
        <w:rPr>
          <w:rFonts w:cs="Times New Roman"/>
          <w:i/>
          <w:color w:val="808080"/>
        </w:rPr>
      </w:pPr>
    </w:p>
    <w:p w:rsidR="00E24BA4" w:rsidRDefault="00E24BA4" w:rsidP="00E24BA4">
      <w:pPr>
        <w:rPr>
          <w:rFonts w:cs="Times New Roman"/>
          <w:i/>
          <w:color w:val="808080"/>
        </w:rPr>
      </w:pPr>
    </w:p>
    <w:p w:rsidR="00E24BA4" w:rsidRDefault="00E24BA4" w:rsidP="00E24BA4">
      <w:pPr>
        <w:rPr>
          <w:rFonts w:cs="Times New Roman"/>
          <w:i/>
          <w:color w:val="808080"/>
        </w:rPr>
      </w:pPr>
    </w:p>
    <w:p w:rsidR="00E24BA4" w:rsidRDefault="00E24BA4" w:rsidP="00E24BA4">
      <w:pPr>
        <w:rPr>
          <w:rFonts w:cs="Times New Roman"/>
          <w:i/>
          <w:color w:val="808080"/>
        </w:rPr>
      </w:pPr>
    </w:p>
    <w:p w:rsidR="00E24BA4" w:rsidRPr="000C0E61" w:rsidRDefault="00E24BA4" w:rsidP="00E24BA4">
      <w:pPr>
        <w:pStyle w:val="Stil1"/>
      </w:pPr>
      <w:bookmarkStart w:id="86" w:name="_Toc153118748"/>
      <w:bookmarkStart w:id="87" w:name="_Toc153376790"/>
      <w:bookmarkStart w:id="88" w:name="_Toc217311526"/>
      <w:r w:rsidRPr="000C0E61">
        <w:lastRenderedPageBreak/>
        <w:t>İÇ KONTROL GÜVENCE BEYANI</w:t>
      </w:r>
      <w:bookmarkEnd w:id="86"/>
      <w:bookmarkEnd w:id="87"/>
      <w:bookmarkEnd w:id="88"/>
    </w:p>
    <w:p w:rsidR="00E24BA4" w:rsidRPr="000C0E61" w:rsidRDefault="00E24BA4" w:rsidP="00E24BA4">
      <w:pPr>
        <w:jc w:val="both"/>
        <w:rPr>
          <w:rFonts w:cs="Times New Roman"/>
        </w:rPr>
      </w:pPr>
    </w:p>
    <w:p w:rsidR="00E24BA4" w:rsidRDefault="00E24BA4" w:rsidP="00E24BA4">
      <w:pPr>
        <w:spacing w:after="160"/>
        <w:jc w:val="center"/>
      </w:pPr>
      <w:r>
        <w:rPr>
          <w:sz w:val="26"/>
        </w:rPr>
        <w:t>HARCAMA YETKİLİSİNİN İÇ KONTROL GÜVENCE BEYANI</w:t>
      </w:r>
    </w:p>
    <w:p w:rsidR="00E24BA4" w:rsidRDefault="00E24BA4" w:rsidP="00E24BA4">
      <w:r>
        <w:t>İÇ KONTROL GÜVENCE BEYANI</w:t>
      </w:r>
      <w:r>
        <w:rPr>
          <w:vertAlign w:val="superscript"/>
        </w:rPr>
        <w:t>1</w:t>
      </w:r>
    </w:p>
    <w:p w:rsidR="00E24BA4" w:rsidRDefault="00E24BA4" w:rsidP="00E24BA4">
      <w:pPr>
        <w:pStyle w:val="2BALIK"/>
      </w:pPr>
      <w:r>
        <w:t>Harcama yetkilisi olarak, birimimde yürütülen faaliyetlerin görev, yetki ve sorumlulukların açık bir şekilde belirlendiği uygun bir kurumsal yapı içerisinde, etik değerleri benimsemiş, yeterli ve yetkin personel tarafından yürütülmesini, faaliyet ve süreçlere yönelik operasyonel risklerin belirlenmesini ve uygun kontrol faaliyetlerinin uygulanmasını, etkin bir bilgi ve iletişim sisteminin oluşturulmasını ve işletilmesini ve tüm bu faaliyetlerin sürekli ve sistemli bir şekilde izlenmesini ve geliştirilmesini sağlamaktan, verdiğim harcama talimatlarının bütçe ilke ve esaslarına, kanun ve diğer mevzuata uygun olmasından, kaynakların etkili, ekonomik ve verimli kullanılmasından ve üst yöneticiye ve yetkili mercilere hesap vermekten sorumluyum.</w:t>
      </w:r>
    </w:p>
    <w:p w:rsidR="00E24BA4" w:rsidRDefault="00E24BA4" w:rsidP="00E24BA4">
      <w:pPr>
        <w:pStyle w:val="2BALIK"/>
      </w:pPr>
      <w:r>
        <w:t>Bu çerçevede, faaliyetlerin belirlenmiş amaç ve politikalar doğrultusunda, mevzuata uygun, etkili, ekonomik ve verimli bir şekilde yürütülmesine, her türlü usulsüzlük ve yolsuzluğun önlenmesine, varlık ve kaynakların korunmasına, muhasebe kayıtlarının doğru ve tam olarak tutulmasına, mali bilgi ve yönetim bilgisinin zamanında ve güvenilir olarak üretilmesine ilişkin yeterli ve makul güvence sağlayan bir iç kontrol sisteminin birimimde oluşturulduğunu ve uygulandığını beyan ederim.</w:t>
      </w:r>
    </w:p>
    <w:p w:rsidR="00E24BA4" w:rsidRDefault="00E24BA4" w:rsidP="00E24BA4">
      <w:pPr>
        <w:pStyle w:val="2BALIK"/>
      </w:pPr>
      <w:r>
        <w:t>Birimimde yürütülen faaliyet ve süreçleri olumsuz etkileyebilecek riskler tespit edilmiş, değerlendirilmiş, bu risklerin etki ve olasılıklarını azaltacak tedbirler uygulanmış ve raporlanmıştır.</w:t>
      </w:r>
    </w:p>
    <w:p w:rsidR="00E24BA4" w:rsidRDefault="00E24BA4" w:rsidP="00E24BA4">
      <w:pPr>
        <w:pStyle w:val="2BALIK"/>
      </w:pPr>
      <w:r>
        <w:t>Bu güvence, harcama yetkilisi olarak sahip olduğum iç kontrole ilişkin bilgi ve değerlendirmeler ile iç denetim raporlarına dayanmaktadır.</w:t>
      </w:r>
      <w:r>
        <w:rPr>
          <w:vertAlign w:val="superscript"/>
        </w:rPr>
        <w:t>2</w:t>
      </w:r>
    </w:p>
    <w:p w:rsidR="00E24BA4" w:rsidRDefault="00E24BA4" w:rsidP="00E24BA4">
      <w:pPr>
        <w:pStyle w:val="2BALIK"/>
      </w:pPr>
      <w:r>
        <w:t>Bu raporda yer alan bilgilerin güvenilir, tam ve doğru olduğunu beyan ederim. (Yer-Tarih)</w:t>
      </w:r>
    </w:p>
    <w:p w:rsidR="00E24BA4" w:rsidRDefault="00E24BA4" w:rsidP="00E24BA4"/>
    <w:p w:rsidR="00E24BA4" w:rsidRDefault="00E24BA4" w:rsidP="00E24BA4">
      <w:pPr>
        <w:jc w:val="right"/>
      </w:pPr>
      <w:proofErr w:type="spellStart"/>
      <w:r>
        <w:t>İmza</w:t>
      </w:r>
      <w:proofErr w:type="spellEnd"/>
    </w:p>
    <w:p w:rsidR="00E24BA4" w:rsidRDefault="00E24BA4" w:rsidP="00E24BA4">
      <w:pPr>
        <w:jc w:val="right"/>
      </w:pPr>
      <w:r>
        <w:t>Ad-</w:t>
      </w:r>
      <w:proofErr w:type="spellStart"/>
      <w:r>
        <w:t>Soyad</w:t>
      </w:r>
      <w:proofErr w:type="spellEnd"/>
    </w:p>
    <w:p w:rsidR="00E24BA4" w:rsidRDefault="00E24BA4" w:rsidP="00E24BA4">
      <w:pPr>
        <w:jc w:val="right"/>
      </w:pPr>
      <w:proofErr w:type="spellStart"/>
      <w:r>
        <w:t>Ünvan</w:t>
      </w:r>
      <w:proofErr w:type="spellEnd"/>
    </w:p>
    <w:p w:rsidR="00E24BA4" w:rsidRDefault="00E24BA4" w:rsidP="00E24BA4">
      <w:pPr>
        <w:spacing w:after="80"/>
        <w:jc w:val="both"/>
        <w:rPr>
          <w:b/>
          <w:szCs w:val="20"/>
        </w:rPr>
      </w:pPr>
    </w:p>
    <w:p w:rsidR="00E24BA4" w:rsidRDefault="00E24BA4" w:rsidP="00E24BA4">
      <w:pPr>
        <w:spacing w:after="80"/>
        <w:jc w:val="both"/>
        <w:rPr>
          <w:b/>
          <w:szCs w:val="20"/>
        </w:rPr>
      </w:pPr>
    </w:p>
    <w:p w:rsidR="00E24BA4" w:rsidRPr="00A762BD" w:rsidRDefault="00E24BA4" w:rsidP="00E24BA4">
      <w:pPr>
        <w:spacing w:after="80"/>
        <w:ind w:hanging="708"/>
        <w:jc w:val="both"/>
        <w:rPr>
          <w:b/>
          <w:szCs w:val="20"/>
        </w:rPr>
      </w:pPr>
      <w:r w:rsidRPr="00A762BD">
        <w:rPr>
          <w:szCs w:val="20"/>
        </w:rPr>
        <w:t xml:space="preserve">Not: </w:t>
      </w:r>
      <w:proofErr w:type="spellStart"/>
      <w:r w:rsidRPr="00A762BD">
        <w:rPr>
          <w:szCs w:val="20"/>
        </w:rPr>
        <w:t>Güvence</w:t>
      </w:r>
      <w:proofErr w:type="spellEnd"/>
      <w:r w:rsidRPr="00A762BD">
        <w:rPr>
          <w:szCs w:val="20"/>
        </w:rPr>
        <w:t xml:space="preserve"> </w:t>
      </w:r>
      <w:proofErr w:type="spellStart"/>
      <w:r w:rsidRPr="00A762BD">
        <w:rPr>
          <w:szCs w:val="20"/>
        </w:rPr>
        <w:t>beyanım</w:t>
      </w:r>
      <w:proofErr w:type="spellEnd"/>
      <w:r w:rsidRPr="00A762BD">
        <w:rPr>
          <w:szCs w:val="20"/>
        </w:rPr>
        <w:t xml:space="preserve"> </w:t>
      </w:r>
      <w:proofErr w:type="spellStart"/>
      <w:r w:rsidRPr="00A762BD">
        <w:rPr>
          <w:szCs w:val="20"/>
        </w:rPr>
        <w:t>aşağıda</w:t>
      </w:r>
      <w:proofErr w:type="spellEnd"/>
      <w:r w:rsidRPr="00A762BD">
        <w:rPr>
          <w:szCs w:val="20"/>
        </w:rPr>
        <w:t xml:space="preserve"> </w:t>
      </w:r>
      <w:proofErr w:type="spellStart"/>
      <w:r w:rsidRPr="00A762BD">
        <w:rPr>
          <w:szCs w:val="20"/>
        </w:rPr>
        <w:t>belirttiğim</w:t>
      </w:r>
      <w:proofErr w:type="spellEnd"/>
      <w:r w:rsidRPr="00A762BD">
        <w:rPr>
          <w:szCs w:val="20"/>
        </w:rPr>
        <w:t xml:space="preserve"> </w:t>
      </w:r>
      <w:proofErr w:type="spellStart"/>
      <w:r w:rsidRPr="00A762BD">
        <w:rPr>
          <w:szCs w:val="20"/>
        </w:rPr>
        <w:t>çekincelerim</w:t>
      </w:r>
      <w:proofErr w:type="spellEnd"/>
      <w:r w:rsidRPr="00A762BD">
        <w:rPr>
          <w:szCs w:val="20"/>
        </w:rPr>
        <w:t xml:space="preserve"> </w:t>
      </w:r>
      <w:proofErr w:type="spellStart"/>
      <w:r w:rsidRPr="00A762BD">
        <w:rPr>
          <w:szCs w:val="20"/>
        </w:rPr>
        <w:t>ile</w:t>
      </w:r>
      <w:proofErr w:type="spellEnd"/>
      <w:r w:rsidRPr="00A762BD">
        <w:rPr>
          <w:szCs w:val="20"/>
        </w:rPr>
        <w:t xml:space="preserve"> </w:t>
      </w:r>
      <w:proofErr w:type="spellStart"/>
      <w:r w:rsidRPr="00A762BD">
        <w:rPr>
          <w:szCs w:val="20"/>
        </w:rPr>
        <w:t>birlikte</w:t>
      </w:r>
      <w:proofErr w:type="spellEnd"/>
      <w:r w:rsidRPr="00A762BD">
        <w:rPr>
          <w:szCs w:val="20"/>
        </w:rPr>
        <w:t xml:space="preserve"> </w:t>
      </w:r>
      <w:proofErr w:type="spellStart"/>
      <w:r w:rsidRPr="00A762BD">
        <w:rPr>
          <w:szCs w:val="20"/>
        </w:rPr>
        <w:t>dikkate</w:t>
      </w:r>
      <w:proofErr w:type="spellEnd"/>
      <w:r w:rsidRPr="00A762BD">
        <w:rPr>
          <w:szCs w:val="20"/>
        </w:rPr>
        <w:t xml:space="preserve"> alınmalıdır.</w:t>
      </w:r>
      <w:r w:rsidRPr="00A762BD">
        <w:rPr>
          <w:szCs w:val="20"/>
          <w:vertAlign w:val="superscript"/>
        </w:rPr>
        <w:t>3</w:t>
      </w:r>
    </w:p>
    <w:p w:rsidR="00E24BA4" w:rsidRPr="00A762BD" w:rsidRDefault="00E24BA4" w:rsidP="00E24BA4">
      <w:pPr>
        <w:pBdr>
          <w:bottom w:val="single" w:sz="6" w:space="1" w:color="auto"/>
        </w:pBdr>
        <w:spacing w:after="40"/>
        <w:ind w:hanging="708"/>
        <w:rPr>
          <w:b/>
          <w:szCs w:val="20"/>
        </w:rPr>
      </w:pPr>
    </w:p>
    <w:p w:rsidR="00E24BA4" w:rsidRPr="00A762BD" w:rsidRDefault="00E24BA4" w:rsidP="00E24BA4">
      <w:pPr>
        <w:ind w:hanging="708"/>
        <w:rPr>
          <w:b/>
          <w:szCs w:val="20"/>
        </w:rPr>
      </w:pPr>
      <w:r w:rsidRPr="00A762BD">
        <w:rPr>
          <w:szCs w:val="20"/>
        </w:rPr>
        <w:t xml:space="preserve">1 </w:t>
      </w:r>
      <w:proofErr w:type="spellStart"/>
      <w:r w:rsidRPr="00A762BD">
        <w:rPr>
          <w:szCs w:val="20"/>
        </w:rPr>
        <w:t>Harcama</w:t>
      </w:r>
      <w:proofErr w:type="spellEnd"/>
      <w:r w:rsidRPr="00A762BD">
        <w:rPr>
          <w:szCs w:val="20"/>
        </w:rPr>
        <w:t xml:space="preserve"> </w:t>
      </w:r>
      <w:proofErr w:type="spellStart"/>
      <w:r w:rsidRPr="00A762BD">
        <w:rPr>
          <w:szCs w:val="20"/>
        </w:rPr>
        <w:t>yetkilileri</w:t>
      </w:r>
      <w:proofErr w:type="spellEnd"/>
      <w:r w:rsidRPr="00A762BD">
        <w:rPr>
          <w:szCs w:val="20"/>
        </w:rPr>
        <w:t xml:space="preserve"> </w:t>
      </w:r>
      <w:proofErr w:type="spellStart"/>
      <w:r w:rsidRPr="00A762BD">
        <w:rPr>
          <w:szCs w:val="20"/>
        </w:rPr>
        <w:t>tarafından</w:t>
      </w:r>
      <w:proofErr w:type="spellEnd"/>
      <w:r w:rsidRPr="00A762BD">
        <w:rPr>
          <w:szCs w:val="20"/>
        </w:rPr>
        <w:t xml:space="preserve"> </w:t>
      </w:r>
      <w:proofErr w:type="spellStart"/>
      <w:r w:rsidRPr="00A762BD">
        <w:rPr>
          <w:szCs w:val="20"/>
        </w:rPr>
        <w:t>imzalanan</w:t>
      </w:r>
      <w:proofErr w:type="spellEnd"/>
      <w:r w:rsidRPr="00A762BD">
        <w:rPr>
          <w:szCs w:val="20"/>
        </w:rPr>
        <w:t xml:space="preserve"> </w:t>
      </w:r>
      <w:proofErr w:type="spellStart"/>
      <w:r w:rsidRPr="00A762BD">
        <w:rPr>
          <w:szCs w:val="20"/>
        </w:rPr>
        <w:t>iç</w:t>
      </w:r>
      <w:proofErr w:type="spellEnd"/>
      <w:r w:rsidRPr="00A762BD">
        <w:rPr>
          <w:szCs w:val="20"/>
        </w:rPr>
        <w:t xml:space="preserve"> </w:t>
      </w:r>
      <w:proofErr w:type="spellStart"/>
      <w:r w:rsidRPr="00A762BD">
        <w:rPr>
          <w:szCs w:val="20"/>
        </w:rPr>
        <w:t>kontrol</w:t>
      </w:r>
      <w:proofErr w:type="spellEnd"/>
      <w:r w:rsidRPr="00A762BD">
        <w:rPr>
          <w:szCs w:val="20"/>
        </w:rPr>
        <w:t xml:space="preserve"> </w:t>
      </w:r>
      <w:proofErr w:type="spellStart"/>
      <w:r w:rsidRPr="00A762BD">
        <w:rPr>
          <w:szCs w:val="20"/>
        </w:rPr>
        <w:t>güvence</w:t>
      </w:r>
      <w:proofErr w:type="spellEnd"/>
      <w:r w:rsidRPr="00A762BD">
        <w:rPr>
          <w:szCs w:val="20"/>
        </w:rPr>
        <w:t xml:space="preserve"> </w:t>
      </w:r>
      <w:proofErr w:type="spellStart"/>
      <w:r w:rsidRPr="00A762BD">
        <w:rPr>
          <w:szCs w:val="20"/>
        </w:rPr>
        <w:t>beyanı</w:t>
      </w:r>
      <w:proofErr w:type="spellEnd"/>
      <w:r w:rsidRPr="00A762BD">
        <w:rPr>
          <w:szCs w:val="20"/>
        </w:rPr>
        <w:t xml:space="preserve"> </w:t>
      </w:r>
      <w:proofErr w:type="spellStart"/>
      <w:r w:rsidRPr="00A762BD">
        <w:rPr>
          <w:szCs w:val="20"/>
        </w:rPr>
        <w:t>birim</w:t>
      </w:r>
      <w:proofErr w:type="spellEnd"/>
      <w:r w:rsidRPr="00A762BD">
        <w:rPr>
          <w:szCs w:val="20"/>
        </w:rPr>
        <w:t xml:space="preserve"> </w:t>
      </w:r>
      <w:proofErr w:type="spellStart"/>
      <w:r w:rsidRPr="00A762BD">
        <w:rPr>
          <w:szCs w:val="20"/>
        </w:rPr>
        <w:t>faaliyet</w:t>
      </w:r>
      <w:proofErr w:type="spellEnd"/>
      <w:r w:rsidRPr="00A762BD">
        <w:rPr>
          <w:szCs w:val="20"/>
        </w:rPr>
        <w:t xml:space="preserve"> </w:t>
      </w:r>
      <w:proofErr w:type="spellStart"/>
      <w:r w:rsidRPr="00A762BD">
        <w:rPr>
          <w:szCs w:val="20"/>
        </w:rPr>
        <w:t>raporlarına</w:t>
      </w:r>
      <w:proofErr w:type="spellEnd"/>
      <w:r w:rsidRPr="00A762BD">
        <w:rPr>
          <w:szCs w:val="20"/>
        </w:rPr>
        <w:t xml:space="preserve"> </w:t>
      </w:r>
      <w:proofErr w:type="spellStart"/>
      <w:r w:rsidRPr="00A762BD">
        <w:rPr>
          <w:szCs w:val="20"/>
        </w:rPr>
        <w:t>eklenir</w:t>
      </w:r>
      <w:proofErr w:type="spellEnd"/>
      <w:r w:rsidRPr="00A762BD">
        <w:rPr>
          <w:szCs w:val="20"/>
        </w:rPr>
        <w:t>.</w:t>
      </w:r>
    </w:p>
    <w:p w:rsidR="00E24BA4" w:rsidRPr="00A762BD" w:rsidRDefault="00E24BA4" w:rsidP="00E24BA4">
      <w:pPr>
        <w:rPr>
          <w:b/>
          <w:szCs w:val="20"/>
        </w:rPr>
      </w:pPr>
      <w:r w:rsidRPr="00A762BD">
        <w:rPr>
          <w:szCs w:val="20"/>
        </w:rPr>
        <w:t xml:space="preserve">2 </w:t>
      </w:r>
      <w:proofErr w:type="spellStart"/>
      <w:r w:rsidRPr="00A762BD">
        <w:rPr>
          <w:szCs w:val="20"/>
        </w:rPr>
        <w:t>Yıl</w:t>
      </w:r>
      <w:proofErr w:type="spellEnd"/>
      <w:r w:rsidRPr="00A762BD">
        <w:rPr>
          <w:szCs w:val="20"/>
        </w:rPr>
        <w:t xml:space="preserve"> </w:t>
      </w:r>
      <w:proofErr w:type="spellStart"/>
      <w:r w:rsidRPr="00A762BD">
        <w:rPr>
          <w:szCs w:val="20"/>
        </w:rPr>
        <w:t>içerisinde</w:t>
      </w:r>
      <w:proofErr w:type="spellEnd"/>
      <w:r w:rsidRPr="00A762BD">
        <w:rPr>
          <w:szCs w:val="20"/>
        </w:rPr>
        <w:t xml:space="preserve"> </w:t>
      </w:r>
      <w:proofErr w:type="spellStart"/>
      <w:r w:rsidRPr="00A762BD">
        <w:rPr>
          <w:szCs w:val="20"/>
        </w:rPr>
        <w:t>harcama</w:t>
      </w:r>
      <w:proofErr w:type="spellEnd"/>
      <w:r w:rsidRPr="00A762BD">
        <w:rPr>
          <w:szCs w:val="20"/>
        </w:rPr>
        <w:t xml:space="preserve"> </w:t>
      </w:r>
      <w:proofErr w:type="spellStart"/>
      <w:r w:rsidRPr="00A762BD">
        <w:rPr>
          <w:szCs w:val="20"/>
        </w:rPr>
        <w:t>yetkilisi</w:t>
      </w:r>
      <w:proofErr w:type="spellEnd"/>
      <w:r w:rsidRPr="00A762BD">
        <w:rPr>
          <w:szCs w:val="20"/>
        </w:rPr>
        <w:t xml:space="preserve"> </w:t>
      </w:r>
      <w:proofErr w:type="spellStart"/>
      <w:r w:rsidRPr="00A762BD">
        <w:rPr>
          <w:szCs w:val="20"/>
        </w:rPr>
        <w:t>değişmişse</w:t>
      </w:r>
      <w:proofErr w:type="spellEnd"/>
      <w:r w:rsidRPr="00A762BD">
        <w:rPr>
          <w:szCs w:val="20"/>
        </w:rPr>
        <w:t xml:space="preserve"> “</w:t>
      </w:r>
      <w:proofErr w:type="spellStart"/>
      <w:r w:rsidRPr="00A762BD">
        <w:rPr>
          <w:szCs w:val="20"/>
        </w:rPr>
        <w:t>benden</w:t>
      </w:r>
      <w:proofErr w:type="spellEnd"/>
      <w:r w:rsidRPr="00A762BD">
        <w:rPr>
          <w:szCs w:val="20"/>
        </w:rPr>
        <w:t xml:space="preserve"> </w:t>
      </w:r>
      <w:proofErr w:type="spellStart"/>
      <w:r w:rsidRPr="00A762BD">
        <w:rPr>
          <w:szCs w:val="20"/>
        </w:rPr>
        <w:t>önceki</w:t>
      </w:r>
      <w:proofErr w:type="spellEnd"/>
      <w:r w:rsidRPr="00A762BD">
        <w:rPr>
          <w:szCs w:val="20"/>
        </w:rPr>
        <w:t xml:space="preserve"> </w:t>
      </w:r>
      <w:proofErr w:type="spellStart"/>
      <w:r w:rsidRPr="00A762BD">
        <w:rPr>
          <w:szCs w:val="20"/>
        </w:rPr>
        <w:t>harcama</w:t>
      </w:r>
      <w:proofErr w:type="spellEnd"/>
      <w:r w:rsidRPr="00A762BD">
        <w:rPr>
          <w:szCs w:val="20"/>
        </w:rPr>
        <w:t xml:space="preserve"> </w:t>
      </w:r>
      <w:proofErr w:type="spellStart"/>
      <w:r w:rsidRPr="00A762BD">
        <w:rPr>
          <w:szCs w:val="20"/>
        </w:rPr>
        <w:t>yetkilisi</w:t>
      </w:r>
      <w:proofErr w:type="spellEnd"/>
      <w:r w:rsidRPr="00A762BD">
        <w:rPr>
          <w:szCs w:val="20"/>
        </w:rPr>
        <w:t>/</w:t>
      </w:r>
      <w:proofErr w:type="spellStart"/>
      <w:r w:rsidRPr="00A762BD">
        <w:rPr>
          <w:szCs w:val="20"/>
        </w:rPr>
        <w:t>yetkililerinden</w:t>
      </w:r>
      <w:proofErr w:type="spellEnd"/>
      <w:r w:rsidRPr="00A762BD">
        <w:rPr>
          <w:szCs w:val="20"/>
        </w:rPr>
        <w:t xml:space="preserve"> </w:t>
      </w:r>
      <w:proofErr w:type="spellStart"/>
      <w:r w:rsidRPr="00A762BD">
        <w:rPr>
          <w:szCs w:val="20"/>
        </w:rPr>
        <w:t>almış</w:t>
      </w:r>
      <w:proofErr w:type="spellEnd"/>
      <w:r w:rsidRPr="00A762BD">
        <w:rPr>
          <w:szCs w:val="20"/>
        </w:rPr>
        <w:t xml:space="preserve"> </w:t>
      </w:r>
      <w:proofErr w:type="spellStart"/>
      <w:r w:rsidRPr="00A762BD">
        <w:rPr>
          <w:szCs w:val="20"/>
        </w:rPr>
        <w:t>olduğum</w:t>
      </w:r>
      <w:proofErr w:type="spellEnd"/>
      <w:r w:rsidRPr="00A762BD">
        <w:rPr>
          <w:szCs w:val="20"/>
        </w:rPr>
        <w:t xml:space="preserve"> </w:t>
      </w:r>
      <w:proofErr w:type="spellStart"/>
      <w:r w:rsidRPr="00A762BD">
        <w:rPr>
          <w:szCs w:val="20"/>
        </w:rPr>
        <w:t>bilgiler</w:t>
      </w:r>
      <w:proofErr w:type="spellEnd"/>
      <w:r w:rsidRPr="00A762BD">
        <w:rPr>
          <w:szCs w:val="20"/>
        </w:rPr>
        <w:t xml:space="preserve">” </w:t>
      </w:r>
      <w:proofErr w:type="spellStart"/>
      <w:r w:rsidRPr="00A762BD">
        <w:rPr>
          <w:szCs w:val="20"/>
        </w:rPr>
        <w:t>ibaresi</w:t>
      </w:r>
      <w:proofErr w:type="spellEnd"/>
      <w:r w:rsidRPr="00A762BD">
        <w:rPr>
          <w:szCs w:val="20"/>
        </w:rPr>
        <w:t xml:space="preserve"> de </w:t>
      </w:r>
      <w:proofErr w:type="spellStart"/>
      <w:r w:rsidRPr="00A762BD">
        <w:rPr>
          <w:szCs w:val="20"/>
        </w:rPr>
        <w:t>eklenir</w:t>
      </w:r>
      <w:proofErr w:type="spellEnd"/>
      <w:r w:rsidRPr="00A762BD">
        <w:rPr>
          <w:szCs w:val="20"/>
        </w:rPr>
        <w:t>.</w:t>
      </w:r>
    </w:p>
    <w:p w:rsidR="00E24BA4" w:rsidRDefault="00E24BA4" w:rsidP="00E24BA4">
      <w:pPr>
        <w:spacing w:after="0"/>
      </w:pPr>
      <w:r w:rsidRPr="00A762BD">
        <w:rPr>
          <w:szCs w:val="20"/>
        </w:rPr>
        <w:t xml:space="preserve">3 </w:t>
      </w:r>
      <w:proofErr w:type="spellStart"/>
      <w:r w:rsidRPr="00A762BD">
        <w:rPr>
          <w:szCs w:val="20"/>
        </w:rPr>
        <w:t>Harcama</w:t>
      </w:r>
      <w:proofErr w:type="spellEnd"/>
      <w:r w:rsidRPr="00A762BD">
        <w:rPr>
          <w:szCs w:val="20"/>
        </w:rPr>
        <w:t xml:space="preserve"> </w:t>
      </w:r>
      <w:proofErr w:type="spellStart"/>
      <w:r w:rsidRPr="00A762BD">
        <w:rPr>
          <w:szCs w:val="20"/>
        </w:rPr>
        <w:t>yetkilisinin</w:t>
      </w:r>
      <w:proofErr w:type="spellEnd"/>
      <w:r w:rsidRPr="00A762BD">
        <w:rPr>
          <w:szCs w:val="20"/>
        </w:rPr>
        <w:t xml:space="preserve"> </w:t>
      </w:r>
      <w:proofErr w:type="spellStart"/>
      <w:r w:rsidRPr="00A762BD">
        <w:rPr>
          <w:szCs w:val="20"/>
        </w:rPr>
        <w:t>herhangi</w:t>
      </w:r>
      <w:proofErr w:type="spellEnd"/>
      <w:r w:rsidRPr="00A762BD">
        <w:rPr>
          <w:szCs w:val="20"/>
        </w:rPr>
        <w:t xml:space="preserve"> </w:t>
      </w:r>
      <w:proofErr w:type="spellStart"/>
      <w:r w:rsidRPr="00A762BD">
        <w:rPr>
          <w:szCs w:val="20"/>
        </w:rPr>
        <w:t>bir</w:t>
      </w:r>
      <w:proofErr w:type="spellEnd"/>
      <w:r w:rsidRPr="00A762BD">
        <w:rPr>
          <w:szCs w:val="20"/>
        </w:rPr>
        <w:t xml:space="preserve"> </w:t>
      </w:r>
      <w:proofErr w:type="spellStart"/>
      <w:r w:rsidRPr="00A762BD">
        <w:rPr>
          <w:szCs w:val="20"/>
        </w:rPr>
        <w:t>çekincesi</w:t>
      </w:r>
      <w:proofErr w:type="spellEnd"/>
      <w:r w:rsidRPr="00A762BD">
        <w:rPr>
          <w:szCs w:val="20"/>
        </w:rPr>
        <w:t xml:space="preserve"> </w:t>
      </w:r>
      <w:proofErr w:type="spellStart"/>
      <w:r w:rsidRPr="00A762BD">
        <w:rPr>
          <w:szCs w:val="20"/>
        </w:rPr>
        <w:t>varsa</w:t>
      </w:r>
      <w:proofErr w:type="spellEnd"/>
      <w:r w:rsidRPr="00A762BD">
        <w:rPr>
          <w:szCs w:val="20"/>
        </w:rPr>
        <w:t xml:space="preserve"> </w:t>
      </w:r>
      <w:proofErr w:type="spellStart"/>
      <w:r w:rsidRPr="00A762BD">
        <w:rPr>
          <w:szCs w:val="20"/>
        </w:rPr>
        <w:t>bunlar</w:t>
      </w:r>
      <w:proofErr w:type="spellEnd"/>
      <w:r w:rsidRPr="00A762BD">
        <w:rPr>
          <w:szCs w:val="20"/>
        </w:rPr>
        <w:t xml:space="preserve"> </w:t>
      </w:r>
      <w:proofErr w:type="spellStart"/>
      <w:r w:rsidRPr="00A762BD">
        <w:rPr>
          <w:szCs w:val="20"/>
        </w:rPr>
        <w:t>spesifik</w:t>
      </w:r>
      <w:proofErr w:type="spellEnd"/>
      <w:r w:rsidRPr="00A762BD">
        <w:rPr>
          <w:szCs w:val="20"/>
        </w:rPr>
        <w:t xml:space="preserve"> </w:t>
      </w:r>
      <w:proofErr w:type="spellStart"/>
      <w:r w:rsidRPr="00A762BD">
        <w:rPr>
          <w:szCs w:val="20"/>
        </w:rPr>
        <w:t>ve</w:t>
      </w:r>
      <w:proofErr w:type="spellEnd"/>
      <w:r w:rsidRPr="00A762BD">
        <w:rPr>
          <w:szCs w:val="20"/>
        </w:rPr>
        <w:t xml:space="preserve"> </w:t>
      </w:r>
      <w:proofErr w:type="spellStart"/>
      <w:r w:rsidRPr="00A762BD">
        <w:rPr>
          <w:szCs w:val="20"/>
        </w:rPr>
        <w:t>gerekçeli</w:t>
      </w:r>
      <w:proofErr w:type="spellEnd"/>
      <w:r w:rsidRPr="00A762BD">
        <w:rPr>
          <w:szCs w:val="20"/>
        </w:rPr>
        <w:t xml:space="preserve"> </w:t>
      </w:r>
      <w:proofErr w:type="spellStart"/>
      <w:r w:rsidRPr="00A762BD">
        <w:rPr>
          <w:szCs w:val="20"/>
        </w:rPr>
        <w:t>olarak</w:t>
      </w:r>
      <w:proofErr w:type="spellEnd"/>
      <w:r w:rsidRPr="00A762BD">
        <w:rPr>
          <w:szCs w:val="20"/>
        </w:rPr>
        <w:t xml:space="preserve"> </w:t>
      </w:r>
      <w:proofErr w:type="spellStart"/>
      <w:r w:rsidRPr="00A762BD">
        <w:rPr>
          <w:szCs w:val="20"/>
        </w:rPr>
        <w:t>liste</w:t>
      </w:r>
      <w:proofErr w:type="spellEnd"/>
      <w:r w:rsidRPr="00A762BD">
        <w:rPr>
          <w:szCs w:val="20"/>
        </w:rPr>
        <w:t xml:space="preserve"> </w:t>
      </w:r>
      <w:proofErr w:type="spellStart"/>
      <w:r w:rsidRPr="00A762BD">
        <w:rPr>
          <w:szCs w:val="20"/>
        </w:rPr>
        <w:t>halinde</w:t>
      </w:r>
      <w:proofErr w:type="spellEnd"/>
      <w:r w:rsidRPr="00A762BD">
        <w:rPr>
          <w:szCs w:val="20"/>
        </w:rPr>
        <w:t xml:space="preserve"> </w:t>
      </w:r>
      <w:proofErr w:type="spellStart"/>
      <w:r w:rsidRPr="00A762BD">
        <w:rPr>
          <w:szCs w:val="20"/>
        </w:rPr>
        <w:t>bu</w:t>
      </w:r>
      <w:proofErr w:type="spellEnd"/>
      <w:r w:rsidRPr="00A762BD">
        <w:rPr>
          <w:szCs w:val="20"/>
        </w:rPr>
        <w:t xml:space="preserve"> </w:t>
      </w:r>
      <w:proofErr w:type="spellStart"/>
      <w:r w:rsidRPr="00A762BD">
        <w:rPr>
          <w:szCs w:val="20"/>
        </w:rPr>
        <w:t>beyana</w:t>
      </w:r>
      <w:proofErr w:type="spellEnd"/>
      <w:r w:rsidRPr="00A762BD">
        <w:rPr>
          <w:szCs w:val="20"/>
        </w:rPr>
        <w:t xml:space="preserve"> </w:t>
      </w:r>
      <w:proofErr w:type="spellStart"/>
      <w:r w:rsidRPr="00A762BD">
        <w:rPr>
          <w:szCs w:val="20"/>
        </w:rPr>
        <w:t>eklenir</w:t>
      </w:r>
      <w:proofErr w:type="spellEnd"/>
      <w:r w:rsidRPr="00A762BD">
        <w:rPr>
          <w:szCs w:val="20"/>
        </w:rPr>
        <w:t xml:space="preserve">. </w:t>
      </w:r>
      <w:proofErr w:type="spellStart"/>
      <w:r w:rsidRPr="00A762BD">
        <w:rPr>
          <w:szCs w:val="20"/>
        </w:rPr>
        <w:t>Harcama</w:t>
      </w:r>
      <w:proofErr w:type="spellEnd"/>
      <w:r w:rsidRPr="00A762BD">
        <w:rPr>
          <w:szCs w:val="20"/>
        </w:rPr>
        <w:t xml:space="preserve"> </w:t>
      </w:r>
      <w:proofErr w:type="spellStart"/>
      <w:r w:rsidRPr="00A762BD">
        <w:rPr>
          <w:szCs w:val="20"/>
        </w:rPr>
        <w:t>yetkilisinin</w:t>
      </w:r>
      <w:proofErr w:type="spellEnd"/>
      <w:r w:rsidRPr="00A762BD">
        <w:rPr>
          <w:szCs w:val="20"/>
        </w:rPr>
        <w:t xml:space="preserve"> </w:t>
      </w:r>
      <w:proofErr w:type="spellStart"/>
      <w:r w:rsidRPr="00A762BD">
        <w:rPr>
          <w:szCs w:val="20"/>
        </w:rPr>
        <w:t>herhangi</w:t>
      </w:r>
      <w:proofErr w:type="spellEnd"/>
      <w:r w:rsidRPr="00A762BD">
        <w:rPr>
          <w:szCs w:val="20"/>
        </w:rPr>
        <w:t xml:space="preserve"> </w:t>
      </w:r>
      <w:proofErr w:type="spellStart"/>
      <w:r w:rsidRPr="00A762BD">
        <w:rPr>
          <w:szCs w:val="20"/>
        </w:rPr>
        <w:t>bir</w:t>
      </w:r>
      <w:proofErr w:type="spellEnd"/>
      <w:r w:rsidRPr="00A762BD">
        <w:rPr>
          <w:szCs w:val="20"/>
        </w:rPr>
        <w:t xml:space="preserve"> </w:t>
      </w:r>
      <w:proofErr w:type="spellStart"/>
      <w:r w:rsidRPr="00A762BD">
        <w:rPr>
          <w:szCs w:val="20"/>
        </w:rPr>
        <w:t>çekincesi</w:t>
      </w:r>
      <w:proofErr w:type="spellEnd"/>
      <w:r w:rsidRPr="00A762BD">
        <w:rPr>
          <w:szCs w:val="20"/>
        </w:rPr>
        <w:t xml:space="preserve"> y</w:t>
      </w:r>
    </w:p>
    <w:p w:rsidR="007B3BD0" w:rsidRDefault="007B3BD0">
      <w:pPr>
        <w:spacing w:after="0"/>
      </w:pPr>
    </w:p>
    <w:sectPr w:rsidR="007B3BD0" w:rsidSect="00FD3E38">
      <w:headerReference w:type="default" r:id="rId10"/>
      <w:pgSz w:w="11906" w:h="16838"/>
      <w:pgMar w:top="1417" w:right="1417" w:bottom="1417" w:left="1417" w:header="0"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563E" w:rsidRDefault="00CA563E">
      <w:pPr>
        <w:spacing w:after="0" w:line="240" w:lineRule="auto"/>
      </w:pPr>
      <w:r>
        <w:separator/>
      </w:r>
    </w:p>
  </w:endnote>
  <w:endnote w:type="continuationSeparator" w:id="0">
    <w:p w:rsidR="00CA563E" w:rsidRDefault="00CA5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A2"/>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563E" w:rsidRDefault="00CA563E">
      <w:pPr>
        <w:spacing w:after="0" w:line="240" w:lineRule="auto"/>
      </w:pPr>
      <w:r>
        <w:separator/>
      </w:r>
    </w:p>
  </w:footnote>
  <w:footnote w:type="continuationSeparator" w:id="0">
    <w:p w:rsidR="00CA563E" w:rsidRDefault="00CA56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353" w:rsidRPr="007B3BD0" w:rsidRDefault="00621353" w:rsidP="00FD3E38">
    <w:pPr>
      <w:pStyle w:val="stBilgi"/>
      <w:ind w:left="-1417"/>
    </w:pPr>
    <w:r w:rsidRPr="00FD3E38">
      <w:rPr>
        <w:noProof/>
        <w:lang w:val="tr-TR" w:eastAsia="tr-TR"/>
      </w:rPr>
      <w:drawing>
        <wp:inline distT="0" distB="0" distL="0" distR="0">
          <wp:extent cx="7537366" cy="790575"/>
          <wp:effectExtent l="0" t="0" r="6985" b="0"/>
          <wp:docPr id="7" name="Resim 7" descr="C:\Users\strateji\Desktop\2025 YILI BİRİM FAALİYET RAPORU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rateji\Desktop\2025 YILI BİRİM FAALİYET RAPORU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2122" cy="8456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ara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ara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Maddemi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Maddemi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ara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Maddemi"/>
      <w:lvlText w:val=""/>
      <w:lvlJc w:val="left"/>
      <w:pPr>
        <w:tabs>
          <w:tab w:val="num" w:pos="360"/>
        </w:tabs>
        <w:ind w:left="360" w:hanging="360"/>
      </w:pPr>
      <w:rPr>
        <w:rFonts w:ascii="Symbol" w:hAnsi="Symbol" w:hint="default"/>
      </w:rPr>
    </w:lvl>
  </w:abstractNum>
  <w:abstractNum w:abstractNumId="9" w15:restartNumberingAfterBreak="0">
    <w:nsid w:val="05900336"/>
    <w:multiLevelType w:val="hybridMultilevel"/>
    <w:tmpl w:val="62C8EA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7382033"/>
    <w:multiLevelType w:val="hybridMultilevel"/>
    <w:tmpl w:val="5B2C2654"/>
    <w:lvl w:ilvl="0" w:tplc="4F666FC6">
      <w:start w:val="1"/>
      <w:numFmt w:val="upp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1" w15:restartNumberingAfterBreak="0">
    <w:nsid w:val="1B042924"/>
    <w:multiLevelType w:val="multilevel"/>
    <w:tmpl w:val="F8068A1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2" w15:restartNumberingAfterBreak="0">
    <w:nsid w:val="1C0D639B"/>
    <w:multiLevelType w:val="hybridMultilevel"/>
    <w:tmpl w:val="009804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04C3704"/>
    <w:multiLevelType w:val="hybridMultilevel"/>
    <w:tmpl w:val="95C8B3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59F0352"/>
    <w:multiLevelType w:val="multilevel"/>
    <w:tmpl w:val="F4A02538"/>
    <w:lvl w:ilvl="0">
      <w:start w:val="1"/>
      <w:numFmt w:val="upperRoman"/>
      <w:pStyle w:val="Stil1"/>
      <w:lvlText w:val="%1."/>
      <w:lvlJc w:val="left"/>
      <w:pPr>
        <w:ind w:left="1429"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5" w15:restartNumberingAfterBreak="0">
    <w:nsid w:val="2AFC3C54"/>
    <w:multiLevelType w:val="hybridMultilevel"/>
    <w:tmpl w:val="557838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BBB6FD9"/>
    <w:multiLevelType w:val="hybridMultilevel"/>
    <w:tmpl w:val="DBD6569C"/>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30CA7009"/>
    <w:multiLevelType w:val="hybridMultilevel"/>
    <w:tmpl w:val="C8E2F9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97E4CDD"/>
    <w:multiLevelType w:val="multilevel"/>
    <w:tmpl w:val="F6A25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BC57C9"/>
    <w:multiLevelType w:val="hybridMultilevel"/>
    <w:tmpl w:val="05249F0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0" w15:restartNumberingAfterBreak="0">
    <w:nsid w:val="4CC67CE8"/>
    <w:multiLevelType w:val="multilevel"/>
    <w:tmpl w:val="289C4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6A05A0"/>
    <w:multiLevelType w:val="hybridMultilevel"/>
    <w:tmpl w:val="FF449D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18A6067"/>
    <w:multiLevelType w:val="hybridMultilevel"/>
    <w:tmpl w:val="1F5C5F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3371C1F"/>
    <w:multiLevelType w:val="hybridMultilevel"/>
    <w:tmpl w:val="2850ED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47543C9"/>
    <w:multiLevelType w:val="multilevel"/>
    <w:tmpl w:val="5A40D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895E4C"/>
    <w:multiLevelType w:val="hybridMultilevel"/>
    <w:tmpl w:val="AEB041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7A1714C"/>
    <w:multiLevelType w:val="hybridMultilevel"/>
    <w:tmpl w:val="90B2A1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D7343D7"/>
    <w:multiLevelType w:val="multilevel"/>
    <w:tmpl w:val="BF9066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2C57D9D"/>
    <w:multiLevelType w:val="hybridMultilevel"/>
    <w:tmpl w:val="AA505D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3812597"/>
    <w:multiLevelType w:val="multilevel"/>
    <w:tmpl w:val="AA563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7A134D"/>
    <w:multiLevelType w:val="hybridMultilevel"/>
    <w:tmpl w:val="6A7A547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8322570"/>
    <w:multiLevelType w:val="hybridMultilevel"/>
    <w:tmpl w:val="26DE9A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ADD5CD0"/>
    <w:multiLevelType w:val="hybridMultilevel"/>
    <w:tmpl w:val="CA84A7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2E76814"/>
    <w:multiLevelType w:val="hybridMultilevel"/>
    <w:tmpl w:val="D84ECA46"/>
    <w:lvl w:ilvl="0" w:tplc="413024E6">
      <w:start w:val="1"/>
      <w:numFmt w:val="upperLetter"/>
      <w:lvlText w:val="%1."/>
      <w:lvlJc w:val="left"/>
      <w:pPr>
        <w:ind w:left="360"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4" w15:restartNumberingAfterBreak="0">
    <w:nsid w:val="737D60C6"/>
    <w:multiLevelType w:val="hybridMultilevel"/>
    <w:tmpl w:val="69E87A98"/>
    <w:lvl w:ilvl="0" w:tplc="976EE644">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5" w15:restartNumberingAfterBreak="0">
    <w:nsid w:val="751C77EA"/>
    <w:multiLevelType w:val="hybridMultilevel"/>
    <w:tmpl w:val="2606FE26"/>
    <w:lvl w:ilvl="0" w:tplc="C70A5CEC">
      <w:start w:val="1"/>
      <w:numFmt w:val="upp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4"/>
  </w:num>
  <w:num w:numId="11">
    <w:abstractNumId w:val="32"/>
  </w:num>
  <w:num w:numId="12">
    <w:abstractNumId w:val="27"/>
  </w:num>
  <w:num w:numId="13">
    <w:abstractNumId w:val="11"/>
  </w:num>
  <w:num w:numId="14">
    <w:abstractNumId w:val="19"/>
  </w:num>
  <w:num w:numId="15">
    <w:abstractNumId w:val="33"/>
  </w:num>
  <w:num w:numId="16">
    <w:abstractNumId w:val="30"/>
  </w:num>
  <w:num w:numId="17">
    <w:abstractNumId w:val="31"/>
  </w:num>
  <w:num w:numId="18">
    <w:abstractNumId w:val="26"/>
  </w:num>
  <w:num w:numId="19">
    <w:abstractNumId w:val="12"/>
  </w:num>
  <w:num w:numId="20">
    <w:abstractNumId w:val="25"/>
  </w:num>
  <w:num w:numId="21">
    <w:abstractNumId w:val="13"/>
  </w:num>
  <w:num w:numId="22">
    <w:abstractNumId w:val="9"/>
  </w:num>
  <w:num w:numId="23">
    <w:abstractNumId w:val="21"/>
  </w:num>
  <w:num w:numId="24">
    <w:abstractNumId w:val="23"/>
  </w:num>
  <w:num w:numId="25">
    <w:abstractNumId w:val="22"/>
  </w:num>
  <w:num w:numId="26">
    <w:abstractNumId w:val="16"/>
  </w:num>
  <w:num w:numId="27">
    <w:abstractNumId w:val="28"/>
  </w:num>
  <w:num w:numId="28">
    <w:abstractNumId w:val="17"/>
  </w:num>
  <w:num w:numId="29">
    <w:abstractNumId w:val="15"/>
  </w:num>
  <w:num w:numId="30">
    <w:abstractNumId w:val="34"/>
  </w:num>
  <w:num w:numId="31">
    <w:abstractNumId w:val="18"/>
  </w:num>
  <w:num w:numId="32">
    <w:abstractNumId w:val="29"/>
  </w:num>
  <w:num w:numId="33">
    <w:abstractNumId w:val="24"/>
  </w:num>
  <w:num w:numId="34">
    <w:abstractNumId w:val="35"/>
  </w:num>
  <w:num w:numId="35">
    <w:abstractNumId w:val="10"/>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34616"/>
    <w:rsid w:val="0006063C"/>
    <w:rsid w:val="000C0216"/>
    <w:rsid w:val="000E5C7F"/>
    <w:rsid w:val="0010651D"/>
    <w:rsid w:val="001277E6"/>
    <w:rsid w:val="00134A84"/>
    <w:rsid w:val="00134F9C"/>
    <w:rsid w:val="0013721B"/>
    <w:rsid w:val="0015074B"/>
    <w:rsid w:val="00196709"/>
    <w:rsid w:val="001F5143"/>
    <w:rsid w:val="00214016"/>
    <w:rsid w:val="002406BC"/>
    <w:rsid w:val="00251147"/>
    <w:rsid w:val="0029639D"/>
    <w:rsid w:val="002E0537"/>
    <w:rsid w:val="002E3037"/>
    <w:rsid w:val="002E511B"/>
    <w:rsid w:val="00326F90"/>
    <w:rsid w:val="00334276"/>
    <w:rsid w:val="0037477C"/>
    <w:rsid w:val="00382418"/>
    <w:rsid w:val="004138CD"/>
    <w:rsid w:val="0044529C"/>
    <w:rsid w:val="00445D39"/>
    <w:rsid w:val="004C2DEC"/>
    <w:rsid w:val="005375CF"/>
    <w:rsid w:val="00592437"/>
    <w:rsid w:val="00621353"/>
    <w:rsid w:val="00677D51"/>
    <w:rsid w:val="00690EBB"/>
    <w:rsid w:val="006B5545"/>
    <w:rsid w:val="006C02BD"/>
    <w:rsid w:val="006C4E57"/>
    <w:rsid w:val="006D5A9C"/>
    <w:rsid w:val="006F50AB"/>
    <w:rsid w:val="00710E6A"/>
    <w:rsid w:val="00765660"/>
    <w:rsid w:val="00773A5E"/>
    <w:rsid w:val="007B3BD0"/>
    <w:rsid w:val="007F200D"/>
    <w:rsid w:val="007F26AE"/>
    <w:rsid w:val="007F72BE"/>
    <w:rsid w:val="00812EAF"/>
    <w:rsid w:val="00841A06"/>
    <w:rsid w:val="00873218"/>
    <w:rsid w:val="008B60F3"/>
    <w:rsid w:val="00915101"/>
    <w:rsid w:val="009507A3"/>
    <w:rsid w:val="009624C2"/>
    <w:rsid w:val="009923B6"/>
    <w:rsid w:val="00995C9E"/>
    <w:rsid w:val="009A2523"/>
    <w:rsid w:val="009D611D"/>
    <w:rsid w:val="009E23B3"/>
    <w:rsid w:val="009F0619"/>
    <w:rsid w:val="00A4680D"/>
    <w:rsid w:val="00AA1D8D"/>
    <w:rsid w:val="00AD71DC"/>
    <w:rsid w:val="00B47730"/>
    <w:rsid w:val="00B624D4"/>
    <w:rsid w:val="00B80694"/>
    <w:rsid w:val="00BB5CB4"/>
    <w:rsid w:val="00BE5BDA"/>
    <w:rsid w:val="00BF2249"/>
    <w:rsid w:val="00C055E9"/>
    <w:rsid w:val="00C71710"/>
    <w:rsid w:val="00C80D15"/>
    <w:rsid w:val="00C8591A"/>
    <w:rsid w:val="00CA563E"/>
    <w:rsid w:val="00CA5720"/>
    <w:rsid w:val="00CB0664"/>
    <w:rsid w:val="00CF169E"/>
    <w:rsid w:val="00D328B5"/>
    <w:rsid w:val="00DB2758"/>
    <w:rsid w:val="00DF3935"/>
    <w:rsid w:val="00E24BA4"/>
    <w:rsid w:val="00E26367"/>
    <w:rsid w:val="00F0661A"/>
    <w:rsid w:val="00F25A00"/>
    <w:rsid w:val="00F25ABA"/>
    <w:rsid w:val="00F559E0"/>
    <w:rsid w:val="00F571EB"/>
    <w:rsid w:val="00FC693F"/>
    <w:rsid w:val="00FC7876"/>
    <w:rsid w:val="00FD3E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43C00F"/>
  <w14:defaultImageDpi w14:val="300"/>
  <w15:docId w15:val="{64429B56-84A5-4052-B674-B5B79ADFA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Balk1">
    <w:name w:val="heading 1"/>
    <w:basedOn w:val="Normal"/>
    <w:next w:val="Normal"/>
    <w:link w:val="Balk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alk9">
    <w:name w:val="heading 9"/>
    <w:basedOn w:val="Normal"/>
    <w:next w:val="Normal"/>
    <w:link w:val="Balk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618BF"/>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E618BF"/>
  </w:style>
  <w:style w:type="paragraph" w:styleId="AltBilgi">
    <w:name w:val="footer"/>
    <w:basedOn w:val="Normal"/>
    <w:link w:val="AltBilgiChar"/>
    <w:uiPriority w:val="99"/>
    <w:unhideWhenUsed/>
    <w:qFormat/>
    <w:rsid w:val="00E618BF"/>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E618BF"/>
  </w:style>
  <w:style w:type="paragraph" w:styleId="AralkYok">
    <w:name w:val="No Spacing"/>
    <w:link w:val="AralkYokChar"/>
    <w:uiPriority w:val="1"/>
    <w:qFormat/>
    <w:rsid w:val="00FC693F"/>
    <w:pPr>
      <w:spacing w:after="0" w:line="240" w:lineRule="auto"/>
    </w:pPr>
  </w:style>
  <w:style w:type="character" w:customStyle="1" w:styleId="Balk1Char">
    <w:name w:val="Başlık 1 Char"/>
    <w:basedOn w:val="VarsaylanParagrafYazTipi"/>
    <w:link w:val="Balk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FC693F"/>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FC693F"/>
    <w:rPr>
      <w:rFonts w:asciiTheme="majorHAnsi" w:eastAsiaTheme="majorEastAsia" w:hAnsiTheme="majorHAnsi" w:cstheme="majorBidi"/>
      <w:b/>
      <w:bCs/>
      <w:color w:val="4F81BD" w:themeColor="accent1"/>
    </w:rPr>
  </w:style>
  <w:style w:type="paragraph" w:styleId="KonuBal">
    <w:name w:val="Title"/>
    <w:basedOn w:val="Normal"/>
    <w:next w:val="Normal"/>
    <w:link w:val="KonuBa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ltyaz">
    <w:name w:val="Subtitle"/>
    <w:basedOn w:val="Normal"/>
    <w:next w:val="Normal"/>
    <w:link w:val="AltyazChar"/>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rsid w:val="00FC693F"/>
    <w:rPr>
      <w:rFonts w:asciiTheme="majorHAnsi" w:eastAsiaTheme="majorEastAsia" w:hAnsiTheme="majorHAnsi" w:cstheme="majorBidi"/>
      <w:i/>
      <w:iCs/>
      <w:color w:val="4F81BD" w:themeColor="accent1"/>
      <w:spacing w:val="15"/>
      <w:sz w:val="24"/>
      <w:szCs w:val="24"/>
    </w:rPr>
  </w:style>
  <w:style w:type="paragraph" w:styleId="ListeParagraf">
    <w:name w:val="List Paragraph"/>
    <w:aliases w:val="Bullet Points"/>
    <w:basedOn w:val="Normal"/>
    <w:link w:val="ListeParagrafChar"/>
    <w:uiPriority w:val="34"/>
    <w:qFormat/>
    <w:rsid w:val="00FC693F"/>
    <w:pPr>
      <w:ind w:left="720"/>
      <w:contextualSpacing/>
    </w:pPr>
  </w:style>
  <w:style w:type="paragraph" w:styleId="GvdeMetni">
    <w:name w:val="Body Text"/>
    <w:basedOn w:val="Normal"/>
    <w:link w:val="GvdeMetniChar"/>
    <w:uiPriority w:val="1"/>
    <w:unhideWhenUsed/>
    <w:qFormat/>
    <w:rsid w:val="00AA1D8D"/>
    <w:pPr>
      <w:spacing w:after="120"/>
    </w:pPr>
  </w:style>
  <w:style w:type="character" w:customStyle="1" w:styleId="GvdeMetniChar">
    <w:name w:val="Gövde Metni Char"/>
    <w:basedOn w:val="VarsaylanParagrafYazTipi"/>
    <w:link w:val="GvdeMetni"/>
    <w:uiPriority w:val="1"/>
    <w:rsid w:val="00AA1D8D"/>
  </w:style>
  <w:style w:type="paragraph" w:styleId="GvdeMetni2">
    <w:name w:val="Body Text 2"/>
    <w:basedOn w:val="Normal"/>
    <w:link w:val="GvdeMetni2Char"/>
    <w:uiPriority w:val="99"/>
    <w:unhideWhenUsed/>
    <w:rsid w:val="00AA1D8D"/>
    <w:pPr>
      <w:spacing w:after="120" w:line="480" w:lineRule="auto"/>
    </w:pPr>
  </w:style>
  <w:style w:type="character" w:customStyle="1" w:styleId="GvdeMetni2Char">
    <w:name w:val="Gövde Metni 2 Char"/>
    <w:basedOn w:val="VarsaylanParagrafYazTipi"/>
    <w:link w:val="GvdeMetni2"/>
    <w:uiPriority w:val="99"/>
    <w:rsid w:val="00AA1D8D"/>
  </w:style>
  <w:style w:type="paragraph" w:styleId="GvdeMetni3">
    <w:name w:val="Body Text 3"/>
    <w:basedOn w:val="Normal"/>
    <w:link w:val="GvdeMetni3Char"/>
    <w:uiPriority w:val="99"/>
    <w:unhideWhenUsed/>
    <w:rsid w:val="00AA1D8D"/>
    <w:pPr>
      <w:spacing w:after="120"/>
    </w:pPr>
    <w:rPr>
      <w:sz w:val="16"/>
      <w:szCs w:val="16"/>
    </w:rPr>
  </w:style>
  <w:style w:type="character" w:customStyle="1" w:styleId="GvdeMetni3Char">
    <w:name w:val="Gövde Metni 3 Char"/>
    <w:basedOn w:val="VarsaylanParagrafYazTipi"/>
    <w:link w:val="GvdeMetni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Maddemi">
    <w:name w:val="List Bullet"/>
    <w:basedOn w:val="Normal"/>
    <w:uiPriority w:val="99"/>
    <w:unhideWhenUsed/>
    <w:rsid w:val="00326F90"/>
    <w:pPr>
      <w:numPr>
        <w:numId w:val="1"/>
      </w:numPr>
      <w:contextualSpacing/>
    </w:pPr>
  </w:style>
  <w:style w:type="paragraph" w:styleId="ListeMaddemi2">
    <w:name w:val="List Bullet 2"/>
    <w:basedOn w:val="Normal"/>
    <w:uiPriority w:val="99"/>
    <w:unhideWhenUsed/>
    <w:rsid w:val="00326F90"/>
    <w:pPr>
      <w:numPr>
        <w:numId w:val="2"/>
      </w:numPr>
      <w:contextualSpacing/>
    </w:pPr>
  </w:style>
  <w:style w:type="paragraph" w:styleId="ListeMaddemi3">
    <w:name w:val="List Bullet 3"/>
    <w:basedOn w:val="Normal"/>
    <w:uiPriority w:val="99"/>
    <w:unhideWhenUsed/>
    <w:rsid w:val="00326F90"/>
    <w:pPr>
      <w:numPr>
        <w:numId w:val="3"/>
      </w:numPr>
      <w:contextualSpacing/>
    </w:pPr>
  </w:style>
  <w:style w:type="paragraph" w:styleId="ListeNumaras">
    <w:name w:val="List Number"/>
    <w:basedOn w:val="Normal"/>
    <w:uiPriority w:val="99"/>
    <w:unhideWhenUsed/>
    <w:rsid w:val="00326F90"/>
    <w:pPr>
      <w:numPr>
        <w:numId w:val="5"/>
      </w:numPr>
      <w:contextualSpacing/>
    </w:pPr>
  </w:style>
  <w:style w:type="paragraph" w:styleId="ListeNumaras2">
    <w:name w:val="List Number 2"/>
    <w:basedOn w:val="Normal"/>
    <w:uiPriority w:val="99"/>
    <w:unhideWhenUsed/>
    <w:rsid w:val="0029639D"/>
    <w:pPr>
      <w:numPr>
        <w:numId w:val="6"/>
      </w:numPr>
      <w:contextualSpacing/>
    </w:pPr>
  </w:style>
  <w:style w:type="paragraph" w:styleId="ListeNumaras3">
    <w:name w:val="List Number 3"/>
    <w:basedOn w:val="Normal"/>
    <w:uiPriority w:val="99"/>
    <w:unhideWhenUsed/>
    <w:rsid w:val="0029639D"/>
    <w:pPr>
      <w:numPr>
        <w:numId w:val="7"/>
      </w:numPr>
      <w:contextualSpacing/>
    </w:pPr>
  </w:style>
  <w:style w:type="paragraph" w:styleId="ListeDevam">
    <w:name w:val="List Continue"/>
    <w:basedOn w:val="Normal"/>
    <w:uiPriority w:val="99"/>
    <w:unhideWhenUsed/>
    <w:rsid w:val="0029639D"/>
    <w:pPr>
      <w:spacing w:after="120"/>
      <w:ind w:left="360"/>
      <w:contextualSpacing/>
    </w:pPr>
  </w:style>
  <w:style w:type="paragraph" w:styleId="ListeDevam2">
    <w:name w:val="List Continue 2"/>
    <w:basedOn w:val="Normal"/>
    <w:uiPriority w:val="99"/>
    <w:unhideWhenUsed/>
    <w:rsid w:val="0029639D"/>
    <w:pPr>
      <w:spacing w:after="120"/>
      <w:ind w:left="720"/>
      <w:contextualSpacing/>
    </w:pPr>
  </w:style>
  <w:style w:type="paragraph" w:styleId="ListeDevam3">
    <w:name w:val="List Continue 3"/>
    <w:basedOn w:val="Normal"/>
    <w:uiPriority w:val="99"/>
    <w:unhideWhenUsed/>
    <w:rsid w:val="0029639D"/>
    <w:pPr>
      <w:spacing w:after="120"/>
      <w:ind w:left="1080"/>
      <w:contextualSpacing/>
    </w:pPr>
  </w:style>
  <w:style w:type="paragraph" w:styleId="MakroMetni">
    <w:name w:val="macro"/>
    <w:link w:val="MakroMetni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MetniChar">
    <w:name w:val="Makro Metni Char"/>
    <w:basedOn w:val="VarsaylanParagrafYazTipi"/>
    <w:link w:val="MakroMetni"/>
    <w:uiPriority w:val="99"/>
    <w:rsid w:val="0029639D"/>
    <w:rPr>
      <w:rFonts w:ascii="Courier" w:hAnsi="Courier"/>
      <w:sz w:val="20"/>
      <w:szCs w:val="20"/>
    </w:rPr>
  </w:style>
  <w:style w:type="paragraph" w:styleId="Alnt">
    <w:name w:val="Quote"/>
    <w:basedOn w:val="Normal"/>
    <w:next w:val="Normal"/>
    <w:link w:val="AlntChar"/>
    <w:uiPriority w:val="29"/>
    <w:qFormat/>
    <w:rsid w:val="00FC693F"/>
    <w:rPr>
      <w:i/>
      <w:iCs/>
      <w:color w:val="000000" w:themeColor="text1"/>
    </w:rPr>
  </w:style>
  <w:style w:type="character" w:customStyle="1" w:styleId="AlntChar">
    <w:name w:val="Alıntı Char"/>
    <w:basedOn w:val="VarsaylanParagrafYazTipi"/>
    <w:link w:val="Alnt"/>
    <w:uiPriority w:val="29"/>
    <w:rsid w:val="00FC693F"/>
    <w:rPr>
      <w:i/>
      <w:iCs/>
      <w:color w:val="000000" w:themeColor="text1"/>
    </w:rPr>
  </w:style>
  <w:style w:type="character" w:customStyle="1" w:styleId="Balk4Char">
    <w:name w:val="Başlık 4 Char"/>
    <w:basedOn w:val="VarsaylanParagrafYazTipi"/>
    <w:link w:val="Balk4"/>
    <w:uiPriority w:val="9"/>
    <w:rsid w:val="00FC693F"/>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FC693F"/>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rsid w:val="00FC693F"/>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FC693F"/>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FC693F"/>
    <w:rPr>
      <w:rFonts w:asciiTheme="majorHAnsi" w:eastAsiaTheme="majorEastAsia" w:hAnsiTheme="majorHAnsi" w:cstheme="majorBidi"/>
      <w:color w:val="4F81BD" w:themeColor="accent1"/>
      <w:sz w:val="20"/>
      <w:szCs w:val="20"/>
    </w:rPr>
  </w:style>
  <w:style w:type="character" w:customStyle="1" w:styleId="Balk9Char">
    <w:name w:val="Başlık 9 Char"/>
    <w:basedOn w:val="VarsaylanParagrafYazTipi"/>
    <w:link w:val="Balk9"/>
    <w:uiPriority w:val="9"/>
    <w:semiHidden/>
    <w:rsid w:val="00FC693F"/>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FC693F"/>
    <w:pPr>
      <w:spacing w:line="240" w:lineRule="auto"/>
    </w:pPr>
    <w:rPr>
      <w:b/>
      <w:bCs/>
      <w:color w:val="4F81BD" w:themeColor="accent1"/>
      <w:sz w:val="18"/>
      <w:szCs w:val="18"/>
    </w:rPr>
  </w:style>
  <w:style w:type="character" w:styleId="Gl">
    <w:name w:val="Strong"/>
    <w:basedOn w:val="VarsaylanParagrafYazTipi"/>
    <w:uiPriority w:val="22"/>
    <w:qFormat/>
    <w:rsid w:val="00FC693F"/>
    <w:rPr>
      <w:b/>
      <w:bCs/>
    </w:rPr>
  </w:style>
  <w:style w:type="character" w:styleId="Vurgu">
    <w:name w:val="Emphasis"/>
    <w:basedOn w:val="VarsaylanParagrafYazTipi"/>
    <w:uiPriority w:val="20"/>
    <w:qFormat/>
    <w:rsid w:val="00FC693F"/>
    <w:rPr>
      <w:i/>
      <w:iCs/>
    </w:rPr>
  </w:style>
  <w:style w:type="paragraph" w:styleId="GlAlnt">
    <w:name w:val="Intense Quote"/>
    <w:basedOn w:val="Normal"/>
    <w:next w:val="Normal"/>
    <w:link w:val="GlAln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FC693F"/>
    <w:rPr>
      <w:b/>
      <w:bCs/>
      <w:i/>
      <w:iCs/>
      <w:color w:val="4F81BD" w:themeColor="accent1"/>
    </w:rPr>
  </w:style>
  <w:style w:type="character" w:styleId="HafifVurgulama">
    <w:name w:val="Subtle Emphasis"/>
    <w:basedOn w:val="VarsaylanParagrafYazTipi"/>
    <w:uiPriority w:val="19"/>
    <w:qFormat/>
    <w:rsid w:val="00FC693F"/>
    <w:rPr>
      <w:i/>
      <w:iCs/>
      <w:color w:val="808080" w:themeColor="text1" w:themeTint="7F"/>
    </w:rPr>
  </w:style>
  <w:style w:type="character" w:styleId="GlVurgulama">
    <w:name w:val="Intense Emphasis"/>
    <w:basedOn w:val="VarsaylanParagrafYazTipi"/>
    <w:uiPriority w:val="21"/>
    <w:qFormat/>
    <w:rsid w:val="00FC693F"/>
    <w:rPr>
      <w:b/>
      <w:bCs/>
      <w:i/>
      <w:iCs/>
      <w:color w:val="4F81BD" w:themeColor="accent1"/>
    </w:rPr>
  </w:style>
  <w:style w:type="character" w:styleId="HafifBavuru">
    <w:name w:val="Subtle Reference"/>
    <w:basedOn w:val="VarsaylanParagrafYazTipi"/>
    <w:uiPriority w:val="31"/>
    <w:qFormat/>
    <w:rsid w:val="00FC693F"/>
    <w:rPr>
      <w:smallCaps/>
      <w:color w:val="C0504D" w:themeColor="accent2"/>
      <w:u w:val="single"/>
    </w:rPr>
  </w:style>
  <w:style w:type="character" w:styleId="GlBavuru">
    <w:name w:val="Intense Reference"/>
    <w:basedOn w:val="VarsaylanParagrafYazTipi"/>
    <w:uiPriority w:val="32"/>
    <w:qFormat/>
    <w:rsid w:val="00FC693F"/>
    <w:rPr>
      <w:b/>
      <w:bCs/>
      <w:smallCaps/>
      <w:color w:val="C0504D" w:themeColor="accent2"/>
      <w:spacing w:val="5"/>
      <w:u w:val="single"/>
    </w:rPr>
  </w:style>
  <w:style w:type="character" w:styleId="KitapBal">
    <w:name w:val="Book Title"/>
    <w:basedOn w:val="VarsaylanParagrafYazTipi"/>
    <w:uiPriority w:val="33"/>
    <w:qFormat/>
    <w:rsid w:val="00FC693F"/>
    <w:rPr>
      <w:b/>
      <w:bCs/>
      <w:smallCaps/>
      <w:spacing w:val="5"/>
    </w:rPr>
  </w:style>
  <w:style w:type="paragraph" w:styleId="TBal">
    <w:name w:val="TOC Heading"/>
    <w:basedOn w:val="Balk1"/>
    <w:next w:val="Normal"/>
    <w:uiPriority w:val="39"/>
    <w:unhideWhenUsed/>
    <w:qFormat/>
    <w:rsid w:val="00FC693F"/>
    <w:pPr>
      <w:outlineLvl w:val="9"/>
    </w:pPr>
  </w:style>
  <w:style w:type="table" w:styleId="TabloKlavuzu">
    <w:name w:val="Table Grid"/>
    <w:basedOn w:val="NormalTablo"/>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
    <w:name w:val="Light Shading"/>
    <w:basedOn w:val="NormalTablo"/>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6">
    <w:name w:val="Light Shading Accent 6"/>
    <w:basedOn w:val="NormalTablo"/>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Liste">
    <w:name w:val="Light List"/>
    <w:basedOn w:val="NormalTablo"/>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Liste-Vurgu1">
    <w:name w:val="Light List Accent 1"/>
    <w:basedOn w:val="NormalTablo"/>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Liste-Vurgu3">
    <w:name w:val="Light List Accent 3"/>
    <w:basedOn w:val="NormalTablo"/>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4">
    <w:name w:val="Light List Accent 4"/>
    <w:basedOn w:val="NormalTablo"/>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Liste-Vurgu5">
    <w:name w:val="Light List Accent 5"/>
    <w:basedOn w:val="NormalTablo"/>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6">
    <w:name w:val="Light List Accent 6"/>
    <w:basedOn w:val="NormalTablo"/>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kKlavuz">
    <w:name w:val="Light Grid"/>
    <w:basedOn w:val="NormalTablo"/>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Klavuz-Vurgu1">
    <w:name w:val="Light Grid Accent 1"/>
    <w:basedOn w:val="NormalTablo"/>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2">
    <w:name w:val="Light Grid Accent 2"/>
    <w:basedOn w:val="NormalTablo"/>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3">
    <w:name w:val="Light Grid Accent 3"/>
    <w:basedOn w:val="NormalTablo"/>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Klavuz-Vurgu4">
    <w:name w:val="Light Grid Accent 4"/>
    <w:basedOn w:val="NormalTablo"/>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5">
    <w:name w:val="Light Grid Accent 5"/>
    <w:basedOn w:val="NormalTablo"/>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Klavuz-Vurgu6">
    <w:name w:val="Light Grid Accent 6"/>
    <w:basedOn w:val="NormalTablo"/>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1">
    <w:name w:val="Medium Shading 1"/>
    <w:basedOn w:val="NormalTablo"/>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Glgeleme2">
    <w:name w:val="Medium Shading 2"/>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1">
    <w:name w:val="Medium Shading 2 Accent 1"/>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1">
    <w:name w:val="Medium List 1"/>
    <w:basedOn w:val="NormalTablo"/>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1">
    <w:name w:val="Medium List 1 Accent 1"/>
    <w:basedOn w:val="NormalTablo"/>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OrtaListe1-Vurgu2">
    <w:name w:val="Medium List 1 Accent 2"/>
    <w:basedOn w:val="NormalTablo"/>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Liste1-Vurgu3">
    <w:name w:val="Medium List 1 Accent 3"/>
    <w:basedOn w:val="NormalTablo"/>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OrtaListe1-Vurgu4">
    <w:name w:val="Medium List 1 Accent 4"/>
    <w:basedOn w:val="NormalTablo"/>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OrtaListe1-Vurgu5">
    <w:name w:val="Medium List 1 Accent 5"/>
    <w:basedOn w:val="NormalTablo"/>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OrtaListe1-Vurgu6">
    <w:name w:val="Medium List 1 Accent 6"/>
    <w:basedOn w:val="NormalTablo"/>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Liste2">
    <w:name w:val="Medium List 2"/>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2-Vurgu1">
    <w:name w:val="Medium List 2 Accent 1"/>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2">
    <w:name w:val="Medium List 2 Accent 2"/>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3">
    <w:name w:val="Medium List 2 Accent 3"/>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5">
    <w:name w:val="Medium List 2 Accent 5"/>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6">
    <w:name w:val="Medium List 2 Accent 6"/>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
    <w:name w:val="Medium Grid 1"/>
    <w:basedOn w:val="NormalTablo"/>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1">
    <w:name w:val="Medium Grid 1 Accent 1"/>
    <w:basedOn w:val="NormalTablo"/>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2">
    <w:name w:val="Medium Grid 1 Accent 2"/>
    <w:basedOn w:val="NormalTablo"/>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3">
    <w:name w:val="Medium Grid 1 Accent 3"/>
    <w:basedOn w:val="NormalTablo"/>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4">
    <w:name w:val="Medium Grid 1 Accent 4"/>
    <w:basedOn w:val="NormalTablo"/>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5">
    <w:name w:val="Medium Grid 1 Accent 5"/>
    <w:basedOn w:val="NormalTablo"/>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1-Vurgu6">
    <w:name w:val="Medium Grid 1 Accent 6"/>
    <w:basedOn w:val="NormalTablo"/>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2">
    <w:name w:val="Medium Grid 2"/>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2-Vurgu1">
    <w:name w:val="Medium Grid 2 Accent 1"/>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OrtaKlavuz2-Vurgu3">
    <w:name w:val="Medium Grid 2 Accent 3"/>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OrtaKlavuz2-Vurgu4">
    <w:name w:val="Medium Grid 2 Accent 4"/>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OrtaKlavuz2-Vurgu5">
    <w:name w:val="Medium Grid 2 Accent 5"/>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OrtaKlavuz2-Vurgu6">
    <w:name w:val="Medium Grid 2 Accent 6"/>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3">
    <w:name w:val="Medium Grid 3"/>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OrtaKlavuz3-Vurgu1">
    <w:name w:val="Medium Grid 3 Accent 1"/>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3-Vurgu2">
    <w:name w:val="Medium Grid 3 Accent 2"/>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OrtaKlavuz3-Vurgu3">
    <w:name w:val="Medium Grid 3 Accent 3"/>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OrtaKlavuz3-Vurgu4">
    <w:name w:val="Medium Grid 3 Accent 4"/>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OrtaKlavuz3-Vurgu5">
    <w:name w:val="Medium Grid 3 Accent 5"/>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3-Vurgu6">
    <w:name w:val="Medium Grid 3 Accent 6"/>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KoyuListe">
    <w:name w:val="Dark List"/>
    <w:basedOn w:val="NormalTablo"/>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KoyuListe-Vurgu1">
    <w:name w:val="Dark List Accent 1"/>
    <w:basedOn w:val="NormalTablo"/>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KoyuListe-Vurgu2">
    <w:name w:val="Dark List Accent 2"/>
    <w:basedOn w:val="NormalTablo"/>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KoyuListe-Vurgu3">
    <w:name w:val="Dark List Accent 3"/>
    <w:basedOn w:val="NormalTablo"/>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KoyuListe-Vurgu4">
    <w:name w:val="Dark List Accent 4"/>
    <w:basedOn w:val="NormalTablo"/>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KoyuListe-Vurgu5">
    <w:name w:val="Dark List Accent 5"/>
    <w:basedOn w:val="NormalTablo"/>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KoyuListe-Vurgu6">
    <w:name w:val="Dark List Accent 6"/>
    <w:basedOn w:val="NormalTablo"/>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RenkliGlgeleme">
    <w:name w:val="Colorful Shading"/>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RenkliGlgeleme-Vurgu1">
    <w:name w:val="Colorful Shading Accent 1"/>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RenkliGlgeleme-Vurgu3">
    <w:name w:val="Colorful Shading Accent 3"/>
    <w:basedOn w:val="NormalTablo"/>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RenkliGlgeleme-Vurgu4">
    <w:name w:val="Colorful Shading Accent 4"/>
    <w:basedOn w:val="NormalTablo"/>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RenkliListe">
    <w:name w:val="Colorful List"/>
    <w:basedOn w:val="NormalTablo"/>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RenkliListe-Vurgu2">
    <w:name w:val="Colorful List Accent 2"/>
    <w:basedOn w:val="NormalTablo"/>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RenkliListe-Vurgu3">
    <w:name w:val="Colorful List Accent 3"/>
    <w:basedOn w:val="NormalTablo"/>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RenkliListe-Vurgu4">
    <w:name w:val="Colorful List Accent 4"/>
    <w:basedOn w:val="NormalTablo"/>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RenkliListe-Vurgu5">
    <w:name w:val="Colorful List Accent 5"/>
    <w:basedOn w:val="NormalTablo"/>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RenkliListe-Vurgu6">
    <w:name w:val="Colorful List Accent 6"/>
    <w:basedOn w:val="NormalTablo"/>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RenkliKlavuz">
    <w:name w:val="Colorful Grid"/>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Klavuz-Vurgu2">
    <w:name w:val="Colorful Grid Accent 2"/>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Klavuz-Vurgu3">
    <w:name w:val="Colorful Grid Accent 3"/>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Klavuz-Vurgu4">
    <w:name w:val="Colorful Grid Accent 4"/>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nkliKlavuz-Vurgu5">
    <w:name w:val="Colorful Grid Accent 5"/>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6">
    <w:name w:val="Colorful Grid Accent 6"/>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ralkYokChar">
    <w:name w:val="Aralık Yok Char"/>
    <w:basedOn w:val="VarsaylanParagrafYazTipi"/>
    <w:link w:val="AralkYok"/>
    <w:uiPriority w:val="1"/>
    <w:rsid w:val="009A2523"/>
  </w:style>
  <w:style w:type="paragraph" w:styleId="T2">
    <w:name w:val="toc 2"/>
    <w:basedOn w:val="Normal"/>
    <w:next w:val="Normal"/>
    <w:autoRedefine/>
    <w:uiPriority w:val="39"/>
    <w:unhideWhenUsed/>
    <w:rsid w:val="009A2523"/>
    <w:pPr>
      <w:spacing w:after="100"/>
      <w:ind w:left="220"/>
    </w:pPr>
  </w:style>
  <w:style w:type="paragraph" w:styleId="T1">
    <w:name w:val="toc 1"/>
    <w:basedOn w:val="Normal"/>
    <w:next w:val="Normal"/>
    <w:autoRedefine/>
    <w:uiPriority w:val="39"/>
    <w:unhideWhenUsed/>
    <w:qFormat/>
    <w:rsid w:val="009A2523"/>
    <w:pPr>
      <w:spacing w:after="100"/>
    </w:pPr>
  </w:style>
  <w:style w:type="paragraph" w:customStyle="1" w:styleId="2BALIK">
    <w:name w:val="2.BAŞLIK"/>
    <w:next w:val="Normal"/>
    <w:link w:val="2BALIKChar"/>
    <w:qFormat/>
    <w:rsid w:val="009A2523"/>
    <w:pPr>
      <w:spacing w:before="120" w:after="120" w:line="240" w:lineRule="auto"/>
      <w:jc w:val="both"/>
    </w:pPr>
    <w:rPr>
      <w:rFonts w:ascii="Times New Roman" w:eastAsia="Calibri" w:hAnsi="Times New Roman" w:cs="Times New Roman"/>
      <w:noProof/>
      <w:sz w:val="24"/>
      <w:lang w:val="tr-TR" w:eastAsia="tr-TR"/>
    </w:rPr>
  </w:style>
  <w:style w:type="paragraph" w:customStyle="1" w:styleId="msointensequote">
    <w:name w:val="msointensequote"/>
    <w:basedOn w:val="Normal"/>
    <w:next w:val="Normal"/>
    <w:uiPriority w:val="30"/>
    <w:qFormat/>
    <w:rsid w:val="009A2523"/>
    <w:pPr>
      <w:pBdr>
        <w:top w:val="single" w:sz="4" w:space="10" w:color="4F81BD" w:themeColor="accent1"/>
        <w:bottom w:val="single" w:sz="4" w:space="10" w:color="4F81BD" w:themeColor="accent1"/>
      </w:pBdr>
      <w:spacing w:before="360" w:after="360" w:line="256" w:lineRule="auto"/>
      <w:ind w:left="864" w:right="864"/>
      <w:jc w:val="center"/>
    </w:pPr>
    <w:rPr>
      <w:rFonts w:ascii="Times New Roman" w:eastAsiaTheme="minorHAnsi" w:hAnsi="Times New Roman"/>
      <w:b/>
      <w:i/>
      <w:iCs/>
      <w:color w:val="4F81BD" w:themeColor="accent1"/>
      <w:sz w:val="24"/>
      <w:lang w:val="tr-TR"/>
    </w:rPr>
  </w:style>
  <w:style w:type="paragraph" w:customStyle="1" w:styleId="Stil2">
    <w:name w:val="Stil2"/>
    <w:basedOn w:val="Balk2"/>
    <w:qFormat/>
    <w:rsid w:val="009A2523"/>
    <w:pPr>
      <w:spacing w:line="360" w:lineRule="auto"/>
      <w:ind w:firstLine="567"/>
      <w:jc w:val="both"/>
    </w:pPr>
    <w:rPr>
      <w:rFonts w:ascii="Times New Roman" w:hAnsi="Times New Roman"/>
      <w:color w:val="000000" w:themeColor="text1"/>
      <w:sz w:val="24"/>
      <w:lang w:val="tr-TR"/>
    </w:rPr>
  </w:style>
  <w:style w:type="paragraph" w:customStyle="1" w:styleId="Stil4">
    <w:name w:val="Stil4"/>
    <w:next w:val="Normal"/>
    <w:link w:val="Stil4Char"/>
    <w:qFormat/>
    <w:rsid w:val="009A2523"/>
    <w:pPr>
      <w:keepLines/>
      <w:spacing w:after="0" w:line="256" w:lineRule="auto"/>
    </w:pPr>
    <w:rPr>
      <w:rFonts w:ascii="Times New Roman" w:eastAsiaTheme="majorEastAsia" w:hAnsi="Times New Roman" w:cstheme="majorBidi"/>
      <w:b/>
      <w:iCs/>
      <w:sz w:val="20"/>
      <w:lang w:val="tr-TR"/>
    </w:rPr>
  </w:style>
  <w:style w:type="paragraph" w:customStyle="1" w:styleId="Stil5">
    <w:name w:val="Stil5"/>
    <w:basedOn w:val="Balk2"/>
    <w:qFormat/>
    <w:rsid w:val="009A2523"/>
    <w:pPr>
      <w:spacing w:before="120" w:after="120" w:line="360" w:lineRule="auto"/>
      <w:ind w:firstLine="567"/>
      <w:jc w:val="both"/>
    </w:pPr>
    <w:rPr>
      <w:rFonts w:ascii="Times New Roman" w:hAnsi="Times New Roman"/>
      <w:color w:val="000000" w:themeColor="text1"/>
      <w:sz w:val="20"/>
      <w:lang w:val="tr-TR"/>
    </w:rPr>
  </w:style>
  <w:style w:type="paragraph" w:customStyle="1" w:styleId="Stil1">
    <w:name w:val="Stil1"/>
    <w:basedOn w:val="Balk1"/>
    <w:link w:val="Stil1Char"/>
    <w:autoRedefine/>
    <w:qFormat/>
    <w:rsid w:val="0037477C"/>
    <w:pPr>
      <w:keepLines w:val="0"/>
      <w:numPr>
        <w:numId w:val="10"/>
      </w:numPr>
      <w:spacing w:before="240" w:after="60" w:line="240" w:lineRule="auto"/>
      <w:ind w:left="567" w:hanging="567"/>
      <w:jc w:val="both"/>
    </w:pPr>
    <w:rPr>
      <w:rFonts w:ascii="Times New Roman" w:eastAsia="Times New Roman" w:hAnsi="Times New Roman" w:cs="Arial"/>
      <w:bCs w:val="0"/>
      <w:color w:val="000000" w:themeColor="text1"/>
      <w:szCs w:val="20"/>
      <w:lang w:val="tr-TR" w:eastAsia="ko-KR"/>
    </w:rPr>
  </w:style>
  <w:style w:type="character" w:customStyle="1" w:styleId="Stil1Char">
    <w:name w:val="Stil1 Char"/>
    <w:link w:val="Stil1"/>
    <w:rsid w:val="0037477C"/>
    <w:rPr>
      <w:rFonts w:ascii="Times New Roman" w:eastAsia="Times New Roman" w:hAnsi="Times New Roman" w:cs="Arial"/>
      <w:b/>
      <w:color w:val="000000" w:themeColor="text1"/>
      <w:sz w:val="28"/>
      <w:szCs w:val="20"/>
      <w:lang w:val="tr-TR" w:eastAsia="ko-KR"/>
    </w:rPr>
  </w:style>
  <w:style w:type="character" w:customStyle="1" w:styleId="Stil4Char">
    <w:name w:val="Stil4 Char"/>
    <w:link w:val="Stil4"/>
    <w:rsid w:val="009A2523"/>
    <w:rPr>
      <w:rFonts w:ascii="Times New Roman" w:eastAsiaTheme="majorEastAsia" w:hAnsi="Times New Roman" w:cstheme="majorBidi"/>
      <w:b/>
      <w:iCs/>
      <w:sz w:val="20"/>
      <w:lang w:val="tr-TR"/>
    </w:rPr>
  </w:style>
  <w:style w:type="character" w:styleId="Kpr">
    <w:name w:val="Hyperlink"/>
    <w:basedOn w:val="VarsaylanParagrafYazTipi"/>
    <w:uiPriority w:val="99"/>
    <w:unhideWhenUsed/>
    <w:rsid w:val="009A2523"/>
    <w:rPr>
      <w:color w:val="0000FF" w:themeColor="hyperlink"/>
      <w:u w:val="single"/>
    </w:rPr>
  </w:style>
  <w:style w:type="character" w:customStyle="1" w:styleId="2BALIKChar">
    <w:name w:val="2.BAŞLIK Char"/>
    <w:basedOn w:val="VarsaylanParagrafYazTipi"/>
    <w:link w:val="2BALIK"/>
    <w:rsid w:val="009A2523"/>
    <w:rPr>
      <w:rFonts w:ascii="Times New Roman" w:eastAsia="Calibri" w:hAnsi="Times New Roman" w:cs="Times New Roman"/>
      <w:noProof/>
      <w:sz w:val="24"/>
      <w:lang w:val="tr-TR" w:eastAsia="tr-TR"/>
    </w:rPr>
  </w:style>
  <w:style w:type="paragraph" w:styleId="NormalWeb">
    <w:name w:val="Normal (Web)"/>
    <w:basedOn w:val="Normal"/>
    <w:uiPriority w:val="99"/>
    <w:unhideWhenUsed/>
    <w:rsid w:val="00F559E0"/>
    <w:pPr>
      <w:spacing w:before="100" w:beforeAutospacing="1" w:after="100" w:afterAutospacing="1" w:line="240" w:lineRule="auto"/>
      <w:ind w:left="708"/>
    </w:pPr>
    <w:rPr>
      <w:rFonts w:ascii="Times New Roman" w:eastAsia="Times New Roman" w:hAnsi="Times New Roman" w:cs="Times New Roman"/>
      <w:b/>
      <w:sz w:val="24"/>
      <w:szCs w:val="24"/>
      <w:lang w:val="tr-TR" w:eastAsia="tr-TR"/>
    </w:rPr>
  </w:style>
  <w:style w:type="character" w:customStyle="1" w:styleId="AltbilgiChar0">
    <w:name w:val="Altbilgi Char"/>
    <w:basedOn w:val="VarsaylanParagrafYazTipi"/>
    <w:uiPriority w:val="99"/>
    <w:qFormat/>
    <w:rsid w:val="00E24BA4"/>
    <w:rPr>
      <w:rFonts w:ascii="Calibri" w:eastAsia="Calibri" w:hAnsi="Calibri" w:cs="Times New Roman"/>
    </w:rPr>
  </w:style>
  <w:style w:type="paragraph" w:customStyle="1" w:styleId="TableParagraph">
    <w:name w:val="Table Paragraph"/>
    <w:basedOn w:val="Normal"/>
    <w:uiPriority w:val="1"/>
    <w:qFormat/>
    <w:rsid w:val="00E24BA4"/>
    <w:pPr>
      <w:widowControl w:val="0"/>
      <w:spacing w:before="120" w:after="120" w:line="240" w:lineRule="auto"/>
      <w:ind w:left="708"/>
    </w:pPr>
    <w:rPr>
      <w:rFonts w:ascii="Calibri" w:eastAsia="Calibri" w:hAnsi="Calibri" w:cs="Times New Roman"/>
      <w:b/>
      <w:sz w:val="20"/>
    </w:rPr>
  </w:style>
  <w:style w:type="paragraph" w:customStyle="1" w:styleId="1BALIK">
    <w:name w:val="1.BAŞLIK"/>
    <w:qFormat/>
    <w:rsid w:val="00E24BA4"/>
    <w:pPr>
      <w:spacing w:before="480" w:after="0" w:line="240" w:lineRule="auto"/>
      <w:jc w:val="center"/>
    </w:pPr>
    <w:rPr>
      <w:rFonts w:ascii="Times New Roman" w:eastAsia="Calibri" w:hAnsi="Times New Roman" w:cs="Times New Roman"/>
      <w:b/>
      <w:noProof/>
      <w:lang w:val="tr-TR" w:eastAsia="tr-TR"/>
    </w:rPr>
  </w:style>
  <w:style w:type="paragraph" w:customStyle="1" w:styleId="3BALIK">
    <w:name w:val="3.BAŞLIK"/>
    <w:qFormat/>
    <w:rsid w:val="00E24BA4"/>
    <w:pPr>
      <w:spacing w:after="0" w:line="240" w:lineRule="auto"/>
    </w:pPr>
    <w:rPr>
      <w:rFonts w:ascii="Times New Roman" w:eastAsia="Calibri" w:hAnsi="Times New Roman" w:cs="Times New Roman"/>
      <w:b/>
      <w:noProof/>
      <w:sz w:val="20"/>
      <w:lang w:val="tr-TR" w:eastAsia="tr-TR"/>
    </w:rPr>
  </w:style>
  <w:style w:type="paragraph" w:customStyle="1" w:styleId="4BALIK">
    <w:name w:val="4.BAŞLIK"/>
    <w:qFormat/>
    <w:rsid w:val="00E24BA4"/>
    <w:pPr>
      <w:spacing w:after="0" w:line="240" w:lineRule="auto"/>
    </w:pPr>
    <w:rPr>
      <w:rFonts w:ascii="Times New Roman" w:eastAsia="Calibri" w:hAnsi="Times New Roman" w:cs="Times New Roman"/>
      <w:b/>
      <w:noProof/>
      <w:lang w:val="tr-TR" w:eastAsia="tr-TR"/>
    </w:rPr>
  </w:style>
  <w:style w:type="paragraph" w:customStyle="1" w:styleId="5BALIK">
    <w:name w:val="5.BAŞLIK"/>
    <w:qFormat/>
    <w:rsid w:val="00E24BA4"/>
    <w:pPr>
      <w:spacing w:after="0" w:line="240" w:lineRule="auto"/>
    </w:pPr>
    <w:rPr>
      <w:rFonts w:ascii="Times New Roman" w:eastAsia="Calibri" w:hAnsi="Times New Roman" w:cs="Times New Roman"/>
      <w:b/>
      <w:noProof/>
      <w:lang w:val="tr-TR" w:eastAsia="tr-TR"/>
    </w:rPr>
  </w:style>
  <w:style w:type="paragraph" w:customStyle="1" w:styleId="a7">
    <w:name w:val="a7"/>
    <w:basedOn w:val="Normal"/>
    <w:qFormat/>
    <w:rsid w:val="00E24BA4"/>
    <w:pPr>
      <w:spacing w:before="120" w:after="120" w:line="360" w:lineRule="auto"/>
      <w:ind w:left="708" w:firstLine="709"/>
      <w:jc w:val="both"/>
    </w:pPr>
    <w:rPr>
      <w:rFonts w:ascii="Times New Roman" w:eastAsiaTheme="minorHAnsi" w:hAnsi="Times New Roman" w:cs="Times New Roman"/>
      <w:b/>
      <w:sz w:val="24"/>
      <w:szCs w:val="24"/>
      <w:lang w:val="tr-TR"/>
    </w:rPr>
  </w:style>
  <w:style w:type="paragraph" w:customStyle="1" w:styleId="a3">
    <w:name w:val="a3"/>
    <w:basedOn w:val="Normal"/>
    <w:qFormat/>
    <w:rsid w:val="00E24BA4"/>
    <w:pPr>
      <w:spacing w:before="240" w:after="160" w:line="360" w:lineRule="auto"/>
      <w:ind w:left="708"/>
      <w:jc w:val="both"/>
    </w:pPr>
    <w:rPr>
      <w:rFonts w:ascii="Times New Roman" w:eastAsiaTheme="minorHAnsi" w:hAnsi="Times New Roman"/>
      <w:sz w:val="24"/>
      <w:lang w:val="tr-TR"/>
    </w:rPr>
  </w:style>
  <w:style w:type="paragraph" w:customStyle="1" w:styleId="a2">
    <w:name w:val="a2"/>
    <w:basedOn w:val="Normal"/>
    <w:qFormat/>
    <w:rsid w:val="00E24BA4"/>
    <w:pPr>
      <w:spacing w:before="240" w:after="160" w:line="360" w:lineRule="auto"/>
      <w:ind w:left="708"/>
      <w:jc w:val="both"/>
    </w:pPr>
    <w:rPr>
      <w:rFonts w:ascii="Times New Roman" w:eastAsiaTheme="minorHAnsi" w:hAnsi="Times New Roman"/>
      <w:sz w:val="24"/>
      <w:lang w:val="tr-TR"/>
    </w:rPr>
  </w:style>
  <w:style w:type="paragraph" w:customStyle="1" w:styleId="a5">
    <w:name w:val="a5"/>
    <w:basedOn w:val="Normal"/>
    <w:qFormat/>
    <w:rsid w:val="00E24BA4"/>
    <w:pPr>
      <w:spacing w:before="240" w:after="160" w:line="360" w:lineRule="auto"/>
      <w:ind w:left="708"/>
      <w:jc w:val="both"/>
    </w:pPr>
    <w:rPr>
      <w:rFonts w:ascii="Times New Roman" w:eastAsiaTheme="minorHAnsi" w:hAnsi="Times New Roman"/>
      <w:sz w:val="24"/>
      <w:lang w:val="tr-TR"/>
    </w:rPr>
  </w:style>
  <w:style w:type="paragraph" w:customStyle="1" w:styleId="Stil3">
    <w:name w:val="Stil3"/>
    <w:basedOn w:val="Balk3"/>
    <w:qFormat/>
    <w:rsid w:val="00E24BA4"/>
    <w:pPr>
      <w:spacing w:before="40" w:line="256" w:lineRule="auto"/>
    </w:pPr>
    <w:rPr>
      <w:rFonts w:ascii="Times New Roman" w:hAnsi="Times New Roman"/>
      <w:bCs w:val="0"/>
      <w:color w:val="auto"/>
      <w:sz w:val="24"/>
      <w:szCs w:val="24"/>
      <w:lang w:val="tr-TR"/>
    </w:rPr>
  </w:style>
  <w:style w:type="paragraph" w:customStyle="1" w:styleId="tablo">
    <w:name w:val="tablo"/>
    <w:basedOn w:val="Normal"/>
    <w:qFormat/>
    <w:rsid w:val="00E24BA4"/>
    <w:pPr>
      <w:spacing w:before="120" w:after="120" w:line="240" w:lineRule="auto"/>
      <w:ind w:left="708"/>
      <w:jc w:val="center"/>
    </w:pPr>
    <w:rPr>
      <w:rFonts w:ascii="Times New Roman" w:eastAsiaTheme="minorHAnsi" w:hAnsi="Times New Roman"/>
      <w:sz w:val="20"/>
      <w:lang w:val="tr-TR"/>
    </w:rPr>
  </w:style>
  <w:style w:type="paragraph" w:customStyle="1" w:styleId="Stil6">
    <w:name w:val="Stil6"/>
    <w:basedOn w:val="Balk2"/>
    <w:autoRedefine/>
    <w:qFormat/>
    <w:rsid w:val="00E24BA4"/>
    <w:pPr>
      <w:spacing w:line="360" w:lineRule="auto"/>
      <w:ind w:firstLine="567"/>
      <w:jc w:val="both"/>
    </w:pPr>
    <w:rPr>
      <w:color w:val="000000" w:themeColor="text1"/>
      <w:lang w:val="tr-TR"/>
    </w:rPr>
  </w:style>
  <w:style w:type="paragraph" w:customStyle="1" w:styleId="Stil7">
    <w:name w:val="Stil7"/>
    <w:basedOn w:val="Balk1"/>
    <w:qFormat/>
    <w:rsid w:val="00E24BA4"/>
    <w:pPr>
      <w:spacing w:line="360" w:lineRule="auto"/>
      <w:ind w:firstLine="567"/>
      <w:jc w:val="both"/>
    </w:pPr>
    <w:rPr>
      <w:rFonts w:ascii="Times New Roman" w:hAnsi="Times New Roman"/>
      <w:color w:val="000000" w:themeColor="text1"/>
      <w:sz w:val="24"/>
      <w:lang w:val="tr-TR"/>
    </w:rPr>
  </w:style>
  <w:style w:type="paragraph" w:customStyle="1" w:styleId="Stil8">
    <w:name w:val="Stil8"/>
    <w:basedOn w:val="Balk2"/>
    <w:autoRedefine/>
    <w:qFormat/>
    <w:rsid w:val="00E24BA4"/>
    <w:pPr>
      <w:spacing w:before="0" w:line="360" w:lineRule="auto"/>
      <w:ind w:firstLine="567"/>
      <w:jc w:val="both"/>
    </w:pPr>
    <w:rPr>
      <w:rFonts w:ascii="Times New Roman" w:hAnsi="Times New Roman"/>
      <w:color w:val="000000" w:themeColor="text1"/>
      <w:sz w:val="20"/>
      <w:lang w:val="tr-TR"/>
    </w:rPr>
  </w:style>
  <w:style w:type="character" w:customStyle="1" w:styleId="ListeParagrafChar">
    <w:name w:val="Liste Paragraf Char"/>
    <w:aliases w:val="Bullet Points Char"/>
    <w:link w:val="ListeParagraf"/>
    <w:uiPriority w:val="34"/>
    <w:rsid w:val="00E24BA4"/>
  </w:style>
  <w:style w:type="paragraph" w:customStyle="1" w:styleId="BFRNORMAL">
    <w:name w:val="BFR NORMAL"/>
    <w:basedOn w:val="Normal"/>
    <w:link w:val="BFRNORMALChar"/>
    <w:qFormat/>
    <w:rsid w:val="00E24BA4"/>
    <w:pPr>
      <w:spacing w:before="120" w:after="120" w:line="360" w:lineRule="auto"/>
      <w:ind w:left="708"/>
      <w:jc w:val="both"/>
    </w:pPr>
    <w:rPr>
      <w:rFonts w:ascii="Arial" w:eastAsia="Batang" w:hAnsi="Arial" w:cs="Arial"/>
      <w:b/>
      <w:sz w:val="24"/>
      <w:szCs w:val="24"/>
      <w:lang w:val="tr-TR" w:eastAsia="tr-TR"/>
    </w:rPr>
  </w:style>
  <w:style w:type="character" w:customStyle="1" w:styleId="BFRNORMALChar">
    <w:name w:val="BFR NORMAL Char"/>
    <w:link w:val="BFRNORMAL"/>
    <w:rsid w:val="00E24BA4"/>
    <w:rPr>
      <w:rFonts w:ascii="Arial" w:eastAsia="Batang" w:hAnsi="Arial" w:cs="Arial"/>
      <w:b/>
      <w:sz w:val="24"/>
      <w:szCs w:val="24"/>
      <w:lang w:val="tr-TR" w:eastAsia="tr-TR"/>
    </w:rPr>
  </w:style>
  <w:style w:type="character" w:styleId="DipnotBavurusu">
    <w:name w:val="footnote reference"/>
    <w:semiHidden/>
    <w:rsid w:val="00E24BA4"/>
    <w:rPr>
      <w:vertAlign w:val="superscript"/>
    </w:rPr>
  </w:style>
  <w:style w:type="paragraph" w:styleId="DipnotMetni">
    <w:name w:val="footnote text"/>
    <w:basedOn w:val="Normal"/>
    <w:link w:val="DipnotMetniChar"/>
    <w:uiPriority w:val="99"/>
    <w:rsid w:val="00E24BA4"/>
    <w:pPr>
      <w:spacing w:before="120" w:after="120" w:line="240" w:lineRule="auto"/>
      <w:ind w:left="708"/>
      <w:jc w:val="both"/>
    </w:pPr>
    <w:rPr>
      <w:rFonts w:ascii="Times New Roman" w:eastAsia="Times New Roman" w:hAnsi="Times New Roman" w:cs="Times New Roman"/>
      <w:b/>
      <w:sz w:val="20"/>
      <w:szCs w:val="20"/>
      <w:lang w:val="es-ES" w:eastAsia="ko-KR"/>
    </w:rPr>
  </w:style>
  <w:style w:type="character" w:customStyle="1" w:styleId="DipnotMetniChar">
    <w:name w:val="Dipnot Metni Char"/>
    <w:basedOn w:val="VarsaylanParagrafYazTipi"/>
    <w:link w:val="DipnotMetni"/>
    <w:uiPriority w:val="99"/>
    <w:rsid w:val="00E24BA4"/>
    <w:rPr>
      <w:rFonts w:ascii="Times New Roman" w:eastAsia="Times New Roman" w:hAnsi="Times New Roman" w:cs="Times New Roman"/>
      <w:b/>
      <w:sz w:val="20"/>
      <w:szCs w:val="20"/>
      <w:lang w:val="es-ES" w:eastAsia="ko-KR"/>
    </w:rPr>
  </w:style>
  <w:style w:type="paragraph" w:styleId="T3">
    <w:name w:val="toc 3"/>
    <w:basedOn w:val="Normal"/>
    <w:next w:val="Normal"/>
    <w:autoRedefine/>
    <w:uiPriority w:val="39"/>
    <w:unhideWhenUsed/>
    <w:rsid w:val="00E24BA4"/>
    <w:pPr>
      <w:spacing w:before="120" w:after="120" w:line="240" w:lineRule="auto"/>
      <w:ind w:left="442"/>
    </w:pPr>
    <w:rPr>
      <w:rFonts w:ascii="Times New Roman" w:hAnsi="Times New Roman" w:cs="Times New Roman"/>
      <w:b/>
      <w:sz w:val="20"/>
      <w:lang w:val="tr-TR" w:eastAsia="tr-TR"/>
    </w:rPr>
  </w:style>
  <w:style w:type="paragraph" w:styleId="ekillerTablosu">
    <w:name w:val="table of figures"/>
    <w:basedOn w:val="Normal"/>
    <w:next w:val="Normal"/>
    <w:uiPriority w:val="99"/>
    <w:unhideWhenUsed/>
    <w:rsid w:val="00E24BA4"/>
    <w:pPr>
      <w:spacing w:before="120" w:after="120" w:line="240" w:lineRule="auto"/>
      <w:ind w:left="708"/>
    </w:pPr>
    <w:rPr>
      <w:rFonts w:ascii="Times New Roman" w:eastAsiaTheme="minorHAnsi" w:hAnsi="Times New Roman"/>
      <w:b/>
      <w:sz w:val="20"/>
      <w:lang w:val="tr-TR"/>
    </w:rPr>
  </w:style>
  <w:style w:type="paragraph" w:styleId="BalonMetni">
    <w:name w:val="Balloon Text"/>
    <w:basedOn w:val="Normal"/>
    <w:link w:val="BalonMetniChar"/>
    <w:uiPriority w:val="99"/>
    <w:semiHidden/>
    <w:unhideWhenUsed/>
    <w:rsid w:val="00E24BA4"/>
    <w:pPr>
      <w:spacing w:before="120" w:after="120" w:line="240" w:lineRule="auto"/>
      <w:ind w:left="708"/>
    </w:pPr>
    <w:rPr>
      <w:rFonts w:ascii="Tahoma" w:eastAsiaTheme="minorHAnsi" w:hAnsi="Tahoma" w:cs="Tahoma"/>
      <w:b/>
      <w:sz w:val="16"/>
      <w:szCs w:val="16"/>
      <w:lang w:val="tr-TR"/>
    </w:rPr>
  </w:style>
  <w:style w:type="character" w:customStyle="1" w:styleId="BalonMetniChar">
    <w:name w:val="Balon Metni Char"/>
    <w:basedOn w:val="VarsaylanParagrafYazTipi"/>
    <w:link w:val="BalonMetni"/>
    <w:uiPriority w:val="99"/>
    <w:semiHidden/>
    <w:rsid w:val="00E24BA4"/>
    <w:rPr>
      <w:rFonts w:ascii="Tahoma" w:eastAsiaTheme="minorHAnsi" w:hAnsi="Tahoma" w:cs="Tahoma"/>
      <w:b/>
      <w:sz w:val="16"/>
      <w:szCs w:val="16"/>
      <w:lang w:val="tr-TR"/>
    </w:rPr>
  </w:style>
  <w:style w:type="numbering" w:customStyle="1" w:styleId="ListeYok1">
    <w:name w:val="Liste Yok1"/>
    <w:next w:val="ListeYok"/>
    <w:uiPriority w:val="99"/>
    <w:semiHidden/>
    <w:unhideWhenUsed/>
    <w:rsid w:val="00E24BA4"/>
  </w:style>
  <w:style w:type="table" w:customStyle="1" w:styleId="TabloKlavuzu1">
    <w:name w:val="Tablo Kılavuzu1"/>
    <w:basedOn w:val="NormalTablo"/>
    <w:next w:val="TabloKlavuzu"/>
    <w:uiPriority w:val="59"/>
    <w:rsid w:val="00E24BA4"/>
    <w:pPr>
      <w:spacing w:after="0" w:line="240" w:lineRule="auto"/>
    </w:pPr>
    <w:rPr>
      <w:rFonts w:eastAsiaTheme="minorHAnsi"/>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4BA4"/>
    <w:pPr>
      <w:autoSpaceDE w:val="0"/>
      <w:autoSpaceDN w:val="0"/>
      <w:adjustRightInd w:val="0"/>
      <w:spacing w:after="0" w:line="240" w:lineRule="auto"/>
    </w:pPr>
    <w:rPr>
      <w:rFonts w:ascii="Times New Roman" w:eastAsiaTheme="minorHAnsi" w:hAnsi="Times New Roman" w:cs="Times New Roman"/>
      <w:color w:val="000000"/>
      <w:sz w:val="24"/>
      <w:szCs w:val="24"/>
      <w:lang w:val="tr-TR"/>
    </w:rPr>
  </w:style>
  <w:style w:type="character" w:customStyle="1" w:styleId="UnresolvedMention">
    <w:name w:val="Unresolved Mention"/>
    <w:basedOn w:val="VarsaylanParagrafYazTipi"/>
    <w:uiPriority w:val="99"/>
    <w:semiHidden/>
    <w:unhideWhenUsed/>
    <w:rsid w:val="00E24BA4"/>
    <w:rPr>
      <w:color w:val="605E5C"/>
      <w:shd w:val="clear" w:color="auto" w:fill="E1DFDD"/>
    </w:rPr>
  </w:style>
  <w:style w:type="table" w:customStyle="1" w:styleId="TableNormal">
    <w:name w:val="Table Normal"/>
    <w:uiPriority w:val="2"/>
    <w:semiHidden/>
    <w:unhideWhenUsed/>
    <w:qFormat/>
    <w:rsid w:val="00E24BA4"/>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styleId="T4">
    <w:name w:val="toc 4"/>
    <w:basedOn w:val="Normal"/>
    <w:next w:val="Normal"/>
    <w:autoRedefine/>
    <w:uiPriority w:val="39"/>
    <w:unhideWhenUsed/>
    <w:rsid w:val="00E24BA4"/>
    <w:pPr>
      <w:spacing w:before="120" w:after="100" w:line="240" w:lineRule="auto"/>
      <w:ind w:left="660"/>
    </w:pPr>
    <w:rPr>
      <w:rFonts w:ascii="Times New Roman" w:eastAsiaTheme="minorHAnsi" w:hAnsi="Times New Roman"/>
      <w:b/>
      <w:sz w:val="20"/>
      <w:lang w:val="tr-TR"/>
    </w:rPr>
  </w:style>
  <w:style w:type="paragraph" w:styleId="T5">
    <w:name w:val="toc 5"/>
    <w:basedOn w:val="Normal"/>
    <w:next w:val="Normal"/>
    <w:autoRedefine/>
    <w:uiPriority w:val="39"/>
    <w:unhideWhenUsed/>
    <w:rsid w:val="00E24BA4"/>
    <w:pPr>
      <w:spacing w:before="120" w:after="100" w:line="259" w:lineRule="auto"/>
      <w:ind w:left="880"/>
    </w:pPr>
    <w:rPr>
      <w:rFonts w:ascii="Times New Roman" w:hAnsi="Times New Roman"/>
      <w:b/>
      <w:sz w:val="20"/>
      <w:lang w:val="tr-TR" w:eastAsia="tr-TR"/>
    </w:rPr>
  </w:style>
  <w:style w:type="paragraph" w:styleId="T6">
    <w:name w:val="toc 6"/>
    <w:basedOn w:val="Normal"/>
    <w:next w:val="Normal"/>
    <w:autoRedefine/>
    <w:uiPriority w:val="39"/>
    <w:unhideWhenUsed/>
    <w:rsid w:val="00E24BA4"/>
    <w:pPr>
      <w:spacing w:before="120" w:after="100" w:line="259" w:lineRule="auto"/>
      <w:ind w:left="1100"/>
    </w:pPr>
    <w:rPr>
      <w:rFonts w:ascii="Times New Roman" w:hAnsi="Times New Roman"/>
      <w:b/>
      <w:sz w:val="20"/>
      <w:lang w:val="tr-TR" w:eastAsia="tr-TR"/>
    </w:rPr>
  </w:style>
  <w:style w:type="paragraph" w:styleId="T7">
    <w:name w:val="toc 7"/>
    <w:basedOn w:val="Normal"/>
    <w:next w:val="Normal"/>
    <w:autoRedefine/>
    <w:uiPriority w:val="39"/>
    <w:unhideWhenUsed/>
    <w:rsid w:val="00E24BA4"/>
    <w:pPr>
      <w:spacing w:before="120" w:after="100" w:line="259" w:lineRule="auto"/>
      <w:ind w:left="1320"/>
    </w:pPr>
    <w:rPr>
      <w:rFonts w:ascii="Times New Roman" w:hAnsi="Times New Roman"/>
      <w:b/>
      <w:sz w:val="20"/>
      <w:lang w:val="tr-TR" w:eastAsia="tr-TR"/>
    </w:rPr>
  </w:style>
  <w:style w:type="paragraph" w:styleId="T8">
    <w:name w:val="toc 8"/>
    <w:basedOn w:val="Normal"/>
    <w:next w:val="Normal"/>
    <w:autoRedefine/>
    <w:uiPriority w:val="39"/>
    <w:unhideWhenUsed/>
    <w:rsid w:val="00E24BA4"/>
    <w:pPr>
      <w:spacing w:before="120" w:after="100" w:line="259" w:lineRule="auto"/>
      <w:ind w:left="1540"/>
    </w:pPr>
    <w:rPr>
      <w:rFonts w:ascii="Times New Roman" w:hAnsi="Times New Roman"/>
      <w:b/>
      <w:sz w:val="20"/>
      <w:lang w:val="tr-TR" w:eastAsia="tr-TR"/>
    </w:rPr>
  </w:style>
  <w:style w:type="paragraph" w:styleId="T9">
    <w:name w:val="toc 9"/>
    <w:basedOn w:val="Normal"/>
    <w:next w:val="Normal"/>
    <w:autoRedefine/>
    <w:uiPriority w:val="39"/>
    <w:unhideWhenUsed/>
    <w:rsid w:val="00E24BA4"/>
    <w:pPr>
      <w:spacing w:before="120" w:after="100" w:line="259" w:lineRule="auto"/>
      <w:ind w:left="1760"/>
    </w:pPr>
    <w:rPr>
      <w:rFonts w:ascii="Times New Roman" w:hAnsi="Times New Roman"/>
      <w:b/>
      <w:sz w:val="20"/>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76238">
      <w:bodyDiv w:val="1"/>
      <w:marLeft w:val="0"/>
      <w:marRight w:val="0"/>
      <w:marTop w:val="0"/>
      <w:marBottom w:val="0"/>
      <w:divBdr>
        <w:top w:val="none" w:sz="0" w:space="0" w:color="auto"/>
        <w:left w:val="none" w:sz="0" w:space="0" w:color="auto"/>
        <w:bottom w:val="none" w:sz="0" w:space="0" w:color="auto"/>
        <w:right w:val="none" w:sz="0" w:space="0" w:color="auto"/>
      </w:divBdr>
    </w:div>
    <w:div w:id="38673434">
      <w:bodyDiv w:val="1"/>
      <w:marLeft w:val="0"/>
      <w:marRight w:val="0"/>
      <w:marTop w:val="0"/>
      <w:marBottom w:val="0"/>
      <w:divBdr>
        <w:top w:val="none" w:sz="0" w:space="0" w:color="auto"/>
        <w:left w:val="none" w:sz="0" w:space="0" w:color="auto"/>
        <w:bottom w:val="none" w:sz="0" w:space="0" w:color="auto"/>
        <w:right w:val="none" w:sz="0" w:space="0" w:color="auto"/>
      </w:divBdr>
    </w:div>
    <w:div w:id="249969831">
      <w:bodyDiv w:val="1"/>
      <w:marLeft w:val="0"/>
      <w:marRight w:val="0"/>
      <w:marTop w:val="0"/>
      <w:marBottom w:val="0"/>
      <w:divBdr>
        <w:top w:val="none" w:sz="0" w:space="0" w:color="auto"/>
        <w:left w:val="none" w:sz="0" w:space="0" w:color="auto"/>
        <w:bottom w:val="none" w:sz="0" w:space="0" w:color="auto"/>
        <w:right w:val="none" w:sz="0" w:space="0" w:color="auto"/>
      </w:divBdr>
    </w:div>
    <w:div w:id="383139193">
      <w:bodyDiv w:val="1"/>
      <w:marLeft w:val="0"/>
      <w:marRight w:val="0"/>
      <w:marTop w:val="0"/>
      <w:marBottom w:val="0"/>
      <w:divBdr>
        <w:top w:val="none" w:sz="0" w:space="0" w:color="auto"/>
        <w:left w:val="none" w:sz="0" w:space="0" w:color="auto"/>
        <w:bottom w:val="none" w:sz="0" w:space="0" w:color="auto"/>
        <w:right w:val="none" w:sz="0" w:space="0" w:color="auto"/>
      </w:divBdr>
    </w:div>
    <w:div w:id="442262670">
      <w:bodyDiv w:val="1"/>
      <w:marLeft w:val="0"/>
      <w:marRight w:val="0"/>
      <w:marTop w:val="0"/>
      <w:marBottom w:val="0"/>
      <w:divBdr>
        <w:top w:val="none" w:sz="0" w:space="0" w:color="auto"/>
        <w:left w:val="none" w:sz="0" w:space="0" w:color="auto"/>
        <w:bottom w:val="none" w:sz="0" w:space="0" w:color="auto"/>
        <w:right w:val="none" w:sz="0" w:space="0" w:color="auto"/>
      </w:divBdr>
    </w:div>
    <w:div w:id="522668432">
      <w:bodyDiv w:val="1"/>
      <w:marLeft w:val="0"/>
      <w:marRight w:val="0"/>
      <w:marTop w:val="0"/>
      <w:marBottom w:val="0"/>
      <w:divBdr>
        <w:top w:val="none" w:sz="0" w:space="0" w:color="auto"/>
        <w:left w:val="none" w:sz="0" w:space="0" w:color="auto"/>
        <w:bottom w:val="none" w:sz="0" w:space="0" w:color="auto"/>
        <w:right w:val="none" w:sz="0" w:space="0" w:color="auto"/>
      </w:divBdr>
    </w:div>
    <w:div w:id="548734903">
      <w:bodyDiv w:val="1"/>
      <w:marLeft w:val="0"/>
      <w:marRight w:val="0"/>
      <w:marTop w:val="0"/>
      <w:marBottom w:val="0"/>
      <w:divBdr>
        <w:top w:val="none" w:sz="0" w:space="0" w:color="auto"/>
        <w:left w:val="none" w:sz="0" w:space="0" w:color="auto"/>
        <w:bottom w:val="none" w:sz="0" w:space="0" w:color="auto"/>
        <w:right w:val="none" w:sz="0" w:space="0" w:color="auto"/>
      </w:divBdr>
    </w:div>
    <w:div w:id="862010147">
      <w:bodyDiv w:val="1"/>
      <w:marLeft w:val="0"/>
      <w:marRight w:val="0"/>
      <w:marTop w:val="0"/>
      <w:marBottom w:val="0"/>
      <w:divBdr>
        <w:top w:val="none" w:sz="0" w:space="0" w:color="auto"/>
        <w:left w:val="none" w:sz="0" w:space="0" w:color="auto"/>
        <w:bottom w:val="none" w:sz="0" w:space="0" w:color="auto"/>
        <w:right w:val="none" w:sz="0" w:space="0" w:color="auto"/>
      </w:divBdr>
    </w:div>
    <w:div w:id="896820587">
      <w:bodyDiv w:val="1"/>
      <w:marLeft w:val="0"/>
      <w:marRight w:val="0"/>
      <w:marTop w:val="0"/>
      <w:marBottom w:val="0"/>
      <w:divBdr>
        <w:top w:val="none" w:sz="0" w:space="0" w:color="auto"/>
        <w:left w:val="none" w:sz="0" w:space="0" w:color="auto"/>
        <w:bottom w:val="none" w:sz="0" w:space="0" w:color="auto"/>
        <w:right w:val="none" w:sz="0" w:space="0" w:color="auto"/>
      </w:divBdr>
    </w:div>
    <w:div w:id="931089624">
      <w:bodyDiv w:val="1"/>
      <w:marLeft w:val="0"/>
      <w:marRight w:val="0"/>
      <w:marTop w:val="0"/>
      <w:marBottom w:val="0"/>
      <w:divBdr>
        <w:top w:val="none" w:sz="0" w:space="0" w:color="auto"/>
        <w:left w:val="none" w:sz="0" w:space="0" w:color="auto"/>
        <w:bottom w:val="none" w:sz="0" w:space="0" w:color="auto"/>
        <w:right w:val="none" w:sz="0" w:space="0" w:color="auto"/>
      </w:divBdr>
    </w:div>
    <w:div w:id="1118524853">
      <w:bodyDiv w:val="1"/>
      <w:marLeft w:val="0"/>
      <w:marRight w:val="0"/>
      <w:marTop w:val="0"/>
      <w:marBottom w:val="0"/>
      <w:divBdr>
        <w:top w:val="none" w:sz="0" w:space="0" w:color="auto"/>
        <w:left w:val="none" w:sz="0" w:space="0" w:color="auto"/>
        <w:bottom w:val="none" w:sz="0" w:space="0" w:color="auto"/>
        <w:right w:val="none" w:sz="0" w:space="0" w:color="auto"/>
      </w:divBdr>
    </w:div>
    <w:div w:id="1126310667">
      <w:bodyDiv w:val="1"/>
      <w:marLeft w:val="0"/>
      <w:marRight w:val="0"/>
      <w:marTop w:val="0"/>
      <w:marBottom w:val="0"/>
      <w:divBdr>
        <w:top w:val="none" w:sz="0" w:space="0" w:color="auto"/>
        <w:left w:val="none" w:sz="0" w:space="0" w:color="auto"/>
        <w:bottom w:val="none" w:sz="0" w:space="0" w:color="auto"/>
        <w:right w:val="none" w:sz="0" w:space="0" w:color="auto"/>
      </w:divBdr>
    </w:div>
    <w:div w:id="1542479819">
      <w:bodyDiv w:val="1"/>
      <w:marLeft w:val="0"/>
      <w:marRight w:val="0"/>
      <w:marTop w:val="0"/>
      <w:marBottom w:val="0"/>
      <w:divBdr>
        <w:top w:val="none" w:sz="0" w:space="0" w:color="auto"/>
        <w:left w:val="none" w:sz="0" w:space="0" w:color="auto"/>
        <w:bottom w:val="none" w:sz="0" w:space="0" w:color="auto"/>
        <w:right w:val="none" w:sz="0" w:space="0" w:color="auto"/>
      </w:divBdr>
    </w:div>
    <w:div w:id="1604535461">
      <w:bodyDiv w:val="1"/>
      <w:marLeft w:val="0"/>
      <w:marRight w:val="0"/>
      <w:marTop w:val="0"/>
      <w:marBottom w:val="0"/>
      <w:divBdr>
        <w:top w:val="none" w:sz="0" w:space="0" w:color="auto"/>
        <w:left w:val="none" w:sz="0" w:space="0" w:color="auto"/>
        <w:bottom w:val="none" w:sz="0" w:space="0" w:color="auto"/>
        <w:right w:val="none" w:sz="0" w:space="0" w:color="auto"/>
      </w:divBdr>
    </w:div>
    <w:div w:id="1622032894">
      <w:bodyDiv w:val="1"/>
      <w:marLeft w:val="0"/>
      <w:marRight w:val="0"/>
      <w:marTop w:val="0"/>
      <w:marBottom w:val="0"/>
      <w:divBdr>
        <w:top w:val="none" w:sz="0" w:space="0" w:color="auto"/>
        <w:left w:val="none" w:sz="0" w:space="0" w:color="auto"/>
        <w:bottom w:val="none" w:sz="0" w:space="0" w:color="auto"/>
        <w:right w:val="none" w:sz="0" w:space="0" w:color="auto"/>
      </w:divBdr>
    </w:div>
    <w:div w:id="1664773743">
      <w:bodyDiv w:val="1"/>
      <w:marLeft w:val="0"/>
      <w:marRight w:val="0"/>
      <w:marTop w:val="0"/>
      <w:marBottom w:val="0"/>
      <w:divBdr>
        <w:top w:val="none" w:sz="0" w:space="0" w:color="auto"/>
        <w:left w:val="none" w:sz="0" w:space="0" w:color="auto"/>
        <w:bottom w:val="none" w:sz="0" w:space="0" w:color="auto"/>
        <w:right w:val="none" w:sz="0" w:space="0" w:color="auto"/>
      </w:divBdr>
    </w:div>
    <w:div w:id="1671178864">
      <w:bodyDiv w:val="1"/>
      <w:marLeft w:val="0"/>
      <w:marRight w:val="0"/>
      <w:marTop w:val="0"/>
      <w:marBottom w:val="0"/>
      <w:divBdr>
        <w:top w:val="none" w:sz="0" w:space="0" w:color="auto"/>
        <w:left w:val="none" w:sz="0" w:space="0" w:color="auto"/>
        <w:bottom w:val="none" w:sz="0" w:space="0" w:color="auto"/>
        <w:right w:val="none" w:sz="0" w:space="0" w:color="auto"/>
      </w:divBdr>
    </w:div>
    <w:div w:id="1772047398">
      <w:bodyDiv w:val="1"/>
      <w:marLeft w:val="0"/>
      <w:marRight w:val="0"/>
      <w:marTop w:val="0"/>
      <w:marBottom w:val="0"/>
      <w:divBdr>
        <w:top w:val="none" w:sz="0" w:space="0" w:color="auto"/>
        <w:left w:val="none" w:sz="0" w:space="0" w:color="auto"/>
        <w:bottom w:val="none" w:sz="0" w:space="0" w:color="auto"/>
        <w:right w:val="none" w:sz="0" w:space="0" w:color="auto"/>
      </w:divBdr>
    </w:div>
    <w:div w:id="18766978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F749F-2564-4BC1-B9E8-A3AC07D98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24</Pages>
  <Words>3895</Words>
  <Characters>22208</Characters>
  <Application>Microsoft Office Word</Application>
  <DocSecurity>0</DocSecurity>
  <Lines>185</Lines>
  <Paragraphs>52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26051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Pc</cp:lastModifiedBy>
  <cp:revision>4</cp:revision>
  <dcterms:created xsi:type="dcterms:W3CDTF">2025-12-22T11:40:00Z</dcterms:created>
  <dcterms:modified xsi:type="dcterms:W3CDTF">2025-12-22T12:58:00Z</dcterms:modified>
  <cp:category/>
</cp:coreProperties>
</file>